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FCA" w:rsidP="475704D4" w:rsidRDefault="00000000" w14:paraId="66FF5C3F" w14:textId="080EC324">
      <w:pPr>
        <w:spacing w:after="60"/>
        <w:jc w:val="center"/>
        <w:rPr>
          <w:b w:val="1"/>
          <w:bCs w:val="1"/>
          <w:noProof w:val="0"/>
          <w:lang w:val="ro-RO"/>
        </w:rPr>
      </w:pPr>
      <w:r w:rsidRPr="475704D4" w:rsidR="00000000">
        <w:rPr>
          <w:b w:val="1"/>
          <w:bCs w:val="1"/>
          <w:noProof w:val="0"/>
          <w:lang w:val="ro-RO"/>
        </w:rPr>
        <w:t>ANEXA</w:t>
      </w:r>
    </w:p>
    <w:p w:rsidR="00A80FCA" w:rsidP="475704D4" w:rsidRDefault="00000000" w14:paraId="6D82D4D8" w14:textId="77777777">
      <w:pPr>
        <w:pBdr>
          <w:bottom w:val="single" w:color="2F6B4F" w:sz="8" w:space="1"/>
        </w:pBdr>
        <w:jc w:val="center"/>
        <w:rPr>
          <w:b w:val="1"/>
          <w:bCs w:val="1"/>
          <w:noProof w:val="0"/>
          <w:sz w:val="28"/>
          <w:szCs w:val="28"/>
          <w:lang w:val="ro-RO"/>
        </w:rPr>
      </w:pPr>
      <w:r w:rsidRPr="475704D4" w:rsidR="00000000">
        <w:rPr>
          <w:b w:val="1"/>
          <w:bCs w:val="1"/>
          <w:noProof w:val="0"/>
          <w:sz w:val="28"/>
          <w:szCs w:val="28"/>
          <w:lang w:val="ro-RO"/>
        </w:rPr>
        <w:t>DECLARAȚIE PE PROPRIA RĂSPUNDERE</w:t>
      </w:r>
      <w:r>
        <w:br/>
      </w:r>
      <w:r w:rsidRPr="475704D4" w:rsidR="00000000">
        <w:rPr>
          <w:b w:val="1"/>
          <w:bCs w:val="1"/>
          <w:noProof w:val="0"/>
          <w:sz w:val="28"/>
          <w:szCs w:val="28"/>
          <w:lang w:val="ro-RO"/>
        </w:rPr>
        <w:t>și acord privind prelucrarea datelor cu caracter personal</w:t>
      </w:r>
    </w:p>
    <w:p w:rsidR="00A80FCA" w:rsidP="475704D4" w:rsidRDefault="00000000" w14:paraId="4F2C5B41" w14:textId="77777777">
      <w:pPr>
        <w:spacing w:before="120" w:after="80"/>
        <w:rPr>
          <w:b w:val="1"/>
          <w:bCs w:val="1"/>
          <w:noProof w:val="0"/>
          <w:lang w:val="ro-RO"/>
        </w:rPr>
      </w:pPr>
      <w:r w:rsidRPr="475704D4" w:rsidR="00000000">
        <w:rPr>
          <w:b w:val="1"/>
          <w:bCs w:val="1"/>
          <w:noProof w:val="0"/>
          <w:lang w:val="ro-RO"/>
        </w:rPr>
        <w:t>Datele de identificare ale solicitantului:</w:t>
      </w:r>
    </w:p>
    <w:p w:rsidR="00A80FCA" w:rsidP="475704D4" w:rsidRDefault="00000000" w14:paraId="73B59EF5" w14:textId="77777777">
      <w:pPr>
        <w:spacing w:after="40"/>
        <w:rPr>
          <w:noProof w:val="0"/>
          <w:lang w:val="ro-RO"/>
        </w:rPr>
      </w:pPr>
      <w:r w:rsidRPr="475704D4" w:rsidR="00000000">
        <w:rPr>
          <w:noProof w:val="0"/>
          <w:lang w:val="ro-RO"/>
        </w:rPr>
        <w:t>Denumirea întreprinderii / Nume, Prenume: ________________________________________________</w:t>
      </w:r>
    </w:p>
    <w:p w:rsidR="00A80FCA" w:rsidP="475704D4" w:rsidRDefault="00000000" w14:paraId="19A00EBF" w14:textId="77777777">
      <w:pPr>
        <w:spacing w:after="40"/>
        <w:rPr>
          <w:noProof w:val="0"/>
          <w:lang w:val="ro-RO"/>
        </w:rPr>
      </w:pPr>
      <w:r w:rsidRPr="475704D4" w:rsidR="00000000">
        <w:rPr>
          <w:noProof w:val="0"/>
          <w:lang w:val="ro-RO"/>
        </w:rPr>
        <w:t>Reprezentant legal / Administrator: _______________________________________________________</w:t>
      </w:r>
    </w:p>
    <w:p w:rsidR="00A80FCA" w:rsidP="475704D4" w:rsidRDefault="00000000" w14:paraId="2C628509" w14:textId="77777777">
      <w:pPr>
        <w:spacing w:after="40"/>
        <w:rPr>
          <w:noProof w:val="0"/>
          <w:lang w:val="ro-RO"/>
        </w:rPr>
      </w:pPr>
      <w:r w:rsidRPr="475704D4" w:rsidR="00000000">
        <w:rPr>
          <w:noProof w:val="0"/>
          <w:lang w:val="ro-RO"/>
        </w:rPr>
        <w:t>IDNO / IDNP: _____________________________________________________________________________</w:t>
      </w:r>
    </w:p>
    <w:p w:rsidR="00A80FCA" w:rsidP="475704D4" w:rsidRDefault="00000000" w14:paraId="5A968754" w14:textId="04A3EB43">
      <w:pPr>
        <w:spacing w:after="40"/>
        <w:rPr>
          <w:noProof w:val="0"/>
          <w:lang w:val="ro-RO"/>
        </w:rPr>
      </w:pPr>
      <w:r w:rsidRPr="475704D4" w:rsidR="00000000">
        <w:rPr>
          <w:noProof w:val="0"/>
          <w:lang w:val="ro-RO"/>
        </w:rPr>
        <w:t>Adresa</w:t>
      </w:r>
      <w:r w:rsidRPr="475704D4" w:rsidR="00000000">
        <w:rPr>
          <w:noProof w:val="0"/>
          <w:lang w:val="ro-RO"/>
        </w:rPr>
        <w:t xml:space="preserve"> </w:t>
      </w:r>
      <w:r w:rsidRPr="475704D4" w:rsidR="00000000">
        <w:rPr>
          <w:noProof w:val="0"/>
          <w:lang w:val="ro-RO"/>
        </w:rPr>
        <w:t>juridică</w:t>
      </w:r>
      <w:r w:rsidRPr="475704D4" w:rsidR="00000000">
        <w:rPr>
          <w:noProof w:val="0"/>
          <w:lang w:val="ro-RO"/>
        </w:rPr>
        <w:t xml:space="preserve"> / </w:t>
      </w:r>
      <w:r w:rsidRPr="475704D4" w:rsidR="1EB960D5">
        <w:rPr>
          <w:noProof w:val="0"/>
          <w:lang w:val="ro-RO"/>
        </w:rPr>
        <w:t>reședința</w:t>
      </w:r>
      <w:r w:rsidRPr="475704D4" w:rsidR="00CA1019">
        <w:rPr>
          <w:noProof w:val="0"/>
          <w:lang w:val="ro-RO"/>
        </w:rPr>
        <w:t>/</w:t>
      </w:r>
      <w:r w:rsidRPr="475704D4" w:rsidR="00CA1019">
        <w:rPr>
          <w:noProof w:val="0"/>
          <w:lang w:val="ro-RO"/>
        </w:rPr>
        <w:t>domiciliu</w:t>
      </w:r>
      <w:r w:rsidRPr="475704D4" w:rsidR="00000000">
        <w:rPr>
          <w:noProof w:val="0"/>
          <w:lang w:val="ro-RO"/>
        </w:rPr>
        <w:t>: ___________________________________________________________</w:t>
      </w:r>
    </w:p>
    <w:p w:rsidR="00A80FCA" w:rsidP="475704D4" w:rsidRDefault="00000000" w14:paraId="5BD29248" w14:textId="77777777">
      <w:pPr>
        <w:spacing w:after="40"/>
        <w:rPr>
          <w:noProof w:val="0"/>
          <w:lang w:val="ro-RO"/>
        </w:rPr>
      </w:pPr>
      <w:r w:rsidRPr="475704D4" w:rsidR="00000000">
        <w:rPr>
          <w:noProof w:val="0"/>
          <w:lang w:val="ro-RO"/>
        </w:rPr>
        <w:t>Telefon: _______________________________   E-mail: _________________________________________</w:t>
      </w:r>
    </w:p>
    <w:p w:rsidR="00A80FCA" w:rsidP="475704D4" w:rsidRDefault="00000000" w14:paraId="3842BC28" w14:textId="77777777">
      <w:pPr>
        <w:spacing w:after="40"/>
        <w:rPr>
          <w:noProof w:val="0"/>
          <w:lang w:val="ro-RO"/>
        </w:rPr>
      </w:pPr>
      <w:r w:rsidRPr="475704D4" w:rsidR="00000000">
        <w:rPr>
          <w:noProof w:val="0"/>
          <w:lang w:val="ro-RO"/>
        </w:rPr>
        <w:t>Lotul pentru care se aplică:  ☐ Lot 1     ☐ Lot 2     ☐ Lot 3</w:t>
      </w:r>
    </w:p>
    <w:p w:rsidR="00A80FCA" w:rsidP="475704D4" w:rsidRDefault="00000000" w14:paraId="733928DD" w14:textId="1316C08F">
      <w:pPr>
        <w:spacing w:before="160" w:after="160"/>
        <w:jc w:val="both"/>
        <w:rPr>
          <w:noProof w:val="0"/>
          <w:lang w:val="ro-RO"/>
        </w:rPr>
      </w:pPr>
      <w:r w:rsidRPr="475704D4" w:rsidR="00000000">
        <w:rPr>
          <w:noProof w:val="0"/>
          <w:lang w:val="ro-RO"/>
        </w:rPr>
        <w:t xml:space="preserve">Subsemnatul/Subsemnata, </w:t>
      </w:r>
      <w:r w:rsidRPr="475704D4" w:rsidR="00000000">
        <w:rPr>
          <w:b w:val="1"/>
          <w:bCs w:val="1"/>
          <w:noProof w:val="0"/>
          <w:lang w:val="ro-RO"/>
        </w:rPr>
        <w:t>________________________________________</w:t>
      </w:r>
      <w:r w:rsidRPr="475704D4" w:rsidR="00000000">
        <w:rPr>
          <w:noProof w:val="0"/>
          <w:lang w:val="ro-RO"/>
        </w:rPr>
        <w:t xml:space="preserve">, în calitate de reprezentant legal / solicitant(ă), </w:t>
      </w:r>
      <w:r w:rsidRPr="475704D4" w:rsidR="00000000">
        <w:rPr>
          <w:noProof w:val="0"/>
          <w:lang w:val="ro-RO"/>
        </w:rPr>
        <w:t>pentru</w:t>
      </w:r>
      <w:r w:rsidRPr="475704D4" w:rsidR="00000000">
        <w:rPr>
          <w:noProof w:val="0"/>
          <w:lang w:val="ro-RO"/>
        </w:rPr>
        <w:t xml:space="preserve"> </w:t>
      </w:r>
      <w:r w:rsidRPr="475704D4" w:rsidR="00000000">
        <w:rPr>
          <w:noProof w:val="0"/>
          <w:lang w:val="ro-RO"/>
        </w:rPr>
        <w:t>participarea</w:t>
      </w:r>
      <w:r w:rsidRPr="475704D4" w:rsidR="00000000">
        <w:rPr>
          <w:noProof w:val="0"/>
          <w:lang w:val="ro-RO"/>
        </w:rPr>
        <w:t xml:space="preserve"> la </w:t>
      </w:r>
      <w:r w:rsidRPr="475704D4" w:rsidR="00000000">
        <w:rPr>
          <w:i w:val="1"/>
          <w:iCs w:val="1"/>
          <w:noProof w:val="0"/>
          <w:lang w:val="ro-RO"/>
        </w:rPr>
        <w:t>Programul</w:t>
      </w:r>
      <w:r w:rsidRPr="475704D4" w:rsidR="00000000">
        <w:rPr>
          <w:i w:val="1"/>
          <w:iCs w:val="1"/>
          <w:noProof w:val="0"/>
          <w:lang w:val="ro-RO"/>
        </w:rPr>
        <w:t xml:space="preserve"> de </w:t>
      </w:r>
      <w:r w:rsidRPr="475704D4" w:rsidR="00000000">
        <w:rPr>
          <w:i w:val="1"/>
          <w:iCs w:val="1"/>
          <w:noProof w:val="0"/>
          <w:lang w:val="ro-RO"/>
        </w:rPr>
        <w:t>suport</w:t>
      </w:r>
      <w:r w:rsidRPr="475704D4" w:rsidR="00000000">
        <w:rPr>
          <w:i w:val="1"/>
          <w:iCs w:val="1"/>
          <w:noProof w:val="0"/>
          <w:lang w:val="ro-RO"/>
        </w:rPr>
        <w:t xml:space="preserve"> non-</w:t>
      </w:r>
      <w:r w:rsidRPr="475704D4" w:rsidR="000938D0">
        <w:rPr>
          <w:i w:val="1"/>
          <w:iCs w:val="1"/>
          <w:noProof w:val="0"/>
          <w:lang w:val="ro-RO"/>
        </w:rPr>
        <w:t>monetar</w:t>
      </w:r>
      <w:r w:rsidRPr="475704D4" w:rsidR="00000000">
        <w:rPr>
          <w:i w:val="1"/>
          <w:iCs w:val="1"/>
          <w:noProof w:val="0"/>
          <w:lang w:val="ro-RO"/>
        </w:rPr>
        <w:t xml:space="preserve"> </w:t>
      </w:r>
      <w:r w:rsidRPr="475704D4" w:rsidR="00000000">
        <w:rPr>
          <w:i w:val="1"/>
          <w:iCs w:val="1"/>
          <w:noProof w:val="0"/>
          <w:lang w:val="ro-RO"/>
        </w:rPr>
        <w:t>pentru</w:t>
      </w:r>
      <w:r w:rsidRPr="475704D4" w:rsidR="00000000">
        <w:rPr>
          <w:i w:val="1"/>
          <w:iCs w:val="1"/>
          <w:noProof w:val="0"/>
          <w:lang w:val="ro-RO"/>
        </w:rPr>
        <w:t xml:space="preserve"> IMM-</w:t>
      </w:r>
      <w:r w:rsidRPr="475704D4" w:rsidR="00000000">
        <w:rPr>
          <w:i w:val="1"/>
          <w:iCs w:val="1"/>
          <w:noProof w:val="0"/>
          <w:lang w:val="ro-RO"/>
        </w:rPr>
        <w:t>uri</w:t>
      </w:r>
      <w:r w:rsidRPr="475704D4" w:rsidR="00000000">
        <w:rPr>
          <w:i w:val="1"/>
          <w:iCs w:val="1"/>
          <w:noProof w:val="0"/>
          <w:lang w:val="ro-RO"/>
        </w:rPr>
        <w:t xml:space="preserve"> </w:t>
      </w:r>
      <w:r w:rsidRPr="475704D4" w:rsidR="00000000">
        <w:rPr>
          <w:i w:val="1"/>
          <w:iCs w:val="1"/>
          <w:noProof w:val="0"/>
          <w:lang w:val="ro-RO"/>
        </w:rPr>
        <w:t>verzi</w:t>
      </w:r>
      <w:r w:rsidRPr="475704D4" w:rsidR="00000000">
        <w:rPr>
          <w:i w:val="1"/>
          <w:iCs w:val="1"/>
          <w:noProof w:val="0"/>
          <w:lang w:val="ro-RO"/>
        </w:rPr>
        <w:t xml:space="preserve"> </w:t>
      </w:r>
      <w:r w:rsidRPr="475704D4" w:rsidR="00000000">
        <w:rPr>
          <w:i w:val="1"/>
          <w:iCs w:val="1"/>
          <w:noProof w:val="0"/>
          <w:lang w:val="ro-RO"/>
        </w:rPr>
        <w:t>și</w:t>
      </w:r>
      <w:r w:rsidRPr="475704D4" w:rsidR="00000000">
        <w:rPr>
          <w:i w:val="1"/>
          <w:iCs w:val="1"/>
          <w:noProof w:val="0"/>
          <w:lang w:val="ro-RO"/>
        </w:rPr>
        <w:t xml:space="preserve"> start-up-uri în </w:t>
      </w:r>
      <w:r w:rsidRPr="475704D4" w:rsidR="00000000">
        <w:rPr>
          <w:i w:val="1"/>
          <w:iCs w:val="1"/>
          <w:noProof w:val="0"/>
          <w:lang w:val="ro-RO"/>
        </w:rPr>
        <w:t>cadrul</w:t>
      </w:r>
      <w:r w:rsidRPr="475704D4" w:rsidR="00000000">
        <w:rPr>
          <w:i w:val="1"/>
          <w:iCs w:val="1"/>
          <w:noProof w:val="0"/>
          <w:lang w:val="ro-RO"/>
        </w:rPr>
        <w:t xml:space="preserve"> </w:t>
      </w:r>
      <w:r w:rsidRPr="475704D4" w:rsidR="00000000">
        <w:rPr>
          <w:i w:val="1"/>
          <w:iCs w:val="1"/>
          <w:noProof w:val="0"/>
          <w:lang w:val="ro-RO"/>
        </w:rPr>
        <w:t>Proiectului</w:t>
      </w:r>
      <w:r w:rsidRPr="475704D4" w:rsidR="00000000">
        <w:rPr>
          <w:i w:val="1"/>
          <w:iCs w:val="1"/>
          <w:noProof w:val="0"/>
          <w:lang w:val="ro-RO"/>
        </w:rPr>
        <w:t xml:space="preserve"> „</w:t>
      </w:r>
      <w:r w:rsidRPr="475704D4" w:rsidR="00376A3D">
        <w:rPr>
          <w:rFonts w:ascii="Arial" w:hAnsi="Arial" w:cs="Arial"/>
          <w:b w:val="1"/>
          <w:bCs w:val="1"/>
          <w:noProof w:val="0"/>
          <w:color w:val="767676"/>
          <w:sz w:val="21"/>
          <w:szCs w:val="21"/>
          <w:shd w:val="clear" w:color="auto" w:fill="FFFFFF"/>
          <w:lang w:val="ro-RO"/>
        </w:rPr>
        <w:t xml:space="preserve"> </w:t>
      </w:r>
      <w:r w:rsidRPr="475704D4" w:rsidR="00376A3D">
        <w:rPr>
          <w:b w:val="1"/>
          <w:bCs w:val="1"/>
          <w:i w:val="1"/>
          <w:iCs w:val="1"/>
          <w:noProof w:val="0"/>
          <w:lang w:val="ro-RO"/>
        </w:rPr>
        <w:t>Facilitarea</w:t>
      </w:r>
      <w:r w:rsidRPr="475704D4" w:rsidR="00376A3D">
        <w:rPr>
          <w:b w:val="1"/>
          <w:bCs w:val="1"/>
          <w:i w:val="1"/>
          <w:iCs w:val="1"/>
          <w:noProof w:val="0"/>
          <w:lang w:val="ro-RO"/>
        </w:rPr>
        <w:t xml:space="preserve"> </w:t>
      </w:r>
      <w:r w:rsidRPr="475704D4" w:rsidR="00376A3D">
        <w:rPr>
          <w:b w:val="1"/>
          <w:bCs w:val="1"/>
          <w:i w:val="1"/>
          <w:iCs w:val="1"/>
          <w:noProof w:val="0"/>
          <w:lang w:val="ro-RO"/>
        </w:rPr>
        <w:t>unei</w:t>
      </w:r>
      <w:r w:rsidRPr="475704D4" w:rsidR="00376A3D">
        <w:rPr>
          <w:b w:val="1"/>
          <w:bCs w:val="1"/>
          <w:i w:val="1"/>
          <w:iCs w:val="1"/>
          <w:noProof w:val="0"/>
          <w:lang w:val="ro-RO"/>
        </w:rPr>
        <w:t xml:space="preserve"> </w:t>
      </w:r>
      <w:r w:rsidRPr="475704D4" w:rsidR="00376A3D">
        <w:rPr>
          <w:b w:val="1"/>
          <w:bCs w:val="1"/>
          <w:i w:val="1"/>
          <w:iCs w:val="1"/>
          <w:noProof w:val="0"/>
          <w:lang w:val="ro-RO"/>
        </w:rPr>
        <w:t>tranziții</w:t>
      </w:r>
      <w:r w:rsidRPr="475704D4" w:rsidR="00376A3D">
        <w:rPr>
          <w:b w:val="1"/>
          <w:bCs w:val="1"/>
          <w:i w:val="1"/>
          <w:iCs w:val="1"/>
          <w:noProof w:val="0"/>
          <w:lang w:val="ro-RO"/>
        </w:rPr>
        <w:t xml:space="preserve"> </w:t>
      </w:r>
      <w:r w:rsidRPr="475704D4" w:rsidR="00376A3D">
        <w:rPr>
          <w:b w:val="1"/>
          <w:bCs w:val="1"/>
          <w:i w:val="1"/>
          <w:iCs w:val="1"/>
          <w:noProof w:val="0"/>
          <w:lang w:val="ro-RO"/>
        </w:rPr>
        <w:t>verzi</w:t>
      </w:r>
      <w:r w:rsidRPr="475704D4" w:rsidR="00376A3D">
        <w:rPr>
          <w:b w:val="1"/>
          <w:bCs w:val="1"/>
          <w:i w:val="1"/>
          <w:iCs w:val="1"/>
          <w:noProof w:val="0"/>
          <w:lang w:val="ro-RO"/>
        </w:rPr>
        <w:t xml:space="preserve"> </w:t>
      </w:r>
      <w:r w:rsidRPr="475704D4" w:rsidR="00376A3D">
        <w:rPr>
          <w:b w:val="1"/>
          <w:bCs w:val="1"/>
          <w:i w:val="1"/>
          <w:iCs w:val="1"/>
          <w:noProof w:val="0"/>
          <w:lang w:val="ro-RO"/>
        </w:rPr>
        <w:t>incluzive</w:t>
      </w:r>
      <w:r w:rsidRPr="475704D4" w:rsidR="00376A3D">
        <w:rPr>
          <w:b w:val="1"/>
          <w:bCs w:val="1"/>
          <w:i w:val="1"/>
          <w:iCs w:val="1"/>
          <w:noProof w:val="0"/>
          <w:lang w:val="ro-RO"/>
        </w:rPr>
        <w:t xml:space="preserve"> </w:t>
      </w:r>
      <w:r w:rsidRPr="475704D4" w:rsidR="00376A3D">
        <w:rPr>
          <w:b w:val="1"/>
          <w:bCs w:val="1"/>
          <w:i w:val="1"/>
          <w:iCs w:val="1"/>
          <w:noProof w:val="0"/>
          <w:lang w:val="ro-RO"/>
        </w:rPr>
        <w:t>în</w:t>
      </w:r>
      <w:r w:rsidRPr="475704D4" w:rsidR="00376A3D">
        <w:rPr>
          <w:b w:val="1"/>
          <w:bCs w:val="1"/>
          <w:i w:val="1"/>
          <w:iCs w:val="1"/>
          <w:noProof w:val="0"/>
          <w:lang w:val="ro-RO"/>
        </w:rPr>
        <w:t xml:space="preserve"> Republica Moldova</w:t>
      </w:r>
      <w:r w:rsidRPr="475704D4" w:rsidR="00000000">
        <w:rPr>
          <w:i w:val="1"/>
          <w:iCs w:val="1"/>
          <w:noProof w:val="0"/>
          <w:lang w:val="ro-RO"/>
        </w:rPr>
        <w:t>”</w:t>
      </w:r>
      <w:r w:rsidRPr="475704D4" w:rsidR="00000000">
        <w:rPr>
          <w:noProof w:val="0"/>
          <w:lang w:val="ro-RO"/>
        </w:rPr>
        <w:t xml:space="preserve">, </w:t>
      </w:r>
      <w:r w:rsidRPr="475704D4" w:rsidR="00000000">
        <w:rPr>
          <w:noProof w:val="0"/>
          <w:lang w:val="ro-RO"/>
        </w:rPr>
        <w:t>declar</w:t>
      </w:r>
      <w:r w:rsidRPr="475704D4" w:rsidR="00000000">
        <w:rPr>
          <w:noProof w:val="0"/>
          <w:lang w:val="ro-RO"/>
        </w:rPr>
        <w:t xml:space="preserve"> pe propria răspundere că:</w:t>
      </w:r>
    </w:p>
    <w:p w:rsidR="00A80FCA" w:rsidP="475704D4" w:rsidRDefault="00000000" w14:paraId="72E19A6C" w14:textId="77777777">
      <w:pPr>
        <w:pStyle w:val="ListNumber"/>
        <w:spacing w:after="80" w:line="269" w:lineRule="auto"/>
        <w:jc w:val="both"/>
        <w:rPr>
          <w:noProof w:val="0"/>
          <w:lang w:val="ro-RO"/>
        </w:rPr>
      </w:pPr>
      <w:r w:rsidRPr="475704D4" w:rsidR="00000000">
        <w:rPr>
          <w:noProof w:val="0"/>
          <w:lang w:val="ro-RO"/>
        </w:rPr>
        <w:t>Sunt direct responsabil(ă) de pregătirea și implementarea proiectului propus și nu acționez în calitate de intermediar pentru alt solicitant sau pentru o altă inițiativă.</w:t>
      </w:r>
    </w:p>
    <w:p w:rsidR="00A80FCA" w:rsidP="475704D4" w:rsidRDefault="00000000" w14:paraId="53EE100D" w14:textId="77777777">
      <w:pPr>
        <w:pStyle w:val="ListNumber"/>
        <w:spacing w:after="80" w:line="269" w:lineRule="auto"/>
        <w:jc w:val="both"/>
        <w:rPr>
          <w:noProof w:val="0"/>
          <w:lang w:val="ro-RO"/>
        </w:rPr>
      </w:pPr>
      <w:r w:rsidRPr="475704D4" w:rsidR="00000000">
        <w:rPr>
          <w:noProof w:val="0"/>
          <w:lang w:val="ro-RO"/>
        </w:rPr>
        <w:t>Datele furnizate în formularul de aplicare, bugetul proiectului și documentele anexate sunt complete, corecte și corespund realității, iar la solicitarea organizatorului mă oblig să prezint documentele justificative relevante.</w:t>
      </w:r>
    </w:p>
    <w:p w:rsidR="00A80FCA" w:rsidP="475704D4" w:rsidRDefault="00000000" w14:paraId="6EEAB56F" w14:textId="77777777">
      <w:pPr>
        <w:pStyle w:val="ListNumber"/>
        <w:spacing w:after="80" w:line="269" w:lineRule="auto"/>
        <w:jc w:val="both"/>
        <w:rPr>
          <w:noProof w:val="0"/>
          <w:lang w:val="ro-RO"/>
        </w:rPr>
      </w:pPr>
      <w:r w:rsidRPr="475704D4" w:rsidR="00000000">
        <w:rPr>
          <w:noProof w:val="0"/>
          <w:lang w:val="ro-RO"/>
        </w:rPr>
        <w:t>Solicitantul întrunește condițiile de eligibilitate prevăzute în apelul de aplicații și în Ghidul solicitantului pentru lotul la care aplică.</w:t>
      </w:r>
    </w:p>
    <w:p w:rsidR="00A80FCA" w:rsidP="475704D4" w:rsidRDefault="00000000" w14:paraId="3D3F670C" w14:textId="77777777">
      <w:pPr>
        <w:pStyle w:val="ListNumber"/>
        <w:spacing w:after="80" w:line="269" w:lineRule="auto"/>
        <w:jc w:val="both"/>
        <w:rPr>
          <w:noProof w:val="0"/>
          <w:lang w:val="ro-RO"/>
        </w:rPr>
      </w:pPr>
      <w:r w:rsidRPr="475704D4" w:rsidR="00000000">
        <w:rPr>
          <w:noProof w:val="0"/>
          <w:lang w:val="ro-RO"/>
        </w:rPr>
        <w:t>Solicitantul dispune de resursele financiare necesare pentru acoperirea contribuției proprii în valoare de __________________ USD, reprezentând _______% din valoarea totală a proiectului, în sumă de __________________ USD.</w:t>
      </w:r>
    </w:p>
    <w:p w:rsidR="00A80FCA" w:rsidP="475704D4" w:rsidRDefault="00000000" w14:paraId="44611DC9" w14:textId="77777777">
      <w:pPr>
        <w:pStyle w:val="ListNumber"/>
        <w:spacing w:after="80" w:line="269" w:lineRule="auto"/>
        <w:jc w:val="both"/>
        <w:rPr>
          <w:noProof w:val="0"/>
          <w:lang w:val="ro-RO"/>
        </w:rPr>
      </w:pPr>
      <w:r w:rsidRPr="475704D4" w:rsidR="00000000">
        <w:rPr>
          <w:noProof w:val="0"/>
          <w:lang w:val="ro-RO"/>
        </w:rPr>
        <w:t>Cofinanțarea proprie va fi asigurată exclusiv în formă monetară, în conformitate cu condițiile apelului, iar contribuțiile în natură nu vor fi incluse drept cofinanțare eligibilă.</w:t>
      </w:r>
    </w:p>
    <w:p w:rsidR="00A80FCA" w:rsidP="475704D4" w:rsidRDefault="00000000" w14:paraId="5CC08D79" w14:textId="77777777">
      <w:pPr>
        <w:pStyle w:val="ListNumber"/>
        <w:spacing w:after="80" w:line="269" w:lineRule="auto"/>
        <w:jc w:val="both"/>
        <w:rPr>
          <w:noProof w:val="0"/>
          <w:lang w:val="ro-RO"/>
        </w:rPr>
      </w:pPr>
      <w:r w:rsidRPr="475704D4" w:rsidR="00000000">
        <w:rPr>
          <w:noProof w:val="0"/>
          <w:lang w:val="ro-RO"/>
        </w:rPr>
        <w:t>Proiectul / activitățile propuse în cadrul prezentei aplicații nu dublează, nu se suprapun și nu sunt finanțate, integral sau parțial, din alte proiecte, programe, granturi, scheme de suport sau alte surse naționale ori internaționale.</w:t>
      </w:r>
    </w:p>
    <w:p w:rsidR="00A80FCA" w:rsidP="475704D4" w:rsidRDefault="00000000" w14:paraId="6200328C" w14:textId="77777777">
      <w:pPr>
        <w:pStyle w:val="ListNumber"/>
        <w:spacing w:after="80" w:line="269" w:lineRule="auto"/>
        <w:jc w:val="both"/>
        <w:rPr>
          <w:noProof w:val="0"/>
          <w:lang w:val="ro-RO"/>
        </w:rPr>
      </w:pPr>
      <w:r w:rsidRPr="475704D4" w:rsidR="00000000">
        <w:rPr>
          <w:noProof w:val="0"/>
          <w:lang w:val="ro-RO"/>
        </w:rPr>
        <w:t>Solicitantul nu are datorii restante la bugetul public național și/sau la bugetele locale și nu are litigii nerezolvate cu autoritățile publice care ar putea afecta implementarea proiectului.</w:t>
      </w:r>
    </w:p>
    <w:p w:rsidP="475704D4" w:rsidRDefault="00000000" w14:paraId="0C31FEFE" w14:textId="0F149872">
      <w:pPr>
        <w:pStyle w:val="ListNumber"/>
        <w:spacing w:after="80" w:line="269" w:lineRule="auto"/>
        <w:jc w:val="both"/>
        <w:rPr>
          <w:noProof w:val="0"/>
          <w:lang w:val="ro-RO"/>
        </w:rPr>
      </w:pPr>
      <w:r w:rsidRPr="475704D4" w:rsidR="00000000">
        <w:rPr>
          <w:noProof w:val="0"/>
          <w:lang w:val="ro-RO"/>
        </w:rPr>
        <w:t>Solicitantul</w:t>
      </w:r>
      <w:r w:rsidRPr="475704D4" w:rsidR="00000000">
        <w:rPr>
          <w:noProof w:val="0"/>
          <w:lang w:val="ro-RO"/>
        </w:rPr>
        <w:t xml:space="preserve"> nu se </w:t>
      </w:r>
      <w:r w:rsidRPr="475704D4" w:rsidR="00000000">
        <w:rPr>
          <w:noProof w:val="0"/>
          <w:lang w:val="ro-RO"/>
        </w:rPr>
        <w:t>află</w:t>
      </w:r>
      <w:r w:rsidRPr="475704D4" w:rsidR="00000000">
        <w:rPr>
          <w:noProof w:val="0"/>
          <w:lang w:val="ro-RO"/>
        </w:rPr>
        <w:t xml:space="preserve"> </w:t>
      </w:r>
      <w:r w:rsidRPr="475704D4" w:rsidR="00000000">
        <w:rPr>
          <w:noProof w:val="0"/>
          <w:lang w:val="ro-RO"/>
        </w:rPr>
        <w:t>în</w:t>
      </w:r>
      <w:r w:rsidRPr="475704D4" w:rsidR="00000000">
        <w:rPr>
          <w:noProof w:val="0"/>
          <w:lang w:val="ro-RO"/>
        </w:rPr>
        <w:t xml:space="preserve"> </w:t>
      </w:r>
      <w:r w:rsidRPr="475704D4" w:rsidR="00000000">
        <w:rPr>
          <w:noProof w:val="0"/>
          <w:lang w:val="ro-RO"/>
        </w:rPr>
        <w:t>proces</w:t>
      </w:r>
      <w:r w:rsidRPr="475704D4" w:rsidR="00000000">
        <w:rPr>
          <w:noProof w:val="0"/>
          <w:lang w:val="ro-RO"/>
        </w:rPr>
        <w:t xml:space="preserve"> de </w:t>
      </w:r>
      <w:r w:rsidRPr="475704D4" w:rsidR="00000000">
        <w:rPr>
          <w:noProof w:val="0"/>
          <w:lang w:val="ro-RO"/>
        </w:rPr>
        <w:t>insolvabilitate</w:t>
      </w:r>
      <w:r w:rsidRPr="475704D4" w:rsidR="00000000">
        <w:rPr>
          <w:noProof w:val="0"/>
          <w:lang w:val="ro-RO"/>
        </w:rPr>
        <w:t xml:space="preserve">, </w:t>
      </w:r>
      <w:r w:rsidRPr="475704D4" w:rsidR="00000000">
        <w:rPr>
          <w:noProof w:val="0"/>
          <w:lang w:val="ro-RO"/>
        </w:rPr>
        <w:t>reorganizare</w:t>
      </w:r>
      <w:r w:rsidRPr="475704D4" w:rsidR="00000000">
        <w:rPr>
          <w:noProof w:val="0"/>
          <w:lang w:val="ro-RO"/>
        </w:rPr>
        <w:t xml:space="preserve"> </w:t>
      </w:r>
      <w:r w:rsidRPr="475704D4" w:rsidR="00000000">
        <w:rPr>
          <w:noProof w:val="0"/>
          <w:lang w:val="ro-RO"/>
        </w:rPr>
        <w:t>judiciară</w:t>
      </w:r>
      <w:r w:rsidRPr="475704D4" w:rsidR="00000000">
        <w:rPr>
          <w:noProof w:val="0"/>
          <w:lang w:val="ro-RO"/>
        </w:rPr>
        <w:t xml:space="preserve"> </w:t>
      </w:r>
      <w:r w:rsidRPr="475704D4" w:rsidR="00000000">
        <w:rPr>
          <w:noProof w:val="0"/>
          <w:lang w:val="ro-RO"/>
        </w:rPr>
        <w:t>sau</w:t>
      </w:r>
      <w:r w:rsidRPr="475704D4" w:rsidR="00000000">
        <w:rPr>
          <w:noProof w:val="0"/>
          <w:lang w:val="ro-RO"/>
        </w:rPr>
        <w:t xml:space="preserve"> </w:t>
      </w:r>
      <w:r w:rsidRPr="475704D4" w:rsidR="00000000">
        <w:rPr>
          <w:noProof w:val="0"/>
          <w:lang w:val="ro-RO"/>
        </w:rPr>
        <w:t>lichidare</w:t>
      </w:r>
      <w:r w:rsidRPr="475704D4" w:rsidR="00000000">
        <w:rPr>
          <w:noProof w:val="0"/>
          <w:lang w:val="ro-RO"/>
        </w:rPr>
        <w:t xml:space="preserve"> </w:t>
      </w:r>
      <w:r w:rsidRPr="475704D4" w:rsidR="00000000">
        <w:rPr>
          <w:noProof w:val="0"/>
          <w:lang w:val="ro-RO"/>
        </w:rPr>
        <w:t>și</w:t>
      </w:r>
      <w:r w:rsidRPr="475704D4" w:rsidR="00000000">
        <w:rPr>
          <w:noProof w:val="0"/>
          <w:lang w:val="ro-RO"/>
        </w:rPr>
        <w:t xml:space="preserve">, </w:t>
      </w:r>
      <w:r w:rsidRPr="475704D4" w:rsidR="00000000">
        <w:rPr>
          <w:noProof w:val="0"/>
          <w:lang w:val="ro-RO"/>
        </w:rPr>
        <w:t>după</w:t>
      </w:r>
      <w:r w:rsidRPr="475704D4" w:rsidR="00000000">
        <w:rPr>
          <w:noProof w:val="0"/>
          <w:lang w:val="ro-RO"/>
        </w:rPr>
        <w:t xml:space="preserve"> </w:t>
      </w:r>
      <w:r w:rsidRPr="475704D4" w:rsidR="00000000">
        <w:rPr>
          <w:noProof w:val="0"/>
          <w:lang w:val="ro-RO"/>
        </w:rPr>
        <w:t>cunoștința</w:t>
      </w:r>
      <w:r w:rsidRPr="475704D4" w:rsidR="00000000">
        <w:rPr>
          <w:noProof w:val="0"/>
          <w:lang w:val="ro-RO"/>
        </w:rPr>
        <w:t xml:space="preserve"> </w:t>
      </w:r>
      <w:r w:rsidRPr="475704D4" w:rsidR="00000000">
        <w:rPr>
          <w:noProof w:val="0"/>
          <w:lang w:val="ro-RO"/>
        </w:rPr>
        <w:t>mea</w:t>
      </w:r>
      <w:r w:rsidRPr="475704D4" w:rsidR="00000000">
        <w:rPr>
          <w:noProof w:val="0"/>
          <w:lang w:val="ro-RO"/>
        </w:rPr>
        <w:t xml:space="preserve">, nu </w:t>
      </w:r>
      <w:r w:rsidRPr="475704D4" w:rsidR="00000000">
        <w:rPr>
          <w:noProof w:val="0"/>
          <w:lang w:val="ro-RO"/>
        </w:rPr>
        <w:t>există</w:t>
      </w:r>
      <w:r w:rsidRPr="475704D4" w:rsidR="00000000">
        <w:rPr>
          <w:noProof w:val="0"/>
          <w:lang w:val="ro-RO"/>
        </w:rPr>
        <w:t xml:space="preserve"> o </w:t>
      </w:r>
      <w:r w:rsidRPr="475704D4" w:rsidR="00000000">
        <w:rPr>
          <w:noProof w:val="0"/>
          <w:lang w:val="ro-RO"/>
        </w:rPr>
        <w:t>cerere</w:t>
      </w:r>
      <w:r w:rsidRPr="475704D4" w:rsidR="00000000">
        <w:rPr>
          <w:noProof w:val="0"/>
          <w:lang w:val="ro-RO"/>
        </w:rPr>
        <w:t xml:space="preserve"> </w:t>
      </w:r>
      <w:r w:rsidRPr="475704D4" w:rsidR="00000000">
        <w:rPr>
          <w:noProof w:val="0"/>
          <w:lang w:val="ro-RO"/>
        </w:rPr>
        <w:t>depusă</w:t>
      </w:r>
      <w:r w:rsidRPr="475704D4" w:rsidR="00000000">
        <w:rPr>
          <w:noProof w:val="0"/>
          <w:lang w:val="ro-RO"/>
        </w:rPr>
        <w:t xml:space="preserve"> </w:t>
      </w:r>
      <w:r w:rsidRPr="475704D4" w:rsidR="00000000">
        <w:rPr>
          <w:noProof w:val="0"/>
          <w:lang w:val="ro-RO"/>
        </w:rPr>
        <w:t>în</w:t>
      </w:r>
      <w:r w:rsidRPr="475704D4" w:rsidR="00000000">
        <w:rPr>
          <w:noProof w:val="0"/>
          <w:lang w:val="ro-RO"/>
        </w:rPr>
        <w:t xml:space="preserve"> </w:t>
      </w:r>
      <w:r w:rsidRPr="475704D4" w:rsidR="00000000">
        <w:rPr>
          <w:noProof w:val="0"/>
          <w:lang w:val="ro-RO"/>
        </w:rPr>
        <w:t>instanță</w:t>
      </w:r>
      <w:r w:rsidRPr="475704D4" w:rsidR="00000000">
        <w:rPr>
          <w:noProof w:val="0"/>
          <w:lang w:val="ro-RO"/>
        </w:rPr>
        <w:t xml:space="preserve"> </w:t>
      </w:r>
      <w:r w:rsidRPr="475704D4" w:rsidR="00000000">
        <w:rPr>
          <w:noProof w:val="0"/>
          <w:lang w:val="ro-RO"/>
        </w:rPr>
        <w:t>privind</w:t>
      </w:r>
      <w:r w:rsidRPr="475704D4" w:rsidR="00000000">
        <w:rPr>
          <w:noProof w:val="0"/>
          <w:lang w:val="ro-RO"/>
        </w:rPr>
        <w:t xml:space="preserve"> </w:t>
      </w:r>
      <w:r w:rsidRPr="475704D4" w:rsidR="00000000">
        <w:rPr>
          <w:noProof w:val="0"/>
          <w:lang w:val="ro-RO"/>
        </w:rPr>
        <w:t>intentarea</w:t>
      </w:r>
      <w:r w:rsidRPr="475704D4" w:rsidR="00000000">
        <w:rPr>
          <w:noProof w:val="0"/>
          <w:lang w:val="ro-RO"/>
        </w:rPr>
        <w:t xml:space="preserve"> </w:t>
      </w:r>
      <w:r w:rsidRPr="475704D4" w:rsidR="00000000">
        <w:rPr>
          <w:noProof w:val="0"/>
          <w:lang w:val="ro-RO"/>
        </w:rPr>
        <w:t>unui</w:t>
      </w:r>
      <w:r w:rsidRPr="475704D4" w:rsidR="00000000">
        <w:rPr>
          <w:noProof w:val="0"/>
          <w:lang w:val="ro-RO"/>
        </w:rPr>
        <w:t xml:space="preserve"> </w:t>
      </w:r>
      <w:r w:rsidRPr="475704D4" w:rsidR="00000000">
        <w:rPr>
          <w:noProof w:val="0"/>
          <w:lang w:val="ro-RO"/>
        </w:rPr>
        <w:t>proces</w:t>
      </w:r>
      <w:r w:rsidRPr="475704D4" w:rsidR="00000000">
        <w:rPr>
          <w:noProof w:val="0"/>
          <w:lang w:val="ro-RO"/>
        </w:rPr>
        <w:t xml:space="preserve"> de </w:t>
      </w:r>
      <w:r w:rsidRPr="475704D4" w:rsidR="00000000">
        <w:rPr>
          <w:noProof w:val="0"/>
          <w:lang w:val="ro-RO"/>
        </w:rPr>
        <w:t>insolvabilitate</w:t>
      </w:r>
      <w:r w:rsidRPr="475704D4" w:rsidR="00000000">
        <w:rPr>
          <w:noProof w:val="0"/>
          <w:lang w:val="ro-RO"/>
        </w:rPr>
        <w:t xml:space="preserve"> </w:t>
      </w:r>
      <w:r w:rsidRPr="475704D4" w:rsidR="00000000">
        <w:rPr>
          <w:noProof w:val="0"/>
          <w:lang w:val="ro-RO"/>
        </w:rPr>
        <w:t>împotriva</w:t>
      </w:r>
      <w:r w:rsidRPr="475704D4" w:rsidR="00000000">
        <w:rPr>
          <w:noProof w:val="0"/>
          <w:lang w:val="ro-RO"/>
        </w:rPr>
        <w:t xml:space="preserve"> </w:t>
      </w:r>
      <w:r w:rsidRPr="475704D4" w:rsidR="00000000">
        <w:rPr>
          <w:noProof w:val="0"/>
          <w:lang w:val="ro-RO"/>
        </w:rPr>
        <w:t>solicitantului</w:t>
      </w:r>
      <w:r w:rsidRPr="475704D4" w:rsidR="00000000">
        <w:rPr>
          <w:noProof w:val="0"/>
          <w:lang w:val="ro-RO"/>
        </w:rPr>
        <w:t>.</w:t>
      </w:r>
    </w:p>
    <w:p w:rsidR="0B1ECF99" w:rsidP="475704D4" w:rsidRDefault="0B1ECF99" w14:paraId="7930167F" w14:textId="3448ABFD">
      <w:pPr>
        <w:pStyle w:val="ListNumber"/>
        <w:spacing w:after="80" w:line="269" w:lineRule="auto"/>
        <w:jc w:val="both"/>
        <w:rPr>
          <w:noProof w:val="0"/>
          <w:lang w:val="ro-RO"/>
        </w:rPr>
      </w:pPr>
      <w:r w:rsidRPr="475704D4" w:rsidR="0B1ECF99">
        <w:rPr>
          <w:noProof w:val="0"/>
          <w:lang w:val="ro-RO"/>
        </w:rPr>
        <w:t xml:space="preserve">Confirm </w:t>
      </w:r>
      <w:r w:rsidRPr="475704D4" w:rsidR="0B1ECF99">
        <w:rPr>
          <w:noProof w:val="0"/>
          <w:lang w:val="ro-RO"/>
        </w:rPr>
        <w:t>că</w:t>
      </w:r>
      <w:r w:rsidRPr="475704D4" w:rsidR="0B1ECF99">
        <w:rPr>
          <w:noProof w:val="0"/>
          <w:lang w:val="ro-RO"/>
        </w:rPr>
        <w:t xml:space="preserve"> </w:t>
      </w:r>
      <w:r w:rsidRPr="475704D4" w:rsidR="0B1ECF99">
        <w:rPr>
          <w:noProof w:val="0"/>
          <w:lang w:val="ro-RO"/>
        </w:rPr>
        <w:t>solicitantul</w:t>
      </w:r>
      <w:r w:rsidRPr="475704D4" w:rsidR="0B1ECF99">
        <w:rPr>
          <w:noProof w:val="0"/>
          <w:lang w:val="ro-RO"/>
        </w:rPr>
        <w:t xml:space="preserve"> </w:t>
      </w:r>
      <w:r w:rsidRPr="475704D4" w:rsidR="0B1ECF99">
        <w:rPr>
          <w:noProof w:val="0"/>
          <w:lang w:val="ro-RO"/>
        </w:rPr>
        <w:t>deține</w:t>
      </w:r>
      <w:r w:rsidRPr="475704D4" w:rsidR="0B1ECF99">
        <w:rPr>
          <w:noProof w:val="0"/>
          <w:lang w:val="ro-RO"/>
        </w:rPr>
        <w:t xml:space="preserve"> </w:t>
      </w:r>
      <w:r w:rsidRPr="475704D4" w:rsidR="0B1ECF99">
        <w:rPr>
          <w:noProof w:val="0"/>
          <w:lang w:val="ro-RO"/>
        </w:rPr>
        <w:t>sau</w:t>
      </w:r>
      <w:r w:rsidRPr="475704D4" w:rsidR="0B1ECF99">
        <w:rPr>
          <w:noProof w:val="0"/>
          <w:lang w:val="ro-RO"/>
        </w:rPr>
        <w:t xml:space="preserve"> </w:t>
      </w:r>
      <w:r w:rsidRPr="475704D4" w:rsidR="0B1ECF99">
        <w:rPr>
          <w:noProof w:val="0"/>
          <w:lang w:val="ro-RO"/>
        </w:rPr>
        <w:t>va</w:t>
      </w:r>
      <w:r w:rsidRPr="475704D4" w:rsidR="0B1ECF99">
        <w:rPr>
          <w:noProof w:val="0"/>
          <w:lang w:val="ro-RO"/>
        </w:rPr>
        <w:t xml:space="preserve"> </w:t>
      </w:r>
      <w:r w:rsidRPr="475704D4" w:rsidR="0B1ECF99">
        <w:rPr>
          <w:noProof w:val="0"/>
          <w:lang w:val="ro-RO"/>
        </w:rPr>
        <w:t>obține</w:t>
      </w:r>
      <w:r w:rsidRPr="475704D4" w:rsidR="0B1ECF99">
        <w:rPr>
          <w:noProof w:val="0"/>
          <w:lang w:val="ro-RO"/>
        </w:rPr>
        <w:t xml:space="preserve">, </w:t>
      </w:r>
      <w:r w:rsidRPr="475704D4" w:rsidR="0B1ECF99">
        <w:rPr>
          <w:noProof w:val="0"/>
          <w:lang w:val="ro-RO"/>
        </w:rPr>
        <w:t>înainte</w:t>
      </w:r>
      <w:r w:rsidRPr="475704D4" w:rsidR="0B1ECF99">
        <w:rPr>
          <w:noProof w:val="0"/>
          <w:lang w:val="ro-RO"/>
        </w:rPr>
        <w:t xml:space="preserve"> de </w:t>
      </w:r>
      <w:r w:rsidRPr="475704D4" w:rsidR="0B1ECF99">
        <w:rPr>
          <w:noProof w:val="0"/>
          <w:lang w:val="ro-RO"/>
        </w:rPr>
        <w:t>implementarea</w:t>
      </w:r>
      <w:r w:rsidRPr="475704D4" w:rsidR="0B1ECF99">
        <w:rPr>
          <w:noProof w:val="0"/>
          <w:lang w:val="ro-RO"/>
        </w:rPr>
        <w:t xml:space="preserve"> </w:t>
      </w:r>
      <w:r w:rsidRPr="475704D4" w:rsidR="0B1ECF99">
        <w:rPr>
          <w:noProof w:val="0"/>
          <w:lang w:val="ro-RO"/>
        </w:rPr>
        <w:t>activităților</w:t>
      </w:r>
      <w:r w:rsidRPr="475704D4" w:rsidR="0B1ECF99">
        <w:rPr>
          <w:noProof w:val="0"/>
          <w:lang w:val="ro-RO"/>
        </w:rPr>
        <w:t xml:space="preserve"> </w:t>
      </w:r>
      <w:r w:rsidRPr="475704D4" w:rsidR="0B1ECF99">
        <w:rPr>
          <w:noProof w:val="0"/>
          <w:lang w:val="ro-RO"/>
        </w:rPr>
        <w:t>relevante</w:t>
      </w:r>
      <w:r w:rsidRPr="475704D4" w:rsidR="0B1ECF99">
        <w:rPr>
          <w:noProof w:val="0"/>
          <w:lang w:val="ro-RO"/>
        </w:rPr>
        <w:t xml:space="preserve">, </w:t>
      </w:r>
      <w:r w:rsidRPr="475704D4" w:rsidR="0B1ECF99">
        <w:rPr>
          <w:noProof w:val="0"/>
          <w:lang w:val="ro-RO"/>
        </w:rPr>
        <w:t>toate</w:t>
      </w:r>
      <w:r w:rsidRPr="475704D4" w:rsidR="0B1ECF99">
        <w:rPr>
          <w:noProof w:val="0"/>
          <w:lang w:val="ro-RO"/>
        </w:rPr>
        <w:t xml:space="preserve"> </w:t>
      </w:r>
      <w:r w:rsidRPr="475704D4" w:rsidR="0B1ECF99">
        <w:rPr>
          <w:noProof w:val="0"/>
          <w:lang w:val="ro-RO"/>
        </w:rPr>
        <w:t>autorizațiile</w:t>
      </w:r>
      <w:r w:rsidRPr="475704D4" w:rsidR="0B1ECF99">
        <w:rPr>
          <w:noProof w:val="0"/>
          <w:lang w:val="ro-RO"/>
        </w:rPr>
        <w:t xml:space="preserve">, </w:t>
      </w:r>
      <w:r w:rsidRPr="475704D4" w:rsidR="0B1ECF99">
        <w:rPr>
          <w:noProof w:val="0"/>
          <w:lang w:val="ro-RO"/>
        </w:rPr>
        <w:t>avizele</w:t>
      </w:r>
      <w:r w:rsidRPr="475704D4" w:rsidR="0B1ECF99">
        <w:rPr>
          <w:noProof w:val="0"/>
          <w:lang w:val="ro-RO"/>
        </w:rPr>
        <w:t xml:space="preserve"> </w:t>
      </w:r>
      <w:r w:rsidRPr="475704D4" w:rsidR="0B1ECF99">
        <w:rPr>
          <w:noProof w:val="0"/>
          <w:lang w:val="ro-RO"/>
        </w:rPr>
        <w:t>și</w:t>
      </w:r>
      <w:r w:rsidRPr="475704D4" w:rsidR="0B1ECF99">
        <w:rPr>
          <w:noProof w:val="0"/>
          <w:lang w:val="ro-RO"/>
        </w:rPr>
        <w:t xml:space="preserve"> </w:t>
      </w:r>
      <w:r w:rsidRPr="475704D4" w:rsidR="0B1ECF99">
        <w:rPr>
          <w:noProof w:val="0"/>
          <w:lang w:val="ro-RO"/>
        </w:rPr>
        <w:t>permisele</w:t>
      </w:r>
      <w:r w:rsidRPr="475704D4" w:rsidR="0B1ECF99">
        <w:rPr>
          <w:noProof w:val="0"/>
          <w:lang w:val="ro-RO"/>
        </w:rPr>
        <w:t xml:space="preserve"> </w:t>
      </w:r>
      <w:r w:rsidRPr="475704D4" w:rsidR="0B1ECF99">
        <w:rPr>
          <w:noProof w:val="0"/>
          <w:lang w:val="ro-RO"/>
        </w:rPr>
        <w:t>necesare</w:t>
      </w:r>
      <w:r w:rsidRPr="475704D4" w:rsidR="0B1ECF99">
        <w:rPr>
          <w:noProof w:val="0"/>
          <w:lang w:val="ro-RO"/>
        </w:rPr>
        <w:t xml:space="preserve">, </w:t>
      </w:r>
      <w:r w:rsidRPr="475704D4" w:rsidR="0B1ECF99">
        <w:rPr>
          <w:noProof w:val="0"/>
          <w:lang w:val="ro-RO"/>
        </w:rPr>
        <w:t>inclusiv</w:t>
      </w:r>
      <w:r w:rsidRPr="475704D4" w:rsidR="0B1ECF99">
        <w:rPr>
          <w:noProof w:val="0"/>
          <w:lang w:val="ro-RO"/>
        </w:rPr>
        <w:t xml:space="preserve"> </w:t>
      </w:r>
      <w:r w:rsidRPr="475704D4" w:rsidR="0B1ECF99">
        <w:rPr>
          <w:noProof w:val="0"/>
          <w:lang w:val="ro-RO"/>
        </w:rPr>
        <w:t>cele</w:t>
      </w:r>
      <w:r w:rsidRPr="475704D4" w:rsidR="0B1ECF99">
        <w:rPr>
          <w:noProof w:val="0"/>
          <w:lang w:val="ro-RO"/>
        </w:rPr>
        <w:t xml:space="preserve"> de </w:t>
      </w:r>
      <w:r w:rsidRPr="475704D4" w:rsidR="0B1ECF99">
        <w:rPr>
          <w:noProof w:val="0"/>
          <w:lang w:val="ro-RO"/>
        </w:rPr>
        <w:t>mediu</w:t>
      </w:r>
      <w:r w:rsidRPr="475704D4" w:rsidR="0B1ECF99">
        <w:rPr>
          <w:noProof w:val="0"/>
          <w:lang w:val="ro-RO"/>
        </w:rPr>
        <w:t xml:space="preserve">, </w:t>
      </w:r>
      <w:r w:rsidRPr="475704D4" w:rsidR="0B1ECF99">
        <w:rPr>
          <w:noProof w:val="0"/>
          <w:lang w:val="ro-RO"/>
        </w:rPr>
        <w:t>dacă</w:t>
      </w:r>
      <w:r w:rsidRPr="475704D4" w:rsidR="0B1ECF99">
        <w:rPr>
          <w:noProof w:val="0"/>
          <w:lang w:val="ro-RO"/>
        </w:rPr>
        <w:t xml:space="preserve"> sunt </w:t>
      </w:r>
      <w:r w:rsidRPr="475704D4" w:rsidR="0B1ECF99">
        <w:rPr>
          <w:noProof w:val="0"/>
          <w:lang w:val="ro-RO"/>
        </w:rPr>
        <w:t>aplicabile</w:t>
      </w:r>
      <w:r w:rsidRPr="475704D4" w:rsidR="0B1ECF99">
        <w:rPr>
          <w:noProof w:val="0"/>
          <w:lang w:val="ro-RO"/>
        </w:rPr>
        <w:t xml:space="preserve"> </w:t>
      </w:r>
      <w:r w:rsidRPr="475704D4" w:rsidR="0B1ECF99">
        <w:rPr>
          <w:noProof w:val="0"/>
          <w:lang w:val="ro-RO"/>
        </w:rPr>
        <w:t>proiectului</w:t>
      </w:r>
      <w:r w:rsidRPr="475704D4" w:rsidR="0B1ECF99">
        <w:rPr>
          <w:noProof w:val="0"/>
          <w:lang w:val="ro-RO"/>
        </w:rPr>
        <w:t xml:space="preserve"> </w:t>
      </w:r>
      <w:r w:rsidRPr="475704D4" w:rsidR="0B1ECF99">
        <w:rPr>
          <w:noProof w:val="0"/>
          <w:lang w:val="ro-RO"/>
        </w:rPr>
        <w:t>propus</w:t>
      </w:r>
      <w:r w:rsidRPr="475704D4" w:rsidR="0B1ECF99">
        <w:rPr>
          <w:noProof w:val="0"/>
          <w:lang w:val="ro-RO"/>
        </w:rPr>
        <w:t>.</w:t>
      </w:r>
    </w:p>
    <w:p w:rsidR="00A80FCA" w:rsidP="475704D4" w:rsidRDefault="00000000" w14:paraId="62EC3453" w14:textId="76ED3785">
      <w:pPr>
        <w:pStyle w:val="ListNumber"/>
        <w:spacing w:after="80" w:line="269" w:lineRule="auto"/>
        <w:jc w:val="both"/>
        <w:rPr>
          <w:noProof w:val="0"/>
          <w:lang w:val="ro-RO"/>
        </w:rPr>
      </w:pPr>
      <w:r w:rsidRPr="475704D4" w:rsidR="00000000">
        <w:rPr>
          <w:noProof w:val="0"/>
          <w:lang w:val="ro-RO"/>
        </w:rPr>
        <w:t xml:space="preserve">În cazul în care aplicația este </w:t>
      </w:r>
      <w:r w:rsidRPr="475704D4" w:rsidR="00000000">
        <w:rPr>
          <w:noProof w:val="0"/>
          <w:lang w:val="ro-RO"/>
        </w:rPr>
        <w:t>selectată</w:t>
      </w:r>
      <w:r w:rsidRPr="475704D4" w:rsidR="00000000">
        <w:rPr>
          <w:noProof w:val="0"/>
          <w:lang w:val="ro-RO"/>
        </w:rPr>
        <w:t xml:space="preserve">, </w:t>
      </w:r>
      <w:r w:rsidRPr="475704D4" w:rsidR="00000000">
        <w:rPr>
          <w:noProof w:val="0"/>
          <w:lang w:val="ro-RO"/>
        </w:rPr>
        <w:t>mă</w:t>
      </w:r>
      <w:r w:rsidRPr="475704D4" w:rsidR="00000000">
        <w:rPr>
          <w:noProof w:val="0"/>
          <w:lang w:val="ro-RO"/>
        </w:rPr>
        <w:t xml:space="preserve"> </w:t>
      </w:r>
      <w:r w:rsidRPr="475704D4" w:rsidR="00000000">
        <w:rPr>
          <w:noProof w:val="0"/>
          <w:lang w:val="ro-RO"/>
        </w:rPr>
        <w:t>angajez</w:t>
      </w:r>
      <w:r w:rsidRPr="475704D4" w:rsidR="00000000">
        <w:rPr>
          <w:noProof w:val="0"/>
          <w:lang w:val="ro-RO"/>
        </w:rPr>
        <w:t xml:space="preserve"> </w:t>
      </w:r>
      <w:r w:rsidRPr="475704D4" w:rsidR="00000000">
        <w:rPr>
          <w:noProof w:val="0"/>
          <w:lang w:val="ro-RO"/>
        </w:rPr>
        <w:t>să</w:t>
      </w:r>
      <w:r w:rsidRPr="475704D4" w:rsidR="00000000">
        <w:rPr>
          <w:noProof w:val="0"/>
          <w:lang w:val="ro-RO"/>
        </w:rPr>
        <w:t xml:space="preserve"> </w:t>
      </w:r>
      <w:r w:rsidRPr="475704D4" w:rsidR="00000000">
        <w:rPr>
          <w:noProof w:val="0"/>
          <w:lang w:val="ro-RO"/>
        </w:rPr>
        <w:t>cooperez</w:t>
      </w:r>
      <w:r w:rsidRPr="475704D4" w:rsidR="00000000">
        <w:rPr>
          <w:noProof w:val="0"/>
          <w:lang w:val="ro-RO"/>
        </w:rPr>
        <w:t xml:space="preserve"> cu </w:t>
      </w:r>
      <w:r w:rsidRPr="475704D4" w:rsidR="00690725">
        <w:rPr>
          <w:noProof w:val="0"/>
          <w:lang w:val="ro-RO"/>
        </w:rPr>
        <w:t>Programul</w:t>
      </w:r>
      <w:r w:rsidRPr="475704D4" w:rsidR="00690725">
        <w:rPr>
          <w:noProof w:val="0"/>
          <w:lang w:val="ro-RO"/>
        </w:rPr>
        <w:t xml:space="preserve"> Na</w:t>
      </w:r>
      <w:r w:rsidRPr="475704D4" w:rsidR="00690725">
        <w:rPr>
          <w:noProof w:val="0"/>
          <w:lang w:val="ro-RO"/>
        </w:rPr>
        <w:t>țiunilor</w:t>
      </w:r>
      <w:r w:rsidRPr="475704D4" w:rsidR="00690725">
        <w:rPr>
          <w:noProof w:val="0"/>
          <w:lang w:val="ro-RO"/>
        </w:rPr>
        <w:t xml:space="preserve"> Unite pentru Dezvoltare (</w:t>
      </w:r>
      <w:r w:rsidRPr="475704D4" w:rsidR="00000000">
        <w:rPr>
          <w:noProof w:val="0"/>
          <w:lang w:val="ro-RO"/>
        </w:rPr>
        <w:t>PNUD Moldova</w:t>
      </w:r>
      <w:r w:rsidRPr="475704D4" w:rsidR="00690725">
        <w:rPr>
          <w:noProof w:val="0"/>
          <w:lang w:val="ro-RO"/>
        </w:rPr>
        <w:t>)</w:t>
      </w:r>
      <w:r w:rsidRPr="475704D4" w:rsidR="00000000">
        <w:rPr>
          <w:noProof w:val="0"/>
          <w:lang w:val="ro-RO"/>
        </w:rPr>
        <w:t xml:space="preserve">, </w:t>
      </w:r>
      <w:r w:rsidRPr="475704D4" w:rsidR="00000000">
        <w:rPr>
          <w:noProof w:val="0"/>
          <w:lang w:val="ro-RO"/>
        </w:rPr>
        <w:t>Proiectul</w:t>
      </w:r>
      <w:r w:rsidRPr="475704D4" w:rsidR="00000000">
        <w:rPr>
          <w:noProof w:val="0"/>
          <w:lang w:val="ro-RO"/>
        </w:rPr>
        <w:t xml:space="preserve"> „</w:t>
      </w:r>
      <w:r w:rsidRPr="475704D4" w:rsidR="00000000">
        <w:rPr>
          <w:noProof w:val="0"/>
          <w:lang w:val="ro-RO"/>
        </w:rPr>
        <w:t>Tranziția</w:t>
      </w:r>
      <w:r w:rsidRPr="475704D4" w:rsidR="00000000">
        <w:rPr>
          <w:noProof w:val="0"/>
          <w:lang w:val="ro-RO"/>
        </w:rPr>
        <w:t xml:space="preserve"> Verde</w:t>
      </w:r>
      <w:r w:rsidRPr="475704D4" w:rsidR="00690725">
        <w:rPr>
          <w:noProof w:val="0"/>
          <w:lang w:val="ro-RO"/>
        </w:rPr>
        <w:t xml:space="preserve"> </w:t>
      </w:r>
      <w:r w:rsidRPr="475704D4" w:rsidR="00E15F71">
        <w:rPr>
          <w:noProof w:val="0"/>
          <w:lang w:val="ro-RO"/>
        </w:rPr>
        <w:t>I</w:t>
      </w:r>
      <w:r w:rsidRPr="475704D4" w:rsidR="00690725">
        <w:rPr>
          <w:noProof w:val="0"/>
          <w:lang w:val="ro-RO"/>
        </w:rPr>
        <w:t>nclusiva</w:t>
      </w:r>
      <w:r w:rsidRPr="475704D4" w:rsidR="00000000">
        <w:rPr>
          <w:noProof w:val="0"/>
          <w:lang w:val="ro-RO"/>
        </w:rPr>
        <w:t xml:space="preserve"> </w:t>
      </w:r>
      <w:r w:rsidRPr="475704D4" w:rsidR="00000000">
        <w:rPr>
          <w:noProof w:val="0"/>
          <w:lang w:val="ro-RO"/>
        </w:rPr>
        <w:t>în</w:t>
      </w:r>
      <w:r w:rsidRPr="475704D4" w:rsidR="00000000">
        <w:rPr>
          <w:noProof w:val="0"/>
          <w:lang w:val="ro-RO"/>
        </w:rPr>
        <w:t xml:space="preserve"> Republica Moldova”, </w:t>
      </w:r>
      <w:r w:rsidRPr="475704D4" w:rsidR="00000000">
        <w:rPr>
          <w:noProof w:val="0"/>
          <w:lang w:val="ro-RO"/>
        </w:rPr>
        <w:t>contractorul</w:t>
      </w:r>
      <w:r w:rsidRPr="475704D4" w:rsidR="00000000">
        <w:rPr>
          <w:noProof w:val="0"/>
          <w:lang w:val="ro-RO"/>
        </w:rPr>
        <w:t xml:space="preserve"> </w:t>
      </w:r>
      <w:r w:rsidRPr="475704D4" w:rsidR="00000000">
        <w:rPr>
          <w:noProof w:val="0"/>
          <w:lang w:val="ro-RO"/>
        </w:rPr>
        <w:t>desemnat</w:t>
      </w:r>
      <w:r w:rsidRPr="475704D4" w:rsidR="00000000">
        <w:rPr>
          <w:noProof w:val="0"/>
          <w:lang w:val="ro-RO"/>
        </w:rPr>
        <w:t xml:space="preserve"> </w:t>
      </w:r>
      <w:r w:rsidRPr="475704D4" w:rsidR="00000000">
        <w:rPr>
          <w:noProof w:val="0"/>
          <w:lang w:val="ro-RO"/>
        </w:rPr>
        <w:t>pentru</w:t>
      </w:r>
      <w:r w:rsidRPr="475704D4" w:rsidR="00000000">
        <w:rPr>
          <w:noProof w:val="0"/>
          <w:lang w:val="ro-RO"/>
        </w:rPr>
        <w:t xml:space="preserve"> </w:t>
      </w:r>
      <w:r w:rsidRPr="475704D4" w:rsidR="00000000">
        <w:rPr>
          <w:noProof w:val="0"/>
          <w:lang w:val="ro-RO"/>
        </w:rPr>
        <w:t>implementarea</w:t>
      </w:r>
      <w:r w:rsidRPr="475704D4" w:rsidR="00000000">
        <w:rPr>
          <w:noProof w:val="0"/>
          <w:lang w:val="ro-RO"/>
        </w:rPr>
        <w:t xml:space="preserve"> </w:t>
      </w:r>
      <w:r w:rsidRPr="475704D4" w:rsidR="00000000">
        <w:rPr>
          <w:noProof w:val="0"/>
          <w:lang w:val="ro-RO"/>
        </w:rPr>
        <w:t>mecanismului</w:t>
      </w:r>
      <w:r w:rsidRPr="475704D4" w:rsidR="00000000">
        <w:rPr>
          <w:noProof w:val="0"/>
          <w:lang w:val="ro-RO"/>
        </w:rPr>
        <w:t xml:space="preserve"> de </w:t>
      </w:r>
      <w:r w:rsidRPr="475704D4" w:rsidR="00000000">
        <w:rPr>
          <w:noProof w:val="0"/>
          <w:lang w:val="ro-RO"/>
        </w:rPr>
        <w:t>suport</w:t>
      </w:r>
      <w:r w:rsidRPr="475704D4" w:rsidR="00000000">
        <w:rPr>
          <w:noProof w:val="0"/>
          <w:lang w:val="ro-RO"/>
        </w:rPr>
        <w:t xml:space="preserve"> non-cash </w:t>
      </w:r>
      <w:r w:rsidRPr="475704D4" w:rsidR="00000000">
        <w:rPr>
          <w:noProof w:val="0"/>
          <w:lang w:val="ro-RO"/>
        </w:rPr>
        <w:t>și</w:t>
      </w:r>
      <w:r w:rsidRPr="475704D4" w:rsidR="00000000">
        <w:rPr>
          <w:noProof w:val="0"/>
          <w:lang w:val="ro-RO"/>
        </w:rPr>
        <w:t xml:space="preserve"> </w:t>
      </w:r>
      <w:r w:rsidRPr="475704D4" w:rsidR="00000000">
        <w:rPr>
          <w:noProof w:val="0"/>
          <w:lang w:val="ro-RO"/>
        </w:rPr>
        <w:t>orice</w:t>
      </w:r>
      <w:r w:rsidRPr="475704D4" w:rsidR="00000000">
        <w:rPr>
          <w:noProof w:val="0"/>
          <w:lang w:val="ro-RO"/>
        </w:rPr>
        <w:t xml:space="preserve"> </w:t>
      </w:r>
      <w:r w:rsidRPr="475704D4" w:rsidR="00000000">
        <w:rPr>
          <w:noProof w:val="0"/>
          <w:lang w:val="ro-RO"/>
        </w:rPr>
        <w:t>altă</w:t>
      </w:r>
      <w:r w:rsidRPr="475704D4" w:rsidR="00000000">
        <w:rPr>
          <w:noProof w:val="0"/>
          <w:lang w:val="ro-RO"/>
        </w:rPr>
        <w:t xml:space="preserve"> </w:t>
      </w:r>
      <w:r w:rsidRPr="475704D4" w:rsidR="00000000">
        <w:rPr>
          <w:noProof w:val="0"/>
          <w:lang w:val="ro-RO"/>
        </w:rPr>
        <w:t>entitate</w:t>
      </w:r>
      <w:r w:rsidRPr="475704D4" w:rsidR="00000000">
        <w:rPr>
          <w:noProof w:val="0"/>
          <w:lang w:val="ro-RO"/>
        </w:rPr>
        <w:t xml:space="preserve"> </w:t>
      </w:r>
      <w:r w:rsidRPr="475704D4" w:rsidR="00000000">
        <w:rPr>
          <w:noProof w:val="0"/>
          <w:lang w:val="ro-RO"/>
        </w:rPr>
        <w:t>implicată</w:t>
      </w:r>
      <w:r w:rsidRPr="475704D4" w:rsidR="00000000">
        <w:rPr>
          <w:noProof w:val="0"/>
          <w:lang w:val="ro-RO"/>
        </w:rPr>
        <w:t xml:space="preserve"> </w:t>
      </w:r>
      <w:r w:rsidRPr="475704D4" w:rsidR="00000000">
        <w:rPr>
          <w:noProof w:val="0"/>
          <w:lang w:val="ro-RO"/>
        </w:rPr>
        <w:t>în</w:t>
      </w:r>
      <w:r w:rsidRPr="475704D4" w:rsidR="00000000">
        <w:rPr>
          <w:noProof w:val="0"/>
          <w:lang w:val="ro-RO"/>
        </w:rPr>
        <w:t xml:space="preserve"> </w:t>
      </w:r>
      <w:r w:rsidRPr="475704D4" w:rsidR="00000000">
        <w:rPr>
          <w:noProof w:val="0"/>
          <w:lang w:val="ro-RO"/>
        </w:rPr>
        <w:t>procesul</w:t>
      </w:r>
      <w:r w:rsidRPr="475704D4" w:rsidR="00000000">
        <w:rPr>
          <w:noProof w:val="0"/>
          <w:lang w:val="ro-RO"/>
        </w:rPr>
        <w:t xml:space="preserve"> de </w:t>
      </w:r>
      <w:r w:rsidRPr="475704D4" w:rsidR="00000000">
        <w:rPr>
          <w:noProof w:val="0"/>
          <w:lang w:val="ro-RO"/>
        </w:rPr>
        <w:t>evaluare</w:t>
      </w:r>
      <w:r w:rsidRPr="475704D4" w:rsidR="00000000">
        <w:rPr>
          <w:noProof w:val="0"/>
          <w:lang w:val="ro-RO"/>
        </w:rPr>
        <w:t xml:space="preserve">, </w:t>
      </w:r>
      <w:r w:rsidRPr="475704D4" w:rsidR="00000000">
        <w:rPr>
          <w:noProof w:val="0"/>
          <w:lang w:val="ro-RO"/>
        </w:rPr>
        <w:t>contractare</w:t>
      </w:r>
      <w:r w:rsidRPr="475704D4" w:rsidR="00000000">
        <w:rPr>
          <w:noProof w:val="0"/>
          <w:lang w:val="ro-RO"/>
        </w:rPr>
        <w:t xml:space="preserve">, </w:t>
      </w:r>
      <w:r w:rsidRPr="475704D4" w:rsidR="00000000">
        <w:rPr>
          <w:noProof w:val="0"/>
          <w:lang w:val="ro-RO"/>
        </w:rPr>
        <w:t>monitorizare</w:t>
      </w:r>
      <w:r w:rsidRPr="475704D4" w:rsidR="00000000">
        <w:rPr>
          <w:noProof w:val="0"/>
          <w:lang w:val="ro-RO"/>
        </w:rPr>
        <w:t xml:space="preserve"> </w:t>
      </w:r>
      <w:r w:rsidRPr="475704D4" w:rsidR="00000000">
        <w:rPr>
          <w:noProof w:val="0"/>
          <w:lang w:val="ro-RO"/>
        </w:rPr>
        <w:t>și</w:t>
      </w:r>
      <w:r w:rsidRPr="475704D4" w:rsidR="00000000">
        <w:rPr>
          <w:noProof w:val="0"/>
          <w:lang w:val="ro-RO"/>
        </w:rPr>
        <w:t xml:space="preserve"> </w:t>
      </w:r>
      <w:r w:rsidRPr="475704D4" w:rsidR="00000000">
        <w:rPr>
          <w:noProof w:val="0"/>
          <w:lang w:val="ro-RO"/>
        </w:rPr>
        <w:t>verificare</w:t>
      </w:r>
      <w:r w:rsidRPr="475704D4" w:rsidR="00000000">
        <w:rPr>
          <w:noProof w:val="0"/>
          <w:lang w:val="ro-RO"/>
        </w:rPr>
        <w:t>.</w:t>
      </w:r>
    </w:p>
    <w:p w:rsidR="00A80FCA" w:rsidP="475704D4" w:rsidRDefault="00000000" w14:paraId="1AA03D81" w14:textId="3E84BD04">
      <w:pPr>
        <w:pStyle w:val="ListNumber"/>
        <w:spacing w:after="80" w:line="269" w:lineRule="auto"/>
        <w:jc w:val="both"/>
        <w:rPr>
          <w:noProof w:val="0"/>
          <w:lang w:val="ro-RO"/>
        </w:rPr>
      </w:pPr>
      <w:r w:rsidRPr="475704D4" w:rsidR="00000000">
        <w:rPr>
          <w:noProof w:val="0"/>
          <w:lang w:val="ro-RO"/>
        </w:rPr>
        <w:t xml:space="preserve">Înțeleg și accept că suportul oferit </w:t>
      </w:r>
      <w:r w:rsidRPr="475704D4" w:rsidR="00000000">
        <w:rPr>
          <w:noProof w:val="0"/>
          <w:lang w:val="ro-RO"/>
        </w:rPr>
        <w:t>în</w:t>
      </w:r>
      <w:r w:rsidRPr="475704D4" w:rsidR="00000000">
        <w:rPr>
          <w:noProof w:val="0"/>
          <w:lang w:val="ro-RO"/>
        </w:rPr>
        <w:t xml:space="preserve"> </w:t>
      </w:r>
      <w:r w:rsidRPr="475704D4" w:rsidR="00000000">
        <w:rPr>
          <w:noProof w:val="0"/>
          <w:lang w:val="ro-RO"/>
        </w:rPr>
        <w:t>cadrul</w:t>
      </w:r>
      <w:r w:rsidRPr="475704D4" w:rsidR="00000000">
        <w:rPr>
          <w:noProof w:val="0"/>
          <w:lang w:val="ro-RO"/>
        </w:rPr>
        <w:t xml:space="preserve"> </w:t>
      </w:r>
      <w:r w:rsidRPr="475704D4" w:rsidR="00000000">
        <w:rPr>
          <w:noProof w:val="0"/>
          <w:lang w:val="ro-RO"/>
        </w:rPr>
        <w:t>programului</w:t>
      </w:r>
      <w:r w:rsidRPr="475704D4" w:rsidR="00000000">
        <w:rPr>
          <w:noProof w:val="0"/>
          <w:lang w:val="ro-RO"/>
        </w:rPr>
        <w:t xml:space="preserve"> </w:t>
      </w:r>
      <w:r w:rsidRPr="475704D4" w:rsidR="00000000">
        <w:rPr>
          <w:noProof w:val="0"/>
          <w:lang w:val="ro-RO"/>
        </w:rPr>
        <w:t>este</w:t>
      </w:r>
      <w:r w:rsidRPr="475704D4" w:rsidR="00000000">
        <w:rPr>
          <w:noProof w:val="0"/>
          <w:lang w:val="ro-RO"/>
        </w:rPr>
        <w:t xml:space="preserve"> </w:t>
      </w:r>
      <w:r w:rsidRPr="475704D4" w:rsidR="00000000">
        <w:rPr>
          <w:noProof w:val="0"/>
          <w:lang w:val="ro-RO"/>
        </w:rPr>
        <w:t>nerambursabil</w:t>
      </w:r>
      <w:r w:rsidRPr="475704D4" w:rsidR="00000000">
        <w:rPr>
          <w:noProof w:val="0"/>
          <w:lang w:val="ro-RO"/>
        </w:rPr>
        <w:t xml:space="preserve"> </w:t>
      </w:r>
      <w:r w:rsidRPr="475704D4" w:rsidR="00000000">
        <w:rPr>
          <w:noProof w:val="0"/>
          <w:lang w:val="ro-RO"/>
        </w:rPr>
        <w:t>și</w:t>
      </w:r>
      <w:r w:rsidRPr="475704D4" w:rsidR="00000000">
        <w:rPr>
          <w:noProof w:val="0"/>
          <w:lang w:val="ro-RO"/>
        </w:rPr>
        <w:t xml:space="preserve"> non-</w:t>
      </w:r>
      <w:r w:rsidRPr="475704D4" w:rsidR="00E15F71">
        <w:rPr>
          <w:noProof w:val="0"/>
          <w:lang w:val="ro-RO"/>
        </w:rPr>
        <w:t>monetar</w:t>
      </w:r>
      <w:r w:rsidRPr="475704D4" w:rsidR="00000000">
        <w:rPr>
          <w:noProof w:val="0"/>
          <w:lang w:val="ro-RO"/>
        </w:rPr>
        <w:t xml:space="preserve">, </w:t>
      </w:r>
      <w:r w:rsidRPr="475704D4" w:rsidR="00000000">
        <w:rPr>
          <w:noProof w:val="0"/>
          <w:lang w:val="ro-RO"/>
        </w:rPr>
        <w:t>fiind</w:t>
      </w:r>
      <w:r w:rsidRPr="475704D4" w:rsidR="00000000">
        <w:rPr>
          <w:noProof w:val="0"/>
          <w:lang w:val="ro-RO"/>
        </w:rPr>
        <w:t xml:space="preserve"> </w:t>
      </w:r>
      <w:r w:rsidRPr="475704D4" w:rsidR="00000000">
        <w:rPr>
          <w:noProof w:val="0"/>
          <w:lang w:val="ro-RO"/>
        </w:rPr>
        <w:t>acordat</w:t>
      </w:r>
      <w:r w:rsidRPr="475704D4" w:rsidR="00000000">
        <w:rPr>
          <w:noProof w:val="0"/>
          <w:lang w:val="ro-RO"/>
        </w:rPr>
        <w:t xml:space="preserve"> sub </w:t>
      </w:r>
      <w:r w:rsidRPr="475704D4" w:rsidR="00000000">
        <w:rPr>
          <w:noProof w:val="0"/>
          <w:lang w:val="ro-RO"/>
        </w:rPr>
        <w:t>formă</w:t>
      </w:r>
      <w:r w:rsidRPr="475704D4" w:rsidR="00000000">
        <w:rPr>
          <w:noProof w:val="0"/>
          <w:lang w:val="ro-RO"/>
        </w:rPr>
        <w:t xml:space="preserve"> de bunuri, echipamente, lucrări și/sau servicii, și nu sub formă de transfer financiar direct către beneficiar.</w:t>
      </w:r>
    </w:p>
    <w:p w:rsidR="00A80FCA" w:rsidP="475704D4" w:rsidRDefault="00000000" w14:paraId="1064402E" w14:textId="77777777">
      <w:pPr>
        <w:pStyle w:val="ListNumber"/>
        <w:spacing w:after="80" w:line="269" w:lineRule="auto"/>
        <w:jc w:val="both"/>
        <w:rPr>
          <w:noProof w:val="0"/>
          <w:lang w:val="ro-RO"/>
        </w:rPr>
      </w:pPr>
      <w:r w:rsidRPr="475704D4" w:rsidR="00000000">
        <w:rPr>
          <w:noProof w:val="0"/>
          <w:lang w:val="ro-RO"/>
        </w:rPr>
        <w:t>Mă angajez să utilizez bunurile, echipamentele, lucrările și serviciile primite exclusiv în scopul implementării proiectului aprobat și în conformitate cu condițiile stabilite în acordul de suport.</w:t>
      </w:r>
    </w:p>
    <w:p w:rsidR="00A80FCA" w:rsidP="475704D4" w:rsidRDefault="00000000" w14:paraId="70FECEAB" w14:textId="77777777">
      <w:pPr>
        <w:pStyle w:val="ListNumber"/>
        <w:spacing w:after="80" w:line="269" w:lineRule="auto"/>
        <w:jc w:val="both"/>
        <w:rPr>
          <w:noProof w:val="0"/>
          <w:lang w:val="ro-RO"/>
        </w:rPr>
      </w:pPr>
      <w:r w:rsidRPr="475704D4" w:rsidR="00000000">
        <w:rPr>
          <w:noProof w:val="0"/>
          <w:lang w:val="ro-RO"/>
        </w:rPr>
        <w:t>Mă oblig să prezint, în termenul solicitat, orice informații și documente necesare în cadrul verificărilor administrative, financiare, tehnice, de eligibilitate sau monitorizare desfășurate de reprezentanții împuterniciți ai proiectului.</w:t>
      </w:r>
    </w:p>
    <w:p w:rsidR="00A80FCA" w:rsidP="475704D4" w:rsidRDefault="00000000" w14:paraId="7A4B6B88" w14:textId="77777777">
      <w:pPr>
        <w:pStyle w:val="ListNumber"/>
        <w:spacing w:after="80" w:line="269" w:lineRule="auto"/>
        <w:jc w:val="both"/>
        <w:rPr>
          <w:noProof w:val="0"/>
          <w:lang w:val="ro-RO"/>
        </w:rPr>
      </w:pPr>
      <w:r w:rsidRPr="475704D4" w:rsidR="00000000">
        <w:rPr>
          <w:noProof w:val="0"/>
          <w:lang w:val="ro-RO"/>
        </w:rPr>
        <w:t>Îmi exprim acordul pentru furnizarea, accesarea și prelucrarea datelor cu caracter personal și a datelor aferente întreprinderii, în scopul evaluării aplicației, contractării, monitorizării, raportării și promovării rezultatelor programului, în conformitate cu legislația aplicabilă.</w:t>
      </w:r>
    </w:p>
    <w:p w:rsidR="00A80FCA" w:rsidP="475704D4" w:rsidRDefault="00000000" w14:paraId="3A693286" w14:textId="77777777">
      <w:pPr>
        <w:pStyle w:val="ListNumber"/>
        <w:spacing w:after="80" w:line="269" w:lineRule="auto"/>
        <w:jc w:val="both"/>
        <w:rPr>
          <w:noProof w:val="0"/>
          <w:lang w:val="ro-RO"/>
        </w:rPr>
      </w:pPr>
      <w:r w:rsidRPr="475704D4" w:rsidR="00000000">
        <w:rPr>
          <w:noProof w:val="0"/>
          <w:lang w:val="ro-RO"/>
        </w:rPr>
        <w:t>Declar că adresa electronică indicată în dosarul de aplicare este veridică, funcțională și verificată în mod regulat și accept că informațiile transmise de echipa proiectului la această adresă vor fi considerate oficial comunicate. În cazul modificării acesteia, mă oblig să informez prompt echipa proiectului.</w:t>
      </w:r>
    </w:p>
    <w:p w:rsidR="00A80FCA" w:rsidP="475704D4" w:rsidRDefault="00000000" w14:paraId="70C40ABB" w14:textId="77777777">
      <w:pPr>
        <w:pStyle w:val="ListNumber"/>
        <w:spacing w:after="80" w:line="269" w:lineRule="auto"/>
        <w:jc w:val="both"/>
        <w:rPr>
          <w:noProof w:val="0"/>
          <w:lang w:val="ro-RO"/>
        </w:rPr>
      </w:pPr>
      <w:r w:rsidRPr="475704D4" w:rsidR="00000000">
        <w:rPr>
          <w:noProof w:val="0"/>
          <w:lang w:val="ro-RO"/>
        </w:rPr>
        <w:t>Îmi exprim acordul privind utilizarea și diseminarea, de către organizatori, a informațiilor neconfidențiale, a rezultatelor proiectului, a imaginilor și materialelor aferente inițiativei susținute, în scopuri de vizibilitate, comunicare publică și raportare.</w:t>
      </w:r>
    </w:p>
    <w:p w:rsidR="00A80FCA" w:rsidP="475704D4" w:rsidRDefault="00000000" w14:paraId="2BDC8FC9" w14:textId="77777777">
      <w:pPr>
        <w:pStyle w:val="ListNumber"/>
        <w:spacing w:after="80" w:line="269" w:lineRule="auto"/>
        <w:jc w:val="both"/>
        <w:rPr>
          <w:noProof w:val="0"/>
          <w:lang w:val="ro-RO"/>
        </w:rPr>
      </w:pPr>
      <w:r w:rsidRPr="475704D4" w:rsidR="00000000">
        <w:rPr>
          <w:noProof w:val="0"/>
          <w:lang w:val="ro-RO"/>
        </w:rPr>
        <w:t>Înțeleg că furnizarea unor informații false, incomplete sau înșelătoare poate conduce la respingerea aplicației sau, după caz, la excluderea din program și recuperarea suportului acordat, în condițiile prevăzute de documentele programului și legislația aplicabilă.</w:t>
      </w:r>
    </w:p>
    <w:p w:rsidR="00A80FCA" w:rsidP="475704D4" w:rsidRDefault="00A80FCA" w14:paraId="4784E291" w14:textId="77777777">
      <w:pPr>
        <w:jc w:val="both"/>
        <w:rPr>
          <w:noProof w:val="0"/>
          <w:lang w:val="ro-RO"/>
        </w:rPr>
      </w:pPr>
    </w:p>
    <w:tbl>
      <w:tblPr>
        <w:tblW w:w="0" w:type="auto"/>
        <w:tblLayout w:type="fixed"/>
        <w:tblLook w:val="04A0" w:firstRow="1" w:lastRow="0" w:firstColumn="1" w:lastColumn="0" w:noHBand="0" w:noVBand="1"/>
      </w:tblPr>
      <w:tblGrid>
        <w:gridCol w:w="4788"/>
        <w:gridCol w:w="4788"/>
      </w:tblGrid>
      <w:tr w:rsidR="00A80FCA" w:rsidTr="475704D4" w14:paraId="3166DDC1" w14:textId="77777777">
        <w:tc>
          <w:tcPr>
            <w:tcW w:w="4788" w:type="dxa"/>
            <w:tcBorders>
              <w:top w:val="nil"/>
              <w:left w:val="nil"/>
              <w:bottom w:val="nil"/>
              <w:right w:val="nil"/>
            </w:tcBorders>
            <w:tcMar>
              <w:top w:w="90" w:type="dxa"/>
              <w:left w:w="90" w:type="dxa"/>
              <w:bottom w:w="90" w:type="dxa"/>
              <w:right w:w="90" w:type="dxa"/>
            </w:tcMar>
          </w:tcPr>
          <w:p w:rsidR="00A80FCA" w:rsidP="475704D4" w:rsidRDefault="00000000" w14:paraId="4FF4B8A1" w14:textId="77777777">
            <w:pPr>
              <w:spacing w:before="40" w:after="120" w:line="264" w:lineRule="auto"/>
              <w:rPr>
                <w:noProof w:val="0"/>
                <w:lang w:val="ro-RO"/>
              </w:rPr>
            </w:pPr>
            <w:r w:rsidRPr="475704D4" w:rsidR="00000000">
              <w:rPr>
                <w:noProof w:val="0"/>
                <w:lang w:val="ro-RO"/>
              </w:rPr>
              <w:t>Data: ____ / __________ / 2026</w:t>
            </w:r>
          </w:p>
        </w:tc>
        <w:tc>
          <w:tcPr>
            <w:tcW w:w="4788" w:type="dxa"/>
            <w:tcBorders>
              <w:top w:val="nil"/>
              <w:left w:val="nil"/>
              <w:bottom w:val="nil"/>
              <w:right w:val="nil"/>
            </w:tcBorders>
            <w:tcMar>
              <w:top w:w="90" w:type="dxa"/>
              <w:left w:w="90" w:type="dxa"/>
              <w:bottom w:w="90" w:type="dxa"/>
              <w:right w:w="90" w:type="dxa"/>
            </w:tcMar>
          </w:tcPr>
          <w:p w:rsidR="00A80FCA" w:rsidP="475704D4" w:rsidRDefault="00A80FCA" w14:paraId="7A5BDE2A" w14:textId="77777777">
            <w:pPr>
              <w:spacing w:before="40" w:after="120" w:line="264" w:lineRule="auto"/>
              <w:rPr>
                <w:noProof w:val="0"/>
                <w:lang w:val="ro-RO"/>
              </w:rPr>
            </w:pPr>
          </w:p>
        </w:tc>
      </w:tr>
      <w:tr w:rsidR="00A80FCA" w:rsidTr="475704D4" w14:paraId="62AFBD93" w14:textId="77777777">
        <w:tc>
          <w:tcPr>
            <w:tcW w:w="4788" w:type="dxa"/>
            <w:tcBorders>
              <w:top w:val="nil"/>
              <w:left w:val="nil"/>
              <w:bottom w:val="nil"/>
              <w:right w:val="nil"/>
            </w:tcBorders>
            <w:tcMar>
              <w:top w:w="90" w:type="dxa"/>
              <w:left w:w="90" w:type="dxa"/>
              <w:bottom w:w="90" w:type="dxa"/>
              <w:right w:w="90" w:type="dxa"/>
            </w:tcMar>
          </w:tcPr>
          <w:p w:rsidR="00A80FCA" w:rsidP="475704D4" w:rsidRDefault="00000000" w14:paraId="52560F8D" w14:textId="77777777">
            <w:pPr>
              <w:spacing w:before="40" w:after="120" w:line="264" w:lineRule="auto"/>
              <w:rPr>
                <w:noProof w:val="0"/>
                <w:lang w:val="ro-RO"/>
              </w:rPr>
            </w:pPr>
            <w:r w:rsidRPr="475704D4" w:rsidR="00000000">
              <w:rPr>
                <w:noProof w:val="0"/>
                <w:lang w:val="ro-RO"/>
              </w:rPr>
              <w:t>Nume și prenume: ____________________________________</w:t>
            </w:r>
          </w:p>
        </w:tc>
        <w:tc>
          <w:tcPr>
            <w:tcW w:w="4788" w:type="dxa"/>
            <w:tcBorders>
              <w:top w:val="nil"/>
              <w:left w:val="nil"/>
              <w:bottom w:val="nil"/>
              <w:right w:val="nil"/>
            </w:tcBorders>
            <w:tcMar>
              <w:top w:w="90" w:type="dxa"/>
              <w:left w:w="90" w:type="dxa"/>
              <w:bottom w:w="90" w:type="dxa"/>
              <w:right w:w="90" w:type="dxa"/>
            </w:tcMar>
          </w:tcPr>
          <w:p w:rsidR="00A80FCA" w:rsidP="475704D4" w:rsidRDefault="00000000" w14:paraId="4A9F7747" w14:textId="77777777">
            <w:pPr>
              <w:spacing w:before="40" w:after="120" w:line="264" w:lineRule="auto"/>
              <w:rPr>
                <w:noProof w:val="0"/>
                <w:lang w:val="ro-RO"/>
              </w:rPr>
            </w:pPr>
            <w:r w:rsidRPr="475704D4" w:rsidR="00000000">
              <w:rPr>
                <w:noProof w:val="0"/>
                <w:lang w:val="ro-RO"/>
              </w:rPr>
              <w:t>Funcția: ____________________________________</w:t>
            </w:r>
          </w:p>
        </w:tc>
      </w:tr>
      <w:tr w:rsidR="00A80FCA" w:rsidTr="475704D4" w14:paraId="2B0D1426" w14:textId="77777777">
        <w:tc>
          <w:tcPr>
            <w:tcW w:w="4788" w:type="dxa"/>
            <w:tcBorders>
              <w:top w:val="nil"/>
              <w:left w:val="nil"/>
              <w:bottom w:val="nil"/>
              <w:right w:val="nil"/>
            </w:tcBorders>
            <w:tcMar>
              <w:top w:w="90" w:type="dxa"/>
              <w:left w:w="90" w:type="dxa"/>
              <w:bottom w:w="90" w:type="dxa"/>
              <w:right w:w="90" w:type="dxa"/>
            </w:tcMar>
          </w:tcPr>
          <w:p w:rsidR="00A80FCA" w:rsidP="475704D4" w:rsidRDefault="00000000" w14:paraId="0B08A7FE" w14:textId="77777777">
            <w:pPr>
              <w:spacing w:before="40" w:after="120" w:line="264" w:lineRule="auto"/>
              <w:rPr>
                <w:noProof w:val="0"/>
                <w:lang w:val="ro-RO"/>
              </w:rPr>
            </w:pPr>
            <w:r w:rsidRPr="475704D4" w:rsidR="00000000">
              <w:rPr>
                <w:noProof w:val="0"/>
                <w:lang w:val="ro-RO"/>
              </w:rPr>
              <w:t>Semnătura: _________________________________________</w:t>
            </w:r>
          </w:p>
        </w:tc>
        <w:tc>
          <w:tcPr>
            <w:tcW w:w="4788" w:type="dxa"/>
            <w:tcBorders>
              <w:top w:val="nil"/>
              <w:left w:val="nil"/>
              <w:bottom w:val="nil"/>
              <w:right w:val="nil"/>
            </w:tcBorders>
            <w:tcMar>
              <w:top w:w="90" w:type="dxa"/>
              <w:left w:w="90" w:type="dxa"/>
              <w:bottom w:w="90" w:type="dxa"/>
              <w:right w:w="90" w:type="dxa"/>
            </w:tcMar>
          </w:tcPr>
          <w:p w:rsidR="00A80FCA" w:rsidP="475704D4" w:rsidRDefault="00000000" w14:paraId="66216ADA" w14:textId="77777777">
            <w:pPr>
              <w:spacing w:before="40" w:after="120" w:line="264" w:lineRule="auto"/>
              <w:rPr>
                <w:noProof w:val="0"/>
                <w:lang w:val="ro-RO"/>
              </w:rPr>
            </w:pPr>
            <w:r w:rsidRPr="475704D4" w:rsidR="00000000">
              <w:rPr>
                <w:noProof w:val="0"/>
                <w:lang w:val="ro-RO"/>
              </w:rPr>
              <w:t>Ștampila (după caz): _________________________</w:t>
            </w:r>
          </w:p>
        </w:tc>
      </w:tr>
    </w:tbl>
    <w:p w:rsidR="006F4EB4" w:rsidP="475704D4" w:rsidRDefault="006F4EB4" w14:paraId="4FBA0C36" w14:textId="77777777">
      <w:pPr>
        <w:rPr>
          <w:noProof w:val="0"/>
          <w:lang w:val="ro-RO"/>
        </w:rPr>
      </w:pPr>
    </w:p>
    <w:sectPr w:rsidR="006F4EB4" w:rsidSect="00802FE1">
      <w:headerReference w:type="default" r:id="rId8"/>
      <w:pgSz w:w="12240" w:h="15840" w:orient="portrait"/>
      <w:pgMar w:top="2236" w:right="1247" w:bottom="1134" w:left="1417" w:header="720" w:footer="720" w:gutter="0"/>
      <w:cols w:space="720"/>
      <w:docGrid w:linePitch="360"/>
      <w:footerReference w:type="default" r:id="R8cb85351ba564da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F98" w:rsidP="00802FE1" w:rsidRDefault="00FC0F98" w14:paraId="4EB58BD1" w14:textId="77777777">
      <w:pPr>
        <w:spacing w:after="0" w:line="240" w:lineRule="auto"/>
      </w:pPr>
      <w:r>
        <w:separator/>
      </w:r>
    </w:p>
  </w:endnote>
  <w:endnote w:type="continuationSeparator" w:id="0">
    <w:p w:rsidR="00FC0F98" w:rsidP="00802FE1" w:rsidRDefault="00FC0F98" w14:paraId="10CC9DD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xml><?xml version="1.0" encoding="utf-8"?>
<w:ft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ook w:val="06A0" w:firstRow="1" w:lastRow="0" w:firstColumn="1" w:lastColumn="0" w:noHBand="1" w:noVBand="1"/>
    </w:tblPr>
    <w:tblGrid>
      <w:gridCol w:w="3190"/>
      <w:gridCol w:w="3190"/>
      <w:gridCol w:w="3190"/>
    </w:tblGrid>
    <w:tr xmlns:wp14="http://schemas.microsoft.com/office/word/2010/wordml" w:rsidR="483E86E8" w:rsidTr="483E86E8" w14:paraId="72E4E984" wp14:textId="77777777">
      <w:trPr>
        <w:trHeight w:val="300"/>
      </w:trPr>
      <w:tc>
        <w:tcPr>
          <w:tcW w:w="3190" w:type="dxa"/>
          <w:tcMar/>
        </w:tcPr>
        <w:p w:rsidR="483E86E8" w:rsidP="483E86E8" w:rsidRDefault="483E86E8" w14:paraId="6CE200C0" w14:textId="5A54BBC3">
          <w:pPr>
            <w:pStyle w:val="Header"/>
            <w:bidi w:val="0"/>
            <w:ind w:left="-115"/>
            <w:jc w:val="left"/>
          </w:pPr>
        </w:p>
      </w:tc>
      <w:tc>
        <w:tcPr>
          <w:tcW w:w="3190" w:type="dxa"/>
          <w:tcMar/>
        </w:tcPr>
        <w:p w:rsidR="483E86E8" w:rsidP="483E86E8" w:rsidRDefault="483E86E8" w14:paraId="6741AF02" w14:textId="2BD89BFC">
          <w:pPr>
            <w:pStyle w:val="Header"/>
            <w:bidi w:val="0"/>
            <w:jc w:val="center"/>
          </w:pPr>
        </w:p>
      </w:tc>
      <w:tc>
        <w:tcPr>
          <w:tcW w:w="3190" w:type="dxa"/>
          <w:tcMar/>
        </w:tcPr>
        <w:p w:rsidR="483E86E8" w:rsidP="483E86E8" w:rsidRDefault="483E86E8" w14:paraId="152F0971" w14:textId="2B9D917D">
          <w:pPr>
            <w:pStyle w:val="Header"/>
            <w:bidi w:val="0"/>
            <w:ind w:right="-115"/>
            <w:jc w:val="right"/>
          </w:pPr>
        </w:p>
      </w:tc>
    </w:tr>
  </w:tbl>
  <w:p w:rsidR="483E86E8" w:rsidP="483E86E8" w:rsidRDefault="483E86E8" w14:paraId="1855AF6F" w14:textId="679C5B1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F98" w:rsidP="00802FE1" w:rsidRDefault="00FC0F98" w14:paraId="5C7FD699" w14:textId="77777777">
      <w:pPr>
        <w:spacing w:after="0" w:line="240" w:lineRule="auto"/>
      </w:pPr>
      <w:r>
        <w:separator/>
      </w:r>
    </w:p>
  </w:footnote>
  <w:footnote w:type="continuationSeparator" w:id="0">
    <w:p w:rsidR="00FC0F98" w:rsidP="00802FE1" w:rsidRDefault="00FC0F98" w14:paraId="74115A3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02FE1" w:rsidRDefault="006C4ECC" w14:paraId="7A84A434" w14:textId="68505E04">
    <w:pPr>
      <w:pStyle w:val="Header"/>
    </w:pPr>
  </w:p>
  <w:p w:rsidR="16B3E719" w:rsidP="64EFEC7A" w:rsidRDefault="16B3E719" w14:paraId="262AA04B" w14:textId="37F9AD90">
    <w:pPr>
      <w:pStyle w:val="Header"/>
      <w:jc w:val="left"/>
    </w:pPr>
    <w:r w:rsidR="64EFEC7A">
      <w:drawing>
        <wp:inline wp14:editId="4C39523A" wp14:anchorId="5F2BA0DB">
          <wp:extent cx="1200150" cy="1009650"/>
          <wp:effectExtent l="0" t="0" r="0" b="0"/>
          <wp:docPr id="414556014" name="drawing" title="A blue flag with yellow sta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14556014" name="Picture 414556014"/>
                  <pic:cNvPicPr/>
                </pic:nvPicPr>
                <pic:blipFill>
                  <a:blip xmlns:r="http://schemas.openxmlformats.org/officeDocument/2006/relationships" r:embed="rId1170540890">
                    <a:extLst>
                      <a:ext uri="{28A0092B-C50C-407E-A947-70E740481C1C}">
                        <a14:useLocalDpi xmlns:a14="http://schemas.microsoft.com/office/drawing/2010/main"/>
                      </a:ext>
                    </a:extLst>
                  </a:blip>
                  <a:stretch>
                    <a:fillRect/>
                  </a:stretch>
                </pic:blipFill>
                <pic:spPr>
                  <a:xfrm>
                    <a:off x="0" y="0"/>
                    <a:ext cx="1200150" cy="1009650"/>
                  </a:xfrm>
                  <a:prstGeom prst="rect">
                    <a:avLst/>
                  </a:prstGeom>
                </pic:spPr>
              </pic:pic>
            </a:graphicData>
          </a:graphic>
        </wp:inline>
      </w:drawing>
    </w:r>
    <w:r w:rsidR="64EFEC7A">
      <w:drawing>
        <wp:anchor distT="0" distB="0" distL="114300" distR="114300" simplePos="0" relativeHeight="251658240" behindDoc="0" locked="0" layoutInCell="1" allowOverlap="1" wp14:editId="21C7C90C" wp14:anchorId="79743F21">
          <wp:simplePos x="0" y="0"/>
          <wp:positionH relativeFrom="column">
            <wp:align>right</wp:align>
          </wp:positionH>
          <wp:positionV relativeFrom="paragraph">
            <wp:posOffset>0</wp:posOffset>
          </wp:positionV>
          <wp:extent cx="781050" cy="1181100"/>
          <wp:effectExtent l="0" t="0" r="0" b="0"/>
          <wp:wrapSquare wrapText="bothSides"/>
          <wp:docPr id="2126559863" name="drawing" title="A blue and white logo with white tex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26559863" name="Picture 2126559863"/>
                  <pic:cNvPicPr/>
                </pic:nvPicPr>
                <pic:blipFill>
                  <a:blip xmlns:r="http://schemas.openxmlformats.org/officeDocument/2006/relationships" r:embed="rId996897587">
                    <a:extLst>
                      <a:ext uri="{28A0092B-C50C-407E-A947-70E740481C1C}">
                        <a14:useLocalDpi xmlns:a14="http://schemas.microsoft.com/office/drawing/2010/main"/>
                      </a:ext>
                    </a:extLst>
                  </a:blip>
                  <a:stretch>
                    <a:fillRect/>
                  </a:stretch>
                </pic:blipFill>
                <pic:spPr>
                  <a:xfrm>
                    <a:off x="0" y="0"/>
                    <a:ext cx="781050" cy="1181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47ed960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0">
    <w:abstractNumId w:val="9"/>
  </w:num>
  <w:num w:numId="1" w16cid:durableId="487404242">
    <w:abstractNumId w:val="8"/>
  </w:num>
  <w:num w:numId="2" w16cid:durableId="1825928694">
    <w:abstractNumId w:val="6"/>
  </w:num>
  <w:num w:numId="3" w16cid:durableId="948466331">
    <w:abstractNumId w:val="5"/>
  </w:num>
  <w:num w:numId="4" w16cid:durableId="1232810562">
    <w:abstractNumId w:val="4"/>
  </w:num>
  <w:num w:numId="5" w16cid:durableId="1700738957">
    <w:abstractNumId w:val="7"/>
  </w:num>
  <w:num w:numId="6" w16cid:durableId="1724526891">
    <w:abstractNumId w:val="3"/>
  </w:num>
  <w:num w:numId="7" w16cid:durableId="798037500">
    <w:abstractNumId w:val="2"/>
  </w:num>
  <w:num w:numId="8" w16cid:durableId="2081520926">
    <w:abstractNumId w:val="1"/>
  </w:num>
  <w:num w:numId="9" w16cid:durableId="164045508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000"/>
    <w:rsid w:val="00034616"/>
    <w:rsid w:val="0006063C"/>
    <w:rsid w:val="000938D0"/>
    <w:rsid w:val="0015074B"/>
    <w:rsid w:val="001B15B6"/>
    <w:rsid w:val="0029639D"/>
    <w:rsid w:val="00326F90"/>
    <w:rsid w:val="00376A3D"/>
    <w:rsid w:val="00690725"/>
    <w:rsid w:val="006C4ECC"/>
    <w:rsid w:val="006F4EB4"/>
    <w:rsid w:val="00802FE1"/>
    <w:rsid w:val="00A80FCA"/>
    <w:rsid w:val="00AA1D8D"/>
    <w:rsid w:val="00B47730"/>
    <w:rsid w:val="00CA1019"/>
    <w:rsid w:val="00CB0664"/>
    <w:rsid w:val="00E15F71"/>
    <w:rsid w:val="00E57AEA"/>
    <w:rsid w:val="00F079CC"/>
    <w:rsid w:val="00FC0F98"/>
    <w:rsid w:val="00FC693F"/>
    <w:rsid w:val="06AC298A"/>
    <w:rsid w:val="0B1ECF99"/>
    <w:rsid w:val="16B3E719"/>
    <w:rsid w:val="17F391C4"/>
    <w:rsid w:val="1EB960D5"/>
    <w:rsid w:val="450F5771"/>
    <w:rsid w:val="475704D4"/>
    <w:rsid w:val="483E86E8"/>
    <w:rsid w:val="64EFEC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5A3CF4AF-66EE-403A-8051-EEB3FF043C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footer" Target="footer.xml" Id="R8cb85351ba564daf" /></Relationships>
</file>

<file path=word/_rels/header1.xml.rels>&#65279;<?xml version="1.0" encoding="utf-8"?><Relationships xmlns="http://schemas.openxmlformats.org/package/2006/relationships"><Relationship Type="http://schemas.openxmlformats.org/officeDocument/2006/relationships/image" Target="/media/image.png" Id="rId1170540890" /><Relationship Type="http://schemas.openxmlformats.org/officeDocument/2006/relationships/image" Target="/media/image2.png" Id="rId99689758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1" ma:contentTypeDescription="Creați un document nou." ma:contentTypeScope="" ma:versionID="0cca247d9f74a02692e19f7d20b2441d">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e4820ee00f709c073d5e73e9de0da04f"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chete imagine"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0269234-c1f9-4e7f-ac47-ceb0f2388b1e}"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2D80C9F-35D9-45AB-B09B-E126B6E992E8}"/>
</file>

<file path=customXml/itemProps3.xml><?xml version="1.0" encoding="utf-8"?>
<ds:datastoreItem xmlns:ds="http://schemas.openxmlformats.org/officeDocument/2006/customXml" ds:itemID="{70E0F030-9BA7-4BEF-A893-8CE95CA88986}"/>
</file>

<file path=customXml/itemProps4.xml><?xml version="1.0" encoding="utf-8"?>
<ds:datastoreItem xmlns:ds="http://schemas.openxmlformats.org/officeDocument/2006/customXml" ds:itemID="{5D12B1C2-6D05-4CE7-A026-B812173EEE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Iulia Furculita</cp:lastModifiedBy>
  <cp:revision>15</cp:revision>
  <dcterms:created xsi:type="dcterms:W3CDTF">2013-12-23T23:15:00Z</dcterms:created>
  <dcterms:modified xsi:type="dcterms:W3CDTF">2026-05-20T12:21:50Z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ies>
</file>