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E1B86" w14:textId="5BA20A53" w:rsidR="0018332B" w:rsidRPr="00A8478D" w:rsidRDefault="75C5D126" w:rsidP="136E4DCB">
      <w:pPr>
        <w:rPr>
          <w:rFonts w:ascii="Aptos" w:hAnsi="Aptos"/>
          <w:b/>
          <w:bCs/>
          <w:color w:val="2F5496"/>
          <w:sz w:val="40"/>
          <w:szCs w:val="40"/>
          <w:lang w:val="ro-RO"/>
        </w:rPr>
      </w:pPr>
      <w:r>
        <w:rPr>
          <w:noProof/>
        </w:rPr>
        <w:drawing>
          <wp:inline distT="0" distB="0" distL="0" distR="0" wp14:anchorId="748B6EA5" wp14:editId="758C3920">
            <wp:extent cx="1051560" cy="1066800"/>
            <wp:effectExtent l="0" t="0" r="0" b="0"/>
            <wp:docPr id="2" name="Picture 1" descr="A blue and white flag with white stars  AI-generated content may be incorrect.">
              <a:extLst xmlns:a="http://schemas.openxmlformats.org/drawingml/2006/main">
                <a:ext uri="{FF2B5EF4-FFF2-40B4-BE49-F238E27FC236}">
                  <a16:creationId xmlns:a16="http://schemas.microsoft.com/office/drawing/2014/main" id="{761BA4DA-81E6-4ABC-97E1-C738FA84FD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flag with white stars  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1560" cy="1066800"/>
                    </a:xfrm>
                    <a:prstGeom prst="rect">
                      <a:avLst/>
                    </a:prstGeom>
                    <a:noFill/>
                    <a:ln>
                      <a:noFill/>
                    </a:ln>
                  </pic:spPr>
                </pic:pic>
              </a:graphicData>
            </a:graphic>
          </wp:inline>
        </w:drawing>
      </w:r>
      <w:r w:rsidRPr="136E4DCB">
        <w:rPr>
          <w:rFonts w:ascii="Aptos" w:hAnsi="Aptos"/>
          <w:b/>
          <w:bCs/>
          <w:color w:val="2F5496"/>
          <w:sz w:val="40"/>
          <w:szCs w:val="40"/>
          <w:lang w:val="ro-RO"/>
        </w:rPr>
        <w:t xml:space="preserve">                            </w:t>
      </w:r>
      <w:r w:rsidRPr="136E4DCB">
        <w:rPr>
          <w:rFonts w:ascii="Aptos" w:hAnsi="Aptos"/>
          <w:lang w:val="ro-RO"/>
        </w:rPr>
        <w:t xml:space="preserve">                                                             </w:t>
      </w:r>
      <w:r w:rsidRPr="136E4DCB">
        <w:rPr>
          <w:rFonts w:ascii="Aptos" w:hAnsi="Aptos"/>
          <w:b/>
          <w:bCs/>
          <w:color w:val="2F5496"/>
          <w:sz w:val="40"/>
          <w:szCs w:val="40"/>
          <w:lang w:val="ro-RO"/>
        </w:rPr>
        <w:t xml:space="preserve">                      </w:t>
      </w:r>
      <w:r>
        <w:rPr>
          <w:noProof/>
        </w:rPr>
        <w:drawing>
          <wp:inline distT="0" distB="0" distL="0" distR="0" wp14:anchorId="68331324" wp14:editId="0A6DCAA6">
            <wp:extent cx="822960" cy="1257300"/>
            <wp:effectExtent l="0" t="0" r="0" b="0"/>
            <wp:docPr id="1364260600" name="Picture 2" descr="A blue and white logo with white text  AI-generated content may be incorrect.">
              <a:extLst xmlns:a="http://schemas.openxmlformats.org/drawingml/2006/main">
                <a:ext uri="{FF2B5EF4-FFF2-40B4-BE49-F238E27FC236}">
                  <a16:creationId xmlns:a16="http://schemas.microsoft.com/office/drawing/2014/main" id="{F1C70287-B7F4-4201-ADFE-4D03D0F645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ue and white logo with white text  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 cy="1257300"/>
                    </a:xfrm>
                    <a:prstGeom prst="rect">
                      <a:avLst/>
                    </a:prstGeom>
                    <a:noFill/>
                    <a:ln>
                      <a:noFill/>
                    </a:ln>
                  </pic:spPr>
                </pic:pic>
              </a:graphicData>
            </a:graphic>
          </wp:inline>
        </w:drawing>
      </w:r>
    </w:p>
    <w:p w14:paraId="16CCFC8C" w14:textId="62022AEA" w:rsidR="0018332B" w:rsidRPr="009E0B60" w:rsidRDefault="291997DE" w:rsidP="136E4DCB">
      <w:pPr>
        <w:rPr>
          <w:rFonts w:cs="Calibri"/>
          <w:b/>
          <w:bCs/>
          <w:sz w:val="28"/>
          <w:szCs w:val="28"/>
          <w:lang w:val="ro-RO"/>
        </w:rPr>
      </w:pPr>
      <w:r w:rsidRPr="136E4DCB">
        <w:rPr>
          <w:rFonts w:cs="Calibri"/>
          <w:b/>
          <w:bCs/>
          <w:sz w:val="28"/>
          <w:szCs w:val="28"/>
          <w:lang w:val="ro-RO"/>
        </w:rPr>
        <w:t>Anexa 1</w:t>
      </w:r>
    </w:p>
    <w:p w14:paraId="1A107D86" w14:textId="12E92D7E" w:rsidR="006D3958" w:rsidRPr="0044448F" w:rsidRDefault="5CBD20D0" w:rsidP="136E4DCB">
      <w:pPr>
        <w:jc w:val="center"/>
        <w:rPr>
          <w:rFonts w:cs="Calibri"/>
          <w:b/>
          <w:bCs/>
          <w:sz w:val="28"/>
          <w:szCs w:val="28"/>
          <w:lang w:val="ro-RO"/>
        </w:rPr>
      </w:pPr>
      <w:r w:rsidRPr="136E4DCB">
        <w:rPr>
          <w:rFonts w:cs="Calibri"/>
          <w:b/>
          <w:bCs/>
          <w:sz w:val="28"/>
          <w:szCs w:val="28"/>
          <w:lang w:val="ro-RO"/>
        </w:rPr>
        <w:t>FORMULAR DE APLICARE</w:t>
      </w:r>
    </w:p>
    <w:p w14:paraId="26A4BA93" w14:textId="77777777" w:rsidR="00C92823" w:rsidRPr="00C92823" w:rsidRDefault="5FFA1A2C" w:rsidP="136E4DCB">
      <w:pPr>
        <w:spacing w:after="120" w:line="240" w:lineRule="auto"/>
        <w:jc w:val="center"/>
        <w:rPr>
          <w:rFonts w:eastAsia="Calibri" w:cs="Calibri"/>
          <w:b/>
          <w:bCs/>
          <w:color w:val="003399"/>
          <w:sz w:val="36"/>
          <w:szCs w:val="36"/>
          <w:lang w:val="ro-RO"/>
        </w:rPr>
      </w:pPr>
      <w:r w:rsidRPr="136E4DCB">
        <w:rPr>
          <w:rFonts w:eastAsia="Calibri" w:cs="Calibri"/>
          <w:b/>
          <w:bCs/>
          <w:color w:val="003399"/>
          <w:sz w:val="36"/>
          <w:szCs w:val="36"/>
          <w:lang w:val="ro-RO"/>
        </w:rPr>
        <w:t>Programul de Granturi pentru Promovarea Înregistrării Fermierilor</w:t>
      </w:r>
    </w:p>
    <w:p w14:paraId="6A614C23" w14:textId="77777777" w:rsidR="00293C5C" w:rsidRPr="0044448F" w:rsidRDefault="00293C5C" w:rsidP="136E4DCB">
      <w:pPr>
        <w:spacing w:after="360"/>
        <w:jc w:val="center"/>
        <w:rPr>
          <w:rFonts w:cs="Calibri"/>
          <w:b/>
          <w:bCs/>
          <w:color w:val="4F81BD"/>
          <w:sz w:val="24"/>
          <w:szCs w:val="24"/>
          <w:lang w:val="ro-RO"/>
        </w:rPr>
      </w:pPr>
    </w:p>
    <w:p w14:paraId="3979621E" w14:textId="77777777" w:rsidR="006D3958" w:rsidRPr="0044448F" w:rsidRDefault="5CBD20D0" w:rsidP="136E4DCB">
      <w:pPr>
        <w:pBdr>
          <w:bottom w:val="single" w:sz="6" w:space="1" w:color="4F81BD"/>
        </w:pBdr>
        <w:spacing w:before="480" w:after="240"/>
        <w:rPr>
          <w:rFonts w:eastAsia="Calibri" w:cs="Calibri"/>
          <w:b/>
          <w:bCs/>
          <w:color w:val="003399"/>
          <w:sz w:val="24"/>
          <w:szCs w:val="24"/>
          <w:lang w:val="ro-RO"/>
        </w:rPr>
      </w:pPr>
      <w:r w:rsidRPr="136E4DCB">
        <w:rPr>
          <w:rFonts w:eastAsia="Calibri" w:cs="Calibri"/>
          <w:b/>
          <w:bCs/>
          <w:color w:val="003399"/>
          <w:sz w:val="24"/>
          <w:szCs w:val="24"/>
          <w:lang w:val="ro-RO"/>
        </w:rPr>
        <w:t>SECȚIUNEA 1: INFORMAȚII GENERALE</w:t>
      </w:r>
    </w:p>
    <w:p w14:paraId="00B5F570" w14:textId="77777777" w:rsidR="006D3958" w:rsidRPr="0044448F" w:rsidRDefault="5CBD20D0" w:rsidP="136E4DCB">
      <w:pPr>
        <w:spacing w:before="240" w:after="120"/>
        <w:rPr>
          <w:rFonts w:cs="Calibri"/>
          <w:lang w:val="ro-RO"/>
        </w:rPr>
      </w:pPr>
      <w:r w:rsidRPr="136E4DCB">
        <w:rPr>
          <w:rFonts w:cs="Calibri"/>
          <w:b/>
          <w:bCs/>
          <w:sz w:val="24"/>
          <w:szCs w:val="24"/>
          <w:lang w:val="ro-RO"/>
        </w:rPr>
        <w:t>1.1. Detalii despre Organizația Aplicantă</w:t>
      </w:r>
    </w:p>
    <w:tbl>
      <w:tblPr>
        <w:tblStyle w:val="TableGrid"/>
        <w:tblW w:w="0" w:type="auto"/>
        <w:tblLayout w:type="fixed"/>
        <w:tblLook w:val="04A0" w:firstRow="1" w:lastRow="0" w:firstColumn="1" w:lastColumn="0" w:noHBand="0" w:noVBand="1"/>
      </w:tblPr>
      <w:tblGrid>
        <w:gridCol w:w="5040"/>
        <w:gridCol w:w="5040"/>
      </w:tblGrid>
      <w:tr w:rsidR="006D3958" w:rsidRPr="0044448F" w14:paraId="63E0F40E" w14:textId="77777777" w:rsidTr="136E4DCB">
        <w:tc>
          <w:tcPr>
            <w:tcW w:w="5040" w:type="dxa"/>
          </w:tcPr>
          <w:p w14:paraId="5F9589AD" w14:textId="07F06424" w:rsidR="006D3958" w:rsidRPr="0044448F" w:rsidRDefault="5CBD20D0" w:rsidP="136E4DCB">
            <w:pPr>
              <w:rPr>
                <w:rFonts w:cs="Calibri"/>
                <w:lang w:val="ro-RO"/>
              </w:rPr>
            </w:pPr>
            <w:r w:rsidRPr="136E4DCB">
              <w:rPr>
                <w:rFonts w:cs="Calibri"/>
                <w:lang w:val="ro-RO"/>
              </w:rPr>
              <w:t xml:space="preserve">Denumirea </w:t>
            </w:r>
            <w:r w:rsidR="7A135AF5" w:rsidRPr="136E4DCB">
              <w:rPr>
                <w:rFonts w:cs="Calibri"/>
                <w:lang w:val="ro-RO"/>
              </w:rPr>
              <w:t>c</w:t>
            </w:r>
            <w:r w:rsidRPr="136E4DCB">
              <w:rPr>
                <w:rFonts w:cs="Calibri"/>
                <w:lang w:val="ro-RO"/>
              </w:rPr>
              <w:t xml:space="preserve">ompletă a </w:t>
            </w:r>
            <w:r w:rsidR="7A135AF5" w:rsidRPr="136E4DCB">
              <w:rPr>
                <w:rFonts w:cs="Calibri"/>
                <w:lang w:val="ro-RO"/>
              </w:rPr>
              <w:t>o</w:t>
            </w:r>
            <w:r w:rsidRPr="136E4DCB">
              <w:rPr>
                <w:rFonts w:cs="Calibri"/>
                <w:lang w:val="ro-RO"/>
              </w:rPr>
              <w:t>rganizației</w:t>
            </w:r>
          </w:p>
        </w:tc>
        <w:tc>
          <w:tcPr>
            <w:tcW w:w="5040" w:type="dxa"/>
          </w:tcPr>
          <w:p w14:paraId="06CF9056" w14:textId="77777777" w:rsidR="006D3958" w:rsidRPr="0044448F" w:rsidRDefault="006D3958" w:rsidP="136E4DCB">
            <w:pPr>
              <w:rPr>
                <w:rFonts w:cs="Calibri"/>
                <w:lang w:val="ro-RO"/>
              </w:rPr>
            </w:pPr>
          </w:p>
        </w:tc>
      </w:tr>
      <w:tr w:rsidR="006D3958" w:rsidRPr="0044448F" w14:paraId="1289414A" w14:textId="77777777" w:rsidTr="136E4DCB">
        <w:tc>
          <w:tcPr>
            <w:tcW w:w="5040" w:type="dxa"/>
          </w:tcPr>
          <w:p w14:paraId="47FF9B7F" w14:textId="77777777" w:rsidR="006D3958" w:rsidRPr="0044448F" w:rsidRDefault="5CBD20D0" w:rsidP="136E4DCB">
            <w:pPr>
              <w:rPr>
                <w:rFonts w:cs="Calibri"/>
                <w:lang w:val="ro-RO"/>
              </w:rPr>
            </w:pPr>
            <w:r w:rsidRPr="136E4DCB">
              <w:rPr>
                <w:rFonts w:cs="Calibri"/>
                <w:lang w:val="ro-RO"/>
              </w:rPr>
              <w:t>Codul Fiscal (IDNO)</w:t>
            </w:r>
          </w:p>
        </w:tc>
        <w:tc>
          <w:tcPr>
            <w:tcW w:w="5040" w:type="dxa"/>
          </w:tcPr>
          <w:p w14:paraId="33FD2BE2" w14:textId="77777777" w:rsidR="006D3958" w:rsidRPr="0044448F" w:rsidRDefault="006D3958" w:rsidP="136E4DCB">
            <w:pPr>
              <w:rPr>
                <w:rFonts w:cs="Calibri"/>
                <w:lang w:val="ro-RO"/>
              </w:rPr>
            </w:pPr>
          </w:p>
        </w:tc>
      </w:tr>
      <w:tr w:rsidR="006D3958" w:rsidRPr="0044448F" w14:paraId="3A44ABB5" w14:textId="77777777" w:rsidTr="136E4DCB">
        <w:tc>
          <w:tcPr>
            <w:tcW w:w="5040" w:type="dxa"/>
          </w:tcPr>
          <w:p w14:paraId="369A7299" w14:textId="5EC1EABA" w:rsidR="006D3958" w:rsidRPr="0044448F" w:rsidRDefault="5CBD20D0" w:rsidP="136E4DCB">
            <w:pPr>
              <w:rPr>
                <w:rFonts w:cs="Calibri"/>
                <w:lang w:val="ro-RO"/>
              </w:rPr>
            </w:pPr>
            <w:r w:rsidRPr="136E4DCB">
              <w:rPr>
                <w:rFonts w:cs="Calibri"/>
                <w:lang w:val="ro-RO"/>
              </w:rPr>
              <w:t xml:space="preserve">Anul </w:t>
            </w:r>
            <w:r w:rsidR="7A135AF5" w:rsidRPr="136E4DCB">
              <w:rPr>
                <w:rFonts w:cs="Calibri"/>
                <w:lang w:val="ro-RO"/>
              </w:rPr>
              <w:t>î</w:t>
            </w:r>
            <w:r w:rsidRPr="136E4DCB">
              <w:rPr>
                <w:rFonts w:cs="Calibri"/>
                <w:lang w:val="ro-RO"/>
              </w:rPr>
              <w:t>nregistrării</w:t>
            </w:r>
          </w:p>
        </w:tc>
        <w:tc>
          <w:tcPr>
            <w:tcW w:w="5040" w:type="dxa"/>
          </w:tcPr>
          <w:p w14:paraId="5E2B32B1" w14:textId="77777777" w:rsidR="006D3958" w:rsidRPr="0044448F" w:rsidRDefault="006D3958" w:rsidP="136E4DCB">
            <w:pPr>
              <w:rPr>
                <w:rFonts w:cs="Calibri"/>
                <w:lang w:val="ro-RO"/>
              </w:rPr>
            </w:pPr>
          </w:p>
        </w:tc>
      </w:tr>
      <w:tr w:rsidR="006D3958" w:rsidRPr="00DF0862" w14:paraId="56A86937" w14:textId="77777777" w:rsidTr="136E4DCB">
        <w:tc>
          <w:tcPr>
            <w:tcW w:w="5040" w:type="dxa"/>
          </w:tcPr>
          <w:p w14:paraId="777C1ECF" w14:textId="77777777" w:rsidR="006D3958" w:rsidRPr="0044448F" w:rsidRDefault="5CBD20D0" w:rsidP="136E4DCB">
            <w:pPr>
              <w:rPr>
                <w:rFonts w:cs="Calibri"/>
                <w:lang w:val="ro-RO"/>
              </w:rPr>
            </w:pPr>
            <w:r w:rsidRPr="136E4DCB">
              <w:rPr>
                <w:rFonts w:cs="Calibri"/>
                <w:lang w:val="ro-RO"/>
              </w:rPr>
              <w:t>Statut Juridic</w:t>
            </w:r>
          </w:p>
        </w:tc>
        <w:tc>
          <w:tcPr>
            <w:tcW w:w="5040" w:type="dxa"/>
          </w:tcPr>
          <w:p w14:paraId="5015BB0E" w14:textId="38EE6595" w:rsidR="006D3958" w:rsidRPr="0044448F" w:rsidRDefault="5ED65093" w:rsidP="136E4DCB">
            <w:pPr>
              <w:rPr>
                <w:rFonts w:cs="Calibri"/>
                <w:lang w:val="ro-RO"/>
              </w:rPr>
            </w:pPr>
            <w:r w:rsidRPr="136E4DCB">
              <w:rPr>
                <w:rFonts w:ascii="Segoe UI Symbol" w:hAnsi="Segoe UI Symbol" w:cs="Segoe UI Symbol"/>
                <w:lang w:val="ro-RO"/>
              </w:rPr>
              <w:t>☐</w:t>
            </w:r>
            <w:r w:rsidRPr="136E4DCB">
              <w:rPr>
                <w:rFonts w:cs="Calibri"/>
                <w:lang w:val="ro-RO"/>
              </w:rPr>
              <w:t xml:space="preserve"> Asociație de Fermieri</w:t>
            </w:r>
            <w:r w:rsidRPr="00703FD4">
              <w:rPr>
                <w:lang w:val="it-IT"/>
              </w:rPr>
              <w:br/>
            </w:r>
            <w:r w:rsidRPr="136E4DCB">
              <w:rPr>
                <w:rFonts w:ascii="Segoe UI Symbol" w:hAnsi="Segoe UI Symbol" w:cs="Segoe UI Symbol"/>
                <w:lang w:val="ro-RO"/>
              </w:rPr>
              <w:t>☐</w:t>
            </w:r>
            <w:r w:rsidRPr="136E4DCB">
              <w:rPr>
                <w:rFonts w:cs="Calibri"/>
                <w:lang w:val="ro-RO"/>
              </w:rPr>
              <w:t xml:space="preserve"> Cameră Agricolă</w:t>
            </w:r>
            <w:r w:rsidRPr="00703FD4">
              <w:rPr>
                <w:lang w:val="it-IT"/>
              </w:rPr>
              <w:br/>
            </w:r>
            <w:r w:rsidRPr="136E4DCB">
              <w:rPr>
                <w:rFonts w:ascii="Segoe UI Symbol" w:hAnsi="Segoe UI Symbol" w:cs="Segoe UI Symbol"/>
                <w:lang w:val="ro-RO"/>
              </w:rPr>
              <w:t>☐</w:t>
            </w:r>
            <w:r w:rsidRPr="136E4DCB">
              <w:rPr>
                <w:rFonts w:cs="Calibri"/>
                <w:lang w:val="ro-RO"/>
              </w:rPr>
              <w:t xml:space="preserve"> Grup de Acțiune Locală (GAL)</w:t>
            </w:r>
            <w:r w:rsidRPr="00703FD4">
              <w:rPr>
                <w:lang w:val="it-IT"/>
              </w:rPr>
              <w:br/>
            </w:r>
            <w:r w:rsidRPr="136E4DCB">
              <w:rPr>
                <w:rFonts w:ascii="Segoe UI Symbol" w:hAnsi="Segoe UI Symbol" w:cs="Segoe UI Symbol"/>
                <w:lang w:val="ro-RO"/>
              </w:rPr>
              <w:t>☐</w:t>
            </w:r>
            <w:r w:rsidRPr="136E4DCB">
              <w:rPr>
                <w:rFonts w:cs="Calibri"/>
                <w:lang w:val="ro-RO"/>
              </w:rPr>
              <w:t xml:space="preserve"> Altă organizație non-profit (vă rugăm specificați):</w:t>
            </w:r>
          </w:p>
          <w:p w14:paraId="6FB6E627" w14:textId="56FB70DA" w:rsidR="006D3958" w:rsidRPr="0044448F" w:rsidRDefault="006D3958" w:rsidP="136E4DCB">
            <w:pPr>
              <w:rPr>
                <w:rFonts w:cs="Calibri"/>
                <w:lang w:val="ro-RO"/>
              </w:rPr>
            </w:pPr>
          </w:p>
        </w:tc>
      </w:tr>
      <w:tr w:rsidR="006D3958" w:rsidRPr="0044448F" w14:paraId="5758C50D" w14:textId="77777777" w:rsidTr="136E4DCB">
        <w:tc>
          <w:tcPr>
            <w:tcW w:w="5040" w:type="dxa"/>
          </w:tcPr>
          <w:p w14:paraId="15D95759" w14:textId="766749E7" w:rsidR="006D3958" w:rsidRPr="0044448F" w:rsidRDefault="5CBD20D0" w:rsidP="136E4DCB">
            <w:pPr>
              <w:rPr>
                <w:rFonts w:cs="Calibri"/>
                <w:lang w:val="ro-RO"/>
              </w:rPr>
            </w:pPr>
            <w:r w:rsidRPr="136E4DCB">
              <w:rPr>
                <w:rFonts w:cs="Calibri"/>
                <w:lang w:val="ro-RO"/>
              </w:rPr>
              <w:t xml:space="preserve">Adresa </w:t>
            </w:r>
            <w:r w:rsidR="7A135AF5" w:rsidRPr="136E4DCB">
              <w:rPr>
                <w:rFonts w:cs="Calibri"/>
                <w:lang w:val="ro-RO"/>
              </w:rPr>
              <w:t>j</w:t>
            </w:r>
            <w:r w:rsidRPr="136E4DCB">
              <w:rPr>
                <w:rFonts w:cs="Calibri"/>
                <w:lang w:val="ro-RO"/>
              </w:rPr>
              <w:t xml:space="preserve">uridică </w:t>
            </w:r>
            <w:r w:rsidR="7A135AF5" w:rsidRPr="136E4DCB">
              <w:rPr>
                <w:rFonts w:cs="Calibri"/>
                <w:lang w:val="ro-RO"/>
              </w:rPr>
              <w:t>c</w:t>
            </w:r>
            <w:r w:rsidRPr="136E4DCB">
              <w:rPr>
                <w:rFonts w:cs="Calibri"/>
                <w:lang w:val="ro-RO"/>
              </w:rPr>
              <w:t>ompletă</w:t>
            </w:r>
          </w:p>
        </w:tc>
        <w:tc>
          <w:tcPr>
            <w:tcW w:w="5040" w:type="dxa"/>
          </w:tcPr>
          <w:p w14:paraId="4DF8A82E" w14:textId="77777777" w:rsidR="006D3958" w:rsidRPr="0044448F" w:rsidRDefault="006D3958" w:rsidP="136E4DCB">
            <w:pPr>
              <w:rPr>
                <w:rFonts w:cs="Calibri"/>
                <w:lang w:val="ro-RO"/>
              </w:rPr>
            </w:pPr>
          </w:p>
        </w:tc>
      </w:tr>
      <w:tr w:rsidR="006D3958" w:rsidRPr="0044448F" w14:paraId="6648004C" w14:textId="77777777" w:rsidTr="136E4DCB">
        <w:tc>
          <w:tcPr>
            <w:tcW w:w="5040" w:type="dxa"/>
          </w:tcPr>
          <w:p w14:paraId="038C637C" w14:textId="39DB0483" w:rsidR="006D3958" w:rsidRPr="0044448F" w:rsidRDefault="5CBD20D0" w:rsidP="136E4DCB">
            <w:pPr>
              <w:rPr>
                <w:rFonts w:cs="Calibri"/>
                <w:lang w:val="ro-RO"/>
              </w:rPr>
            </w:pPr>
            <w:r w:rsidRPr="136E4DCB">
              <w:rPr>
                <w:rFonts w:cs="Calibri"/>
                <w:lang w:val="ro-RO"/>
              </w:rPr>
              <w:t xml:space="preserve">E-mail de </w:t>
            </w:r>
            <w:r w:rsidR="7A135AF5" w:rsidRPr="136E4DCB">
              <w:rPr>
                <w:rFonts w:cs="Calibri"/>
                <w:lang w:val="ro-RO"/>
              </w:rPr>
              <w:t>c</w:t>
            </w:r>
            <w:r w:rsidRPr="136E4DCB">
              <w:rPr>
                <w:rFonts w:cs="Calibri"/>
                <w:lang w:val="ro-RO"/>
              </w:rPr>
              <w:t>ontact</w:t>
            </w:r>
          </w:p>
        </w:tc>
        <w:tc>
          <w:tcPr>
            <w:tcW w:w="5040" w:type="dxa"/>
          </w:tcPr>
          <w:p w14:paraId="3BD144C5" w14:textId="77777777" w:rsidR="006D3958" w:rsidRPr="0044448F" w:rsidRDefault="006D3958" w:rsidP="136E4DCB">
            <w:pPr>
              <w:rPr>
                <w:rFonts w:cs="Calibri"/>
                <w:lang w:val="ro-RO"/>
              </w:rPr>
            </w:pPr>
          </w:p>
        </w:tc>
      </w:tr>
      <w:tr w:rsidR="006D3958" w:rsidRPr="0044448F" w14:paraId="3A72F914" w14:textId="77777777" w:rsidTr="136E4DCB">
        <w:tc>
          <w:tcPr>
            <w:tcW w:w="5040" w:type="dxa"/>
          </w:tcPr>
          <w:p w14:paraId="73404F6E" w14:textId="6DC552C1" w:rsidR="006D3958" w:rsidRPr="0044448F" w:rsidRDefault="5CBD20D0" w:rsidP="136E4DCB">
            <w:pPr>
              <w:rPr>
                <w:rFonts w:cs="Calibri"/>
                <w:lang w:val="ro-RO"/>
              </w:rPr>
            </w:pPr>
            <w:r w:rsidRPr="136E4DCB">
              <w:rPr>
                <w:rFonts w:cs="Calibri"/>
                <w:lang w:val="ro-RO"/>
              </w:rPr>
              <w:t xml:space="preserve">Număr </w:t>
            </w:r>
            <w:r w:rsidR="7A135AF5" w:rsidRPr="136E4DCB">
              <w:rPr>
                <w:rFonts w:cs="Calibri"/>
                <w:lang w:val="ro-RO"/>
              </w:rPr>
              <w:t>t</w:t>
            </w:r>
            <w:r w:rsidRPr="136E4DCB">
              <w:rPr>
                <w:rFonts w:cs="Calibri"/>
                <w:lang w:val="ro-RO"/>
              </w:rPr>
              <w:t xml:space="preserve">elefon de </w:t>
            </w:r>
            <w:r w:rsidR="7A135AF5" w:rsidRPr="136E4DCB">
              <w:rPr>
                <w:rFonts w:cs="Calibri"/>
                <w:lang w:val="ro-RO"/>
              </w:rPr>
              <w:t>c</w:t>
            </w:r>
            <w:r w:rsidRPr="136E4DCB">
              <w:rPr>
                <w:rFonts w:cs="Calibri"/>
                <w:lang w:val="ro-RO"/>
              </w:rPr>
              <w:t>ontact</w:t>
            </w:r>
          </w:p>
        </w:tc>
        <w:tc>
          <w:tcPr>
            <w:tcW w:w="5040" w:type="dxa"/>
          </w:tcPr>
          <w:p w14:paraId="0534176A" w14:textId="77777777" w:rsidR="006D3958" w:rsidRPr="0044448F" w:rsidRDefault="006D3958" w:rsidP="136E4DCB">
            <w:pPr>
              <w:rPr>
                <w:rFonts w:cs="Calibri"/>
                <w:lang w:val="ro-RO"/>
              </w:rPr>
            </w:pPr>
          </w:p>
        </w:tc>
      </w:tr>
      <w:tr w:rsidR="006D3958" w:rsidRPr="00F7021B" w14:paraId="1A96A66C" w14:textId="77777777" w:rsidTr="136E4DCB">
        <w:tc>
          <w:tcPr>
            <w:tcW w:w="5040" w:type="dxa"/>
          </w:tcPr>
          <w:p w14:paraId="67CA3740" w14:textId="719EDD0B" w:rsidR="006D3958" w:rsidRPr="0044448F" w:rsidRDefault="7A135AF5" w:rsidP="136E4DCB">
            <w:pPr>
              <w:rPr>
                <w:rFonts w:cs="Calibri"/>
                <w:lang w:val="ro-RO"/>
              </w:rPr>
            </w:pPr>
            <w:r w:rsidRPr="136E4DCB">
              <w:rPr>
                <w:rFonts w:cs="Calibri"/>
                <w:lang w:val="ro-RO"/>
              </w:rPr>
              <w:t>Pagina web</w:t>
            </w:r>
            <w:r w:rsidR="5CBD20D0" w:rsidRPr="136E4DCB">
              <w:rPr>
                <w:rFonts w:cs="Calibri"/>
                <w:lang w:val="ro-RO"/>
              </w:rPr>
              <w:t xml:space="preserve"> / Pagina de </w:t>
            </w:r>
            <w:r w:rsidR="5230810B" w:rsidRPr="136E4DCB">
              <w:rPr>
                <w:rFonts w:cs="Calibri"/>
                <w:lang w:val="ro-RO"/>
              </w:rPr>
              <w:t>s</w:t>
            </w:r>
            <w:r w:rsidR="5CBD20D0" w:rsidRPr="136E4DCB">
              <w:rPr>
                <w:rFonts w:cs="Calibri"/>
                <w:lang w:val="ro-RO"/>
              </w:rPr>
              <w:t>ocializare</w:t>
            </w:r>
          </w:p>
        </w:tc>
        <w:tc>
          <w:tcPr>
            <w:tcW w:w="5040" w:type="dxa"/>
          </w:tcPr>
          <w:p w14:paraId="53B67AED" w14:textId="77777777" w:rsidR="006D3958" w:rsidRPr="0044448F" w:rsidRDefault="006D3958" w:rsidP="136E4DCB">
            <w:pPr>
              <w:rPr>
                <w:rFonts w:cs="Calibri"/>
                <w:lang w:val="ro-RO"/>
              </w:rPr>
            </w:pPr>
          </w:p>
        </w:tc>
      </w:tr>
    </w:tbl>
    <w:p w14:paraId="207B4C49" w14:textId="77777777" w:rsidR="006D3958" w:rsidRPr="0044448F" w:rsidRDefault="006D3958" w:rsidP="136E4DCB">
      <w:pPr>
        <w:rPr>
          <w:rFonts w:cs="Calibri"/>
          <w:lang w:val="ro-RO"/>
        </w:rPr>
      </w:pPr>
    </w:p>
    <w:p w14:paraId="352A5833" w14:textId="446AF722" w:rsidR="006D3958" w:rsidRPr="0044448F" w:rsidRDefault="5CBD20D0" w:rsidP="136E4DCB">
      <w:pPr>
        <w:spacing w:before="240" w:after="120"/>
        <w:rPr>
          <w:rFonts w:cs="Calibri"/>
          <w:lang w:val="ro-RO"/>
        </w:rPr>
      </w:pPr>
      <w:r w:rsidRPr="136E4DCB">
        <w:rPr>
          <w:rFonts w:cs="Calibri"/>
          <w:b/>
          <w:bCs/>
          <w:sz w:val="24"/>
          <w:szCs w:val="24"/>
          <w:lang w:val="ro-RO"/>
        </w:rPr>
        <w:t xml:space="preserve">1.2. Reprezentantul </w:t>
      </w:r>
      <w:r w:rsidR="5230810B" w:rsidRPr="136E4DCB">
        <w:rPr>
          <w:rFonts w:cs="Calibri"/>
          <w:b/>
          <w:bCs/>
          <w:sz w:val="24"/>
          <w:szCs w:val="24"/>
          <w:lang w:val="ro-RO"/>
        </w:rPr>
        <w:t>l</w:t>
      </w:r>
      <w:r w:rsidRPr="136E4DCB">
        <w:rPr>
          <w:rFonts w:cs="Calibri"/>
          <w:b/>
          <w:bCs/>
          <w:sz w:val="24"/>
          <w:szCs w:val="24"/>
          <w:lang w:val="ro-RO"/>
        </w:rPr>
        <w:t xml:space="preserve">egal al </w:t>
      </w:r>
      <w:r w:rsidR="5230810B" w:rsidRPr="136E4DCB">
        <w:rPr>
          <w:rFonts w:cs="Calibri"/>
          <w:b/>
          <w:bCs/>
          <w:sz w:val="24"/>
          <w:szCs w:val="24"/>
          <w:lang w:val="ro-RO"/>
        </w:rPr>
        <w:t>o</w:t>
      </w:r>
      <w:r w:rsidRPr="136E4DCB">
        <w:rPr>
          <w:rFonts w:cs="Calibri"/>
          <w:b/>
          <w:bCs/>
          <w:sz w:val="24"/>
          <w:szCs w:val="24"/>
          <w:lang w:val="ro-RO"/>
        </w:rPr>
        <w:t>rganizației</w:t>
      </w:r>
    </w:p>
    <w:tbl>
      <w:tblPr>
        <w:tblStyle w:val="TableGrid"/>
        <w:tblW w:w="0" w:type="auto"/>
        <w:tblLayout w:type="fixed"/>
        <w:tblLook w:val="04A0" w:firstRow="1" w:lastRow="0" w:firstColumn="1" w:lastColumn="0" w:noHBand="0" w:noVBand="1"/>
      </w:tblPr>
      <w:tblGrid>
        <w:gridCol w:w="5040"/>
        <w:gridCol w:w="5040"/>
      </w:tblGrid>
      <w:tr w:rsidR="006D3958" w:rsidRPr="0044448F" w14:paraId="3E75E513" w14:textId="77777777" w:rsidTr="136E4DCB">
        <w:tc>
          <w:tcPr>
            <w:tcW w:w="5040" w:type="dxa"/>
          </w:tcPr>
          <w:p w14:paraId="3486618A" w14:textId="7A93CFDD" w:rsidR="006D3958" w:rsidRPr="0044448F" w:rsidRDefault="5CBD20D0" w:rsidP="136E4DCB">
            <w:pPr>
              <w:rPr>
                <w:rFonts w:cs="Calibri"/>
                <w:lang w:val="ro-RO"/>
              </w:rPr>
            </w:pPr>
            <w:r w:rsidRPr="136E4DCB">
              <w:rPr>
                <w:rFonts w:cs="Calibri"/>
                <w:lang w:val="ro-RO"/>
              </w:rPr>
              <w:t xml:space="preserve">Nume </w:t>
            </w:r>
            <w:r w:rsidR="5230810B" w:rsidRPr="136E4DCB">
              <w:rPr>
                <w:rFonts w:cs="Calibri"/>
                <w:lang w:val="ro-RO"/>
              </w:rPr>
              <w:t>c</w:t>
            </w:r>
            <w:r w:rsidRPr="136E4DCB">
              <w:rPr>
                <w:rFonts w:cs="Calibri"/>
                <w:lang w:val="ro-RO"/>
              </w:rPr>
              <w:t>omplet</w:t>
            </w:r>
          </w:p>
        </w:tc>
        <w:tc>
          <w:tcPr>
            <w:tcW w:w="5040" w:type="dxa"/>
          </w:tcPr>
          <w:p w14:paraId="2258A9C6" w14:textId="77777777" w:rsidR="006D3958" w:rsidRPr="0044448F" w:rsidRDefault="006D3958" w:rsidP="136E4DCB">
            <w:pPr>
              <w:rPr>
                <w:rFonts w:cs="Calibri"/>
                <w:lang w:val="ro-RO"/>
              </w:rPr>
            </w:pPr>
          </w:p>
        </w:tc>
      </w:tr>
      <w:tr w:rsidR="006D3958" w:rsidRPr="0044448F" w14:paraId="6F9BEA09" w14:textId="77777777" w:rsidTr="136E4DCB">
        <w:tc>
          <w:tcPr>
            <w:tcW w:w="5040" w:type="dxa"/>
          </w:tcPr>
          <w:p w14:paraId="4BE1E311" w14:textId="77777777" w:rsidR="006D3958" w:rsidRPr="0044448F" w:rsidRDefault="5CBD20D0" w:rsidP="136E4DCB">
            <w:pPr>
              <w:rPr>
                <w:rFonts w:cs="Calibri"/>
                <w:lang w:val="ro-RO"/>
              </w:rPr>
            </w:pPr>
            <w:r w:rsidRPr="136E4DCB">
              <w:rPr>
                <w:rFonts w:cs="Calibri"/>
                <w:lang w:val="ro-RO"/>
              </w:rPr>
              <w:t>Funcție</w:t>
            </w:r>
          </w:p>
        </w:tc>
        <w:tc>
          <w:tcPr>
            <w:tcW w:w="5040" w:type="dxa"/>
          </w:tcPr>
          <w:p w14:paraId="33D0E2DC" w14:textId="77777777" w:rsidR="006D3958" w:rsidRPr="0044448F" w:rsidRDefault="006D3958" w:rsidP="136E4DCB">
            <w:pPr>
              <w:rPr>
                <w:rFonts w:cs="Calibri"/>
                <w:lang w:val="ro-RO"/>
              </w:rPr>
            </w:pPr>
          </w:p>
        </w:tc>
      </w:tr>
      <w:tr w:rsidR="006D3958" w:rsidRPr="0044448F" w14:paraId="7E49D99D" w14:textId="77777777" w:rsidTr="136E4DCB">
        <w:tc>
          <w:tcPr>
            <w:tcW w:w="5040" w:type="dxa"/>
          </w:tcPr>
          <w:p w14:paraId="4B6E4C7C" w14:textId="77777777" w:rsidR="006D3958" w:rsidRPr="0044448F" w:rsidRDefault="5CBD20D0" w:rsidP="136E4DCB">
            <w:pPr>
              <w:rPr>
                <w:rFonts w:cs="Calibri"/>
                <w:lang w:val="ro-RO"/>
              </w:rPr>
            </w:pPr>
            <w:r w:rsidRPr="136E4DCB">
              <w:rPr>
                <w:rFonts w:cs="Calibri"/>
                <w:lang w:val="ro-RO"/>
              </w:rPr>
              <w:t>E-mail</w:t>
            </w:r>
          </w:p>
        </w:tc>
        <w:tc>
          <w:tcPr>
            <w:tcW w:w="5040" w:type="dxa"/>
          </w:tcPr>
          <w:p w14:paraId="61791C91" w14:textId="77777777" w:rsidR="006D3958" w:rsidRPr="0044448F" w:rsidRDefault="006D3958" w:rsidP="136E4DCB">
            <w:pPr>
              <w:rPr>
                <w:rFonts w:cs="Calibri"/>
                <w:lang w:val="ro-RO"/>
              </w:rPr>
            </w:pPr>
          </w:p>
        </w:tc>
      </w:tr>
      <w:tr w:rsidR="006D3958" w:rsidRPr="0044448F" w14:paraId="19B0F20E" w14:textId="77777777" w:rsidTr="136E4DCB">
        <w:tc>
          <w:tcPr>
            <w:tcW w:w="5040" w:type="dxa"/>
          </w:tcPr>
          <w:p w14:paraId="722E4E4C" w14:textId="74D97049" w:rsidR="006D3958" w:rsidRPr="0044448F" w:rsidRDefault="5CBD20D0" w:rsidP="136E4DCB">
            <w:pPr>
              <w:rPr>
                <w:rFonts w:cs="Calibri"/>
                <w:lang w:val="ro-RO"/>
              </w:rPr>
            </w:pPr>
            <w:r w:rsidRPr="136E4DCB">
              <w:rPr>
                <w:rFonts w:cs="Calibri"/>
                <w:lang w:val="ro-RO"/>
              </w:rPr>
              <w:t xml:space="preserve">Număr de </w:t>
            </w:r>
            <w:r w:rsidR="5230810B" w:rsidRPr="136E4DCB">
              <w:rPr>
                <w:rFonts w:cs="Calibri"/>
                <w:lang w:val="ro-RO"/>
              </w:rPr>
              <w:t>t</w:t>
            </w:r>
            <w:r w:rsidRPr="136E4DCB">
              <w:rPr>
                <w:rFonts w:cs="Calibri"/>
                <w:lang w:val="ro-RO"/>
              </w:rPr>
              <w:t>elefon</w:t>
            </w:r>
          </w:p>
        </w:tc>
        <w:tc>
          <w:tcPr>
            <w:tcW w:w="5040" w:type="dxa"/>
          </w:tcPr>
          <w:p w14:paraId="757EB9F5" w14:textId="77777777" w:rsidR="006D3958" w:rsidRPr="0044448F" w:rsidRDefault="006D3958" w:rsidP="136E4DCB">
            <w:pPr>
              <w:rPr>
                <w:rFonts w:cs="Calibri"/>
                <w:lang w:val="ro-RO"/>
              </w:rPr>
            </w:pPr>
          </w:p>
        </w:tc>
      </w:tr>
    </w:tbl>
    <w:p w14:paraId="3442B4EA" w14:textId="77777777" w:rsidR="006D3958" w:rsidRPr="0044448F" w:rsidRDefault="006D3958" w:rsidP="136E4DCB">
      <w:pPr>
        <w:rPr>
          <w:rFonts w:cs="Calibri"/>
          <w:lang w:val="ro-RO"/>
        </w:rPr>
      </w:pPr>
    </w:p>
    <w:p w14:paraId="7E2346D3" w14:textId="4DFDF9C7" w:rsidR="006D3958" w:rsidRPr="0044448F" w:rsidRDefault="5CBD20D0" w:rsidP="136E4DCB">
      <w:pPr>
        <w:spacing w:before="240" w:after="120"/>
        <w:rPr>
          <w:rFonts w:cs="Calibri"/>
          <w:lang w:val="ro-RO"/>
        </w:rPr>
      </w:pPr>
      <w:r w:rsidRPr="136E4DCB">
        <w:rPr>
          <w:rFonts w:cs="Calibri"/>
          <w:b/>
          <w:bCs/>
          <w:sz w:val="24"/>
          <w:szCs w:val="24"/>
          <w:lang w:val="ro-RO"/>
        </w:rPr>
        <w:t xml:space="preserve">1.3. Persoana de </w:t>
      </w:r>
      <w:r w:rsidR="5230810B" w:rsidRPr="136E4DCB">
        <w:rPr>
          <w:rFonts w:cs="Calibri"/>
          <w:b/>
          <w:bCs/>
          <w:sz w:val="24"/>
          <w:szCs w:val="24"/>
          <w:lang w:val="ro-RO"/>
        </w:rPr>
        <w:t>c</w:t>
      </w:r>
      <w:r w:rsidRPr="136E4DCB">
        <w:rPr>
          <w:rFonts w:cs="Calibri"/>
          <w:b/>
          <w:bCs/>
          <w:sz w:val="24"/>
          <w:szCs w:val="24"/>
          <w:lang w:val="ro-RO"/>
        </w:rPr>
        <w:t xml:space="preserve">ontact pentru </w:t>
      </w:r>
      <w:r w:rsidR="5230810B" w:rsidRPr="136E4DCB">
        <w:rPr>
          <w:rFonts w:cs="Calibri"/>
          <w:b/>
          <w:bCs/>
          <w:sz w:val="24"/>
          <w:szCs w:val="24"/>
          <w:lang w:val="ro-RO"/>
        </w:rPr>
        <w:t>p</w:t>
      </w:r>
      <w:r w:rsidRPr="136E4DCB">
        <w:rPr>
          <w:rFonts w:cs="Calibri"/>
          <w:b/>
          <w:bCs/>
          <w:sz w:val="24"/>
          <w:szCs w:val="24"/>
          <w:lang w:val="ro-RO"/>
        </w:rPr>
        <w:t>roiect</w:t>
      </w:r>
    </w:p>
    <w:tbl>
      <w:tblPr>
        <w:tblStyle w:val="TableGrid"/>
        <w:tblW w:w="0" w:type="auto"/>
        <w:tblLayout w:type="fixed"/>
        <w:tblLook w:val="04A0" w:firstRow="1" w:lastRow="0" w:firstColumn="1" w:lastColumn="0" w:noHBand="0" w:noVBand="1"/>
      </w:tblPr>
      <w:tblGrid>
        <w:gridCol w:w="5040"/>
        <w:gridCol w:w="5040"/>
      </w:tblGrid>
      <w:tr w:rsidR="006D3958" w:rsidRPr="0044448F" w14:paraId="2A6FA804" w14:textId="77777777" w:rsidTr="136E4DCB">
        <w:tc>
          <w:tcPr>
            <w:tcW w:w="5040" w:type="dxa"/>
          </w:tcPr>
          <w:p w14:paraId="2A611A58" w14:textId="5406ABDB" w:rsidR="006D3958" w:rsidRPr="0044448F" w:rsidRDefault="5CBD20D0" w:rsidP="136E4DCB">
            <w:pPr>
              <w:rPr>
                <w:rFonts w:cs="Calibri"/>
                <w:lang w:val="ro-RO"/>
              </w:rPr>
            </w:pPr>
            <w:r w:rsidRPr="136E4DCB">
              <w:rPr>
                <w:rFonts w:cs="Calibri"/>
                <w:lang w:val="ro-RO"/>
              </w:rPr>
              <w:t xml:space="preserve">Nume </w:t>
            </w:r>
            <w:r w:rsidR="5230810B" w:rsidRPr="136E4DCB">
              <w:rPr>
                <w:rFonts w:cs="Calibri"/>
                <w:lang w:val="ro-RO"/>
              </w:rPr>
              <w:t>c</w:t>
            </w:r>
            <w:r w:rsidRPr="136E4DCB">
              <w:rPr>
                <w:rFonts w:cs="Calibri"/>
                <w:lang w:val="ro-RO"/>
              </w:rPr>
              <w:t>omplet</w:t>
            </w:r>
          </w:p>
        </w:tc>
        <w:tc>
          <w:tcPr>
            <w:tcW w:w="5040" w:type="dxa"/>
          </w:tcPr>
          <w:p w14:paraId="6A3C6806" w14:textId="77777777" w:rsidR="006D3958" w:rsidRPr="0044448F" w:rsidRDefault="006D3958" w:rsidP="136E4DCB">
            <w:pPr>
              <w:rPr>
                <w:rFonts w:cs="Calibri"/>
                <w:lang w:val="ro-RO"/>
              </w:rPr>
            </w:pPr>
          </w:p>
        </w:tc>
      </w:tr>
      <w:tr w:rsidR="006D3958" w:rsidRPr="0044448F" w14:paraId="25079248" w14:textId="77777777" w:rsidTr="136E4DCB">
        <w:tc>
          <w:tcPr>
            <w:tcW w:w="5040" w:type="dxa"/>
          </w:tcPr>
          <w:p w14:paraId="188D6245" w14:textId="77777777" w:rsidR="006D3958" w:rsidRPr="0044448F" w:rsidRDefault="5CBD20D0" w:rsidP="136E4DCB">
            <w:pPr>
              <w:rPr>
                <w:rFonts w:cs="Calibri"/>
                <w:lang w:val="ro-RO"/>
              </w:rPr>
            </w:pPr>
            <w:r w:rsidRPr="136E4DCB">
              <w:rPr>
                <w:rFonts w:cs="Calibri"/>
                <w:lang w:val="ro-RO"/>
              </w:rPr>
              <w:t>Funcție</w:t>
            </w:r>
          </w:p>
        </w:tc>
        <w:tc>
          <w:tcPr>
            <w:tcW w:w="5040" w:type="dxa"/>
          </w:tcPr>
          <w:p w14:paraId="02FFA91E" w14:textId="77777777" w:rsidR="006D3958" w:rsidRPr="0044448F" w:rsidRDefault="006D3958" w:rsidP="136E4DCB">
            <w:pPr>
              <w:rPr>
                <w:rFonts w:cs="Calibri"/>
                <w:lang w:val="ro-RO"/>
              </w:rPr>
            </w:pPr>
          </w:p>
        </w:tc>
      </w:tr>
      <w:tr w:rsidR="006D3958" w:rsidRPr="0044448F" w14:paraId="64E35AFB" w14:textId="77777777" w:rsidTr="136E4DCB">
        <w:tc>
          <w:tcPr>
            <w:tcW w:w="5040" w:type="dxa"/>
          </w:tcPr>
          <w:p w14:paraId="2E839858" w14:textId="77777777" w:rsidR="006D3958" w:rsidRPr="0044448F" w:rsidRDefault="5CBD20D0" w:rsidP="136E4DCB">
            <w:pPr>
              <w:rPr>
                <w:rFonts w:cs="Calibri"/>
                <w:lang w:val="ro-RO"/>
              </w:rPr>
            </w:pPr>
            <w:r w:rsidRPr="136E4DCB">
              <w:rPr>
                <w:rFonts w:cs="Calibri"/>
                <w:lang w:val="ro-RO"/>
              </w:rPr>
              <w:t>E-mail</w:t>
            </w:r>
          </w:p>
        </w:tc>
        <w:tc>
          <w:tcPr>
            <w:tcW w:w="5040" w:type="dxa"/>
          </w:tcPr>
          <w:p w14:paraId="09783DB1" w14:textId="77777777" w:rsidR="006D3958" w:rsidRPr="0044448F" w:rsidRDefault="006D3958" w:rsidP="136E4DCB">
            <w:pPr>
              <w:rPr>
                <w:rFonts w:cs="Calibri"/>
                <w:lang w:val="ro-RO"/>
              </w:rPr>
            </w:pPr>
          </w:p>
        </w:tc>
      </w:tr>
      <w:tr w:rsidR="006D3958" w:rsidRPr="0044448F" w14:paraId="5ACE0C66" w14:textId="77777777" w:rsidTr="136E4DCB">
        <w:tc>
          <w:tcPr>
            <w:tcW w:w="5040" w:type="dxa"/>
          </w:tcPr>
          <w:p w14:paraId="01264B6B" w14:textId="0C3C472B" w:rsidR="006D3958" w:rsidRPr="0044448F" w:rsidRDefault="5CBD20D0" w:rsidP="136E4DCB">
            <w:pPr>
              <w:rPr>
                <w:rFonts w:cs="Calibri"/>
                <w:lang w:val="ro-RO"/>
              </w:rPr>
            </w:pPr>
            <w:r w:rsidRPr="136E4DCB">
              <w:rPr>
                <w:rFonts w:cs="Calibri"/>
                <w:lang w:val="ro-RO"/>
              </w:rPr>
              <w:t xml:space="preserve">Număr de </w:t>
            </w:r>
            <w:r w:rsidR="5230810B" w:rsidRPr="136E4DCB">
              <w:rPr>
                <w:rFonts w:cs="Calibri"/>
                <w:lang w:val="ro-RO"/>
              </w:rPr>
              <w:t>t</w:t>
            </w:r>
            <w:r w:rsidRPr="136E4DCB">
              <w:rPr>
                <w:rFonts w:cs="Calibri"/>
                <w:lang w:val="ro-RO"/>
              </w:rPr>
              <w:t>elefon</w:t>
            </w:r>
          </w:p>
        </w:tc>
        <w:tc>
          <w:tcPr>
            <w:tcW w:w="5040" w:type="dxa"/>
          </w:tcPr>
          <w:p w14:paraId="3528017E" w14:textId="77777777" w:rsidR="006D3958" w:rsidRPr="0044448F" w:rsidRDefault="006D3958" w:rsidP="136E4DCB">
            <w:pPr>
              <w:rPr>
                <w:rFonts w:cs="Calibri"/>
                <w:lang w:val="ro-RO"/>
              </w:rPr>
            </w:pPr>
          </w:p>
        </w:tc>
      </w:tr>
    </w:tbl>
    <w:p w14:paraId="2DBE914A" w14:textId="77777777" w:rsidR="006D3958" w:rsidRDefault="006D3958" w:rsidP="136E4DCB">
      <w:pPr>
        <w:rPr>
          <w:rFonts w:cs="Calibri"/>
          <w:lang w:val="ro-RO"/>
        </w:rPr>
      </w:pPr>
    </w:p>
    <w:p w14:paraId="02D89928" w14:textId="5BA3D360" w:rsidR="006D3958" w:rsidRPr="0044448F" w:rsidRDefault="5CBD20D0" w:rsidP="136E4DCB">
      <w:pPr>
        <w:spacing w:before="240" w:after="120"/>
        <w:rPr>
          <w:rFonts w:cs="Calibri"/>
          <w:lang w:val="ro-RO"/>
        </w:rPr>
      </w:pPr>
      <w:r w:rsidRPr="136E4DCB">
        <w:rPr>
          <w:rFonts w:cs="Calibri"/>
          <w:b/>
          <w:bCs/>
          <w:sz w:val="24"/>
          <w:szCs w:val="24"/>
          <w:lang w:val="ro-RO"/>
        </w:rPr>
        <w:lastRenderedPageBreak/>
        <w:t xml:space="preserve">1.4. </w:t>
      </w:r>
      <w:r w:rsidRPr="136E4DCB">
        <w:rPr>
          <w:rFonts w:cs="Calibri"/>
          <w:b/>
          <w:bCs/>
          <w:lang w:val="ro-RO"/>
        </w:rPr>
        <w:t xml:space="preserve">Acoperire </w:t>
      </w:r>
      <w:r w:rsidR="5230810B" w:rsidRPr="136E4DCB">
        <w:rPr>
          <w:rFonts w:cs="Calibri"/>
          <w:b/>
          <w:bCs/>
          <w:lang w:val="ro-RO"/>
        </w:rPr>
        <w:t>g</w:t>
      </w:r>
      <w:r w:rsidRPr="136E4DCB">
        <w:rPr>
          <w:rFonts w:cs="Calibri"/>
          <w:b/>
          <w:bCs/>
          <w:lang w:val="ro-RO"/>
        </w:rPr>
        <w:t>eografică</w:t>
      </w:r>
    </w:p>
    <w:tbl>
      <w:tblPr>
        <w:tblStyle w:val="TableGrid"/>
        <w:tblW w:w="0" w:type="auto"/>
        <w:tblLayout w:type="fixed"/>
        <w:tblLook w:val="04A0" w:firstRow="1" w:lastRow="0" w:firstColumn="1" w:lastColumn="0" w:noHBand="0" w:noVBand="1"/>
      </w:tblPr>
      <w:tblGrid>
        <w:gridCol w:w="5040"/>
        <w:gridCol w:w="5040"/>
      </w:tblGrid>
      <w:tr w:rsidR="006D3958" w:rsidRPr="0044448F" w14:paraId="01ECD2DA" w14:textId="77777777" w:rsidTr="136E4DCB">
        <w:tc>
          <w:tcPr>
            <w:tcW w:w="5040" w:type="dxa"/>
          </w:tcPr>
          <w:p w14:paraId="1E640C5C" w14:textId="77777777" w:rsidR="006659A4" w:rsidRPr="0044448F" w:rsidRDefault="436C96C0" w:rsidP="136E4DCB">
            <w:pPr>
              <w:rPr>
                <w:rFonts w:cs="Calibri"/>
                <w:lang w:val="ro-RO"/>
              </w:rPr>
            </w:pPr>
            <w:r w:rsidRPr="136E4DCB">
              <w:rPr>
                <w:rFonts w:cs="Calibri"/>
                <w:lang w:val="ro-RO"/>
              </w:rPr>
              <w:t>Vă rugăm să selectați una sau mai multe regiuni care vor fi acoperite în cadrul acestui Apel pentru Granturi:</w:t>
            </w:r>
          </w:p>
          <w:p w14:paraId="4A783BC4" w14:textId="5EF5FFD2" w:rsidR="006D3958" w:rsidRPr="0044448F" w:rsidRDefault="006D3958" w:rsidP="136E4DCB">
            <w:pPr>
              <w:rPr>
                <w:rFonts w:cs="Calibri"/>
                <w:lang w:val="ro-RO"/>
              </w:rPr>
            </w:pPr>
          </w:p>
        </w:tc>
        <w:tc>
          <w:tcPr>
            <w:tcW w:w="5040" w:type="dxa"/>
          </w:tcPr>
          <w:p w14:paraId="0199BCCE" w14:textId="1DEE8241" w:rsidR="00FB4F00" w:rsidRPr="0044448F" w:rsidRDefault="1814E7E6" w:rsidP="136E4DCB">
            <w:pPr>
              <w:rPr>
                <w:rFonts w:cs="Calibri"/>
                <w:lang w:val="ro-RO"/>
              </w:rPr>
            </w:pPr>
            <w:r w:rsidRPr="136E4DCB">
              <w:rPr>
                <w:rFonts w:ascii="Segoe UI Symbol" w:hAnsi="Segoe UI Symbol" w:cs="Segoe UI Symbol"/>
                <w:lang w:val="ro-RO"/>
              </w:rPr>
              <w:t>☐</w:t>
            </w:r>
            <w:r w:rsidRPr="136E4DCB">
              <w:rPr>
                <w:rFonts w:cs="Calibri"/>
                <w:lang w:val="ro-RO"/>
              </w:rPr>
              <w:t xml:space="preserve"> Nord</w:t>
            </w:r>
            <w:r w:rsidR="00FB4F00">
              <w:br/>
            </w:r>
            <w:r w:rsidRPr="136E4DCB">
              <w:rPr>
                <w:rFonts w:ascii="Segoe UI Symbol" w:hAnsi="Segoe UI Symbol" w:cs="Segoe UI Symbol"/>
                <w:lang w:val="ro-RO"/>
              </w:rPr>
              <w:t>☐</w:t>
            </w:r>
            <w:r w:rsidRPr="136E4DCB">
              <w:rPr>
                <w:rFonts w:cs="Calibri"/>
                <w:lang w:val="ro-RO"/>
              </w:rPr>
              <w:t xml:space="preserve"> Centru</w:t>
            </w:r>
            <w:r w:rsidR="00FB4F00">
              <w:br/>
            </w:r>
            <w:r w:rsidRPr="136E4DCB">
              <w:rPr>
                <w:rFonts w:ascii="Segoe UI Symbol" w:hAnsi="Segoe UI Symbol" w:cs="Segoe UI Symbol"/>
                <w:lang w:val="ro-RO"/>
              </w:rPr>
              <w:t>☐</w:t>
            </w:r>
            <w:r w:rsidRPr="136E4DCB">
              <w:rPr>
                <w:rFonts w:cs="Calibri"/>
                <w:lang w:val="ro-RO"/>
              </w:rPr>
              <w:t xml:space="preserve"> Sud</w:t>
            </w:r>
          </w:p>
        </w:tc>
      </w:tr>
    </w:tbl>
    <w:p w14:paraId="7FA6A88E" w14:textId="06FE1B74" w:rsidR="006D3958" w:rsidRPr="0044448F" w:rsidRDefault="5CBD20D0" w:rsidP="136E4DCB">
      <w:pPr>
        <w:pBdr>
          <w:bottom w:val="single" w:sz="6" w:space="1" w:color="4F81BD"/>
        </w:pBdr>
        <w:spacing w:before="480" w:after="240"/>
        <w:rPr>
          <w:rFonts w:eastAsia="Calibri" w:cs="Calibri"/>
          <w:b/>
          <w:bCs/>
          <w:color w:val="003399"/>
          <w:sz w:val="24"/>
          <w:szCs w:val="24"/>
          <w:lang w:val="ro-RO"/>
        </w:rPr>
      </w:pPr>
      <w:r w:rsidRPr="136E4DCB">
        <w:rPr>
          <w:rFonts w:eastAsia="Calibri" w:cs="Calibri"/>
          <w:b/>
          <w:bCs/>
          <w:color w:val="003399"/>
          <w:sz w:val="24"/>
          <w:szCs w:val="24"/>
          <w:lang w:val="ro-RO"/>
        </w:rPr>
        <w:t>SECȚIUNEA 2: PROFIL ORGANIZAȚIONAL ȘI EXPERIENȚĂ</w:t>
      </w:r>
      <w:r w:rsidR="003458A5">
        <w:rPr>
          <w:rFonts w:eastAsia="Calibri" w:cs="Calibri"/>
          <w:b/>
          <w:bCs/>
          <w:color w:val="003399"/>
          <w:sz w:val="24"/>
          <w:szCs w:val="24"/>
          <w:lang w:val="ro-RO"/>
        </w:rPr>
        <w:t xml:space="preserve"> (</w:t>
      </w:r>
      <w:r w:rsidR="00952669">
        <w:rPr>
          <w:rFonts w:eastAsia="Calibri" w:cs="Calibri"/>
          <w:b/>
          <w:bCs/>
          <w:color w:val="003399"/>
          <w:sz w:val="24"/>
          <w:szCs w:val="24"/>
          <w:lang w:val="ro-RO"/>
        </w:rPr>
        <w:t>maximum</w:t>
      </w:r>
      <w:r w:rsidR="00A93998">
        <w:rPr>
          <w:rFonts w:eastAsia="Calibri" w:cs="Calibri"/>
          <w:b/>
          <w:bCs/>
          <w:color w:val="003399"/>
          <w:sz w:val="24"/>
          <w:szCs w:val="24"/>
          <w:lang w:val="ro-RO"/>
        </w:rPr>
        <w:t xml:space="preserve"> 5 pagini</w:t>
      </w:r>
      <w:r w:rsidR="003458A5">
        <w:rPr>
          <w:rFonts w:eastAsia="Calibri" w:cs="Calibri"/>
          <w:b/>
          <w:bCs/>
          <w:color w:val="003399"/>
          <w:sz w:val="24"/>
          <w:szCs w:val="24"/>
          <w:lang w:val="ro-RO"/>
        </w:rPr>
        <w:t>)</w:t>
      </w:r>
    </w:p>
    <w:p w14:paraId="379D5A94" w14:textId="33B84808" w:rsidR="006D3958" w:rsidRPr="0044448F" w:rsidRDefault="5CBD20D0" w:rsidP="136E4DCB">
      <w:pPr>
        <w:spacing w:before="240" w:after="120"/>
        <w:rPr>
          <w:rFonts w:cs="Calibri"/>
          <w:lang w:val="ro-RO"/>
        </w:rPr>
      </w:pPr>
      <w:r w:rsidRPr="136E4DCB">
        <w:rPr>
          <w:rFonts w:cs="Calibri"/>
          <w:b/>
          <w:bCs/>
          <w:sz w:val="24"/>
          <w:szCs w:val="24"/>
          <w:lang w:val="ro-RO"/>
        </w:rPr>
        <w:t xml:space="preserve">2.1. Misiune și </w:t>
      </w:r>
      <w:r w:rsidR="4B70D8A1" w:rsidRPr="136E4DCB">
        <w:rPr>
          <w:rFonts w:cs="Calibri"/>
          <w:b/>
          <w:bCs/>
          <w:sz w:val="24"/>
          <w:szCs w:val="24"/>
          <w:lang w:val="ro-RO"/>
        </w:rPr>
        <w:t>a</w:t>
      </w:r>
      <w:r w:rsidRPr="136E4DCB">
        <w:rPr>
          <w:rFonts w:cs="Calibri"/>
          <w:b/>
          <w:bCs/>
          <w:sz w:val="24"/>
          <w:szCs w:val="24"/>
          <w:lang w:val="ro-RO"/>
        </w:rPr>
        <w:t>ctivități</w:t>
      </w:r>
    </w:p>
    <w:p w14:paraId="2AA8B782" w14:textId="275F34A2" w:rsidR="006D3958" w:rsidRPr="000216FD" w:rsidRDefault="5CBD20D0" w:rsidP="136E4DCB">
      <w:pPr>
        <w:spacing w:after="120"/>
        <w:ind w:left="360"/>
        <w:rPr>
          <w:rFonts w:cs="Calibri"/>
          <w:lang w:val="ro-RO"/>
        </w:rPr>
      </w:pPr>
      <w:r w:rsidRPr="136E4DCB">
        <w:rPr>
          <w:rFonts w:cs="Calibri"/>
          <w:i/>
          <w:iCs/>
          <w:color w:val="595959" w:themeColor="text1" w:themeTint="A6"/>
          <w:lang w:val="ro-RO"/>
        </w:rPr>
        <w:t xml:space="preserve">Descrieți scopul principal, misiunea și activitățile </w:t>
      </w:r>
      <w:r w:rsidR="15726825" w:rsidRPr="136E4DCB">
        <w:rPr>
          <w:rFonts w:cs="Calibri"/>
          <w:i/>
          <w:iCs/>
          <w:color w:val="595959" w:themeColor="text1" w:themeTint="A6"/>
          <w:lang w:val="ro-RO"/>
        </w:rPr>
        <w:t>de bază</w:t>
      </w:r>
      <w:r w:rsidRPr="136E4DCB">
        <w:rPr>
          <w:rFonts w:cs="Calibri"/>
          <w:i/>
          <w:iCs/>
          <w:color w:val="595959" w:themeColor="text1" w:themeTint="A6"/>
          <w:lang w:val="ro-RO"/>
        </w:rPr>
        <w:t xml:space="preserve"> ale organizației dumneavoastră. Vă rugăm să menționați concordanța cu sprijinirea fermierilor, dezvoltarea rurală, egalitatea de gen și emanciparea femeilor sau incluziunea digitală.</w:t>
      </w:r>
    </w:p>
    <w:p w14:paraId="574721A2" w14:textId="630FF5A6" w:rsidR="006D3958" w:rsidRPr="0044448F" w:rsidRDefault="00BC39E0" w:rsidP="136E4DCB">
      <w:pPr>
        <w:rPr>
          <w:rFonts w:cs="Calibri"/>
          <w:lang w:val="ro-RO"/>
        </w:rPr>
      </w:pPr>
      <w:r w:rsidRPr="00703FD4">
        <w:rPr>
          <w:lang w:val="ro-RO"/>
        </w:rPr>
        <w:br/>
      </w:r>
      <w:r w:rsidR="5CBD20D0" w:rsidRPr="136E4DCB">
        <w:rPr>
          <w:rFonts w:cs="Calibri"/>
          <w:b/>
          <w:bCs/>
          <w:sz w:val="24"/>
          <w:szCs w:val="24"/>
          <w:lang w:val="ro-RO"/>
        </w:rPr>
        <w:t xml:space="preserve">2.2. Experiență </w:t>
      </w:r>
      <w:r w:rsidR="4B70D8A1" w:rsidRPr="136E4DCB">
        <w:rPr>
          <w:rFonts w:cs="Calibri"/>
          <w:b/>
          <w:bCs/>
          <w:sz w:val="24"/>
          <w:szCs w:val="24"/>
          <w:lang w:val="ro-RO"/>
        </w:rPr>
        <w:t>o</w:t>
      </w:r>
      <w:r w:rsidR="5CBD20D0" w:rsidRPr="136E4DCB">
        <w:rPr>
          <w:rFonts w:cs="Calibri"/>
          <w:b/>
          <w:bCs/>
          <w:sz w:val="24"/>
          <w:szCs w:val="24"/>
          <w:lang w:val="ro-RO"/>
        </w:rPr>
        <w:t xml:space="preserve">rganizațională </w:t>
      </w:r>
    </w:p>
    <w:p w14:paraId="5EE22DF3" w14:textId="629D3918" w:rsidR="006D3958" w:rsidRPr="000216FD" w:rsidRDefault="5CBD20D0" w:rsidP="136E4DCB">
      <w:pPr>
        <w:spacing w:after="120"/>
        <w:ind w:left="360"/>
        <w:rPr>
          <w:rFonts w:cs="Calibri"/>
          <w:lang w:val="ro-RO"/>
        </w:rPr>
      </w:pPr>
      <w:r w:rsidRPr="136E4DCB">
        <w:rPr>
          <w:rFonts w:cs="Calibri"/>
          <w:i/>
          <w:iCs/>
          <w:color w:val="595959" w:themeColor="text1" w:themeTint="A6"/>
          <w:lang w:val="ro-RO"/>
        </w:rPr>
        <w:t xml:space="preserve">Vă rugăm să descrieți experiența organizației dumneavoastră din ultimii 3 ani, </w:t>
      </w:r>
      <w:r w:rsidR="60B94243" w:rsidRPr="136E4DCB">
        <w:rPr>
          <w:rFonts w:cs="Calibri"/>
          <w:i/>
          <w:iCs/>
          <w:color w:val="595959" w:themeColor="text1" w:themeTint="A6"/>
          <w:lang w:val="ro-RO"/>
        </w:rPr>
        <w:t>cu accent</w:t>
      </w:r>
      <w:r w:rsidRPr="136E4DCB">
        <w:rPr>
          <w:rFonts w:cs="Calibri"/>
          <w:i/>
          <w:iCs/>
          <w:color w:val="595959" w:themeColor="text1" w:themeTint="A6"/>
          <w:lang w:val="ro-RO"/>
        </w:rPr>
        <w:t xml:space="preserve"> pe:</w:t>
      </w:r>
    </w:p>
    <w:p w14:paraId="2609A4E9" w14:textId="14F4B539" w:rsidR="006D3958" w:rsidRPr="0044448F" w:rsidRDefault="5CBD20D0" w:rsidP="136E4DCB">
      <w:pPr>
        <w:pStyle w:val="ListBullet2"/>
        <w:rPr>
          <w:rFonts w:cs="Calibri"/>
          <w:lang w:val="ro-RO"/>
        </w:rPr>
      </w:pPr>
      <w:r w:rsidRPr="136E4DCB">
        <w:rPr>
          <w:rFonts w:cs="Calibri"/>
          <w:lang w:val="ro-RO"/>
        </w:rPr>
        <w:t xml:space="preserve">Informare și </w:t>
      </w:r>
      <w:r w:rsidR="4DA1A42F" w:rsidRPr="136E4DCB">
        <w:rPr>
          <w:rFonts w:cs="Calibri"/>
          <w:lang w:val="ro-RO"/>
        </w:rPr>
        <w:t>i</w:t>
      </w:r>
      <w:r w:rsidRPr="136E4DCB">
        <w:rPr>
          <w:rFonts w:cs="Calibri"/>
          <w:lang w:val="ro-RO"/>
        </w:rPr>
        <w:t xml:space="preserve">mplicare </w:t>
      </w:r>
      <w:r w:rsidR="4DA1A42F" w:rsidRPr="136E4DCB">
        <w:rPr>
          <w:rFonts w:cs="Calibri"/>
          <w:lang w:val="ro-RO"/>
        </w:rPr>
        <w:t>c</w:t>
      </w:r>
      <w:r w:rsidRPr="136E4DCB">
        <w:rPr>
          <w:rFonts w:cs="Calibri"/>
          <w:lang w:val="ro-RO"/>
        </w:rPr>
        <w:t>omunitară: Descrieți experiența dumneavoastră în desfășurarea campaniilor locale de informare, mobilizarea comunitară și diseminarea informațiilor, în special în zonele rurale. Ilustrați experiența dumneavoastră cu un limbaj sensibil la dimensiunea de gen și canale/campanii de comunicare care țin cont de gen.</w:t>
      </w:r>
    </w:p>
    <w:p w14:paraId="5B084C1E" w14:textId="392E4692" w:rsidR="006D3958" w:rsidRPr="0044448F" w:rsidRDefault="5ED65093" w:rsidP="136E4DCB">
      <w:pPr>
        <w:pStyle w:val="ListBullet2"/>
        <w:rPr>
          <w:rFonts w:cs="Calibri"/>
          <w:lang w:val="ro-RO"/>
        </w:rPr>
      </w:pPr>
      <w:r w:rsidRPr="136E4DCB">
        <w:rPr>
          <w:rFonts w:cs="Calibri"/>
          <w:lang w:val="ro-RO"/>
        </w:rPr>
        <w:t xml:space="preserve">Sprijin pentru </w:t>
      </w:r>
      <w:r w:rsidR="4FF676D8" w:rsidRPr="136E4DCB">
        <w:rPr>
          <w:rFonts w:cs="Calibri"/>
          <w:lang w:val="ro-RO"/>
        </w:rPr>
        <w:t>f</w:t>
      </w:r>
      <w:r w:rsidRPr="136E4DCB">
        <w:rPr>
          <w:rFonts w:cs="Calibri"/>
          <w:lang w:val="ro-RO"/>
        </w:rPr>
        <w:t xml:space="preserve">emei și </w:t>
      </w:r>
      <w:r w:rsidR="4FF676D8" w:rsidRPr="136E4DCB">
        <w:rPr>
          <w:rFonts w:cs="Calibri"/>
          <w:lang w:val="ro-RO"/>
        </w:rPr>
        <w:t>g</w:t>
      </w:r>
      <w:r w:rsidRPr="136E4DCB">
        <w:rPr>
          <w:rFonts w:cs="Calibri"/>
          <w:lang w:val="ro-RO"/>
        </w:rPr>
        <w:t xml:space="preserve">rupuri </w:t>
      </w:r>
      <w:r w:rsidR="4FF676D8" w:rsidRPr="136E4DCB">
        <w:rPr>
          <w:rFonts w:cs="Calibri"/>
          <w:lang w:val="ro-RO"/>
        </w:rPr>
        <w:t>v</w:t>
      </w:r>
      <w:r w:rsidRPr="136E4DCB">
        <w:rPr>
          <w:rFonts w:cs="Calibri"/>
          <w:lang w:val="ro-RO"/>
        </w:rPr>
        <w:t>ulnerabile: Detaliați experiența dumneavoastră de lucru cu micii producători, femeile fermier</w:t>
      </w:r>
      <w:r w:rsidR="50B89F2E" w:rsidRPr="136E4DCB">
        <w:rPr>
          <w:rFonts w:cs="Calibri"/>
          <w:lang w:val="ro-RO"/>
        </w:rPr>
        <w:t>e</w:t>
      </w:r>
      <w:r w:rsidRPr="136E4DCB">
        <w:rPr>
          <w:rFonts w:cs="Calibri"/>
          <w:lang w:val="ro-RO"/>
        </w:rPr>
        <w:t>, tinerii din mediul rural și alte grupuri vulnerabile.</w:t>
      </w:r>
    </w:p>
    <w:p w14:paraId="685D140E" w14:textId="092395FD" w:rsidR="006D3958" w:rsidRPr="0044448F" w:rsidRDefault="5CBD20D0" w:rsidP="136E4DCB">
      <w:pPr>
        <w:pStyle w:val="ListBullet2"/>
        <w:rPr>
          <w:rFonts w:cs="Calibri"/>
          <w:lang w:val="ro-RO"/>
        </w:rPr>
      </w:pPr>
      <w:r w:rsidRPr="136E4DCB">
        <w:rPr>
          <w:rFonts w:cs="Calibri"/>
          <w:lang w:val="ro-RO"/>
        </w:rPr>
        <w:t xml:space="preserve">Proiecte </w:t>
      </w:r>
      <w:r w:rsidR="4B70D8A1" w:rsidRPr="136E4DCB">
        <w:rPr>
          <w:rFonts w:cs="Calibri"/>
          <w:lang w:val="ro-RO"/>
        </w:rPr>
        <w:t>m</w:t>
      </w:r>
      <w:r w:rsidRPr="136E4DCB">
        <w:rPr>
          <w:rFonts w:cs="Calibri"/>
          <w:lang w:val="ro-RO"/>
        </w:rPr>
        <w:t>ulti-</w:t>
      </w:r>
      <w:r w:rsidR="4B70D8A1" w:rsidRPr="136E4DCB">
        <w:rPr>
          <w:rFonts w:cs="Calibri"/>
          <w:lang w:val="ro-RO"/>
        </w:rPr>
        <w:t>l</w:t>
      </w:r>
      <w:r w:rsidRPr="136E4DCB">
        <w:rPr>
          <w:rFonts w:cs="Calibri"/>
          <w:lang w:val="ro-RO"/>
        </w:rPr>
        <w:t>ocație: Oferiți exemple de proiecte implementate în mai multe comunități sau raioane.</w:t>
      </w:r>
    </w:p>
    <w:p w14:paraId="55D75246" w14:textId="2D83BC1B" w:rsidR="006D3958" w:rsidRPr="0044448F" w:rsidRDefault="5CBD20D0" w:rsidP="136E4DCB">
      <w:pPr>
        <w:pStyle w:val="ListBullet2"/>
        <w:rPr>
          <w:rFonts w:cs="Calibri"/>
          <w:lang w:val="ro-RO"/>
        </w:rPr>
      </w:pPr>
      <w:r w:rsidRPr="136E4DCB">
        <w:rPr>
          <w:rFonts w:cs="Calibri"/>
          <w:lang w:val="ro-RO"/>
        </w:rPr>
        <w:t xml:space="preserve">Sprijin </w:t>
      </w:r>
      <w:r w:rsidR="4B70D8A1" w:rsidRPr="136E4DCB">
        <w:rPr>
          <w:rFonts w:cs="Calibri"/>
          <w:lang w:val="ro-RO"/>
        </w:rPr>
        <w:t>d</w:t>
      </w:r>
      <w:r w:rsidRPr="136E4DCB">
        <w:rPr>
          <w:rFonts w:cs="Calibri"/>
          <w:lang w:val="ro-RO"/>
        </w:rPr>
        <w:t>igital/</w:t>
      </w:r>
      <w:r w:rsidR="4B70D8A1" w:rsidRPr="136E4DCB">
        <w:rPr>
          <w:rFonts w:cs="Calibri"/>
          <w:lang w:val="ro-RO"/>
        </w:rPr>
        <w:t>a</w:t>
      </w:r>
      <w:r w:rsidRPr="136E4DCB">
        <w:rPr>
          <w:rFonts w:cs="Calibri"/>
          <w:lang w:val="ro-RO"/>
        </w:rPr>
        <w:t>dministrativ: Descrieți orice experiență în furnizarea de instruire în alfabetizare digitală, asistență administrativă sau servicii de consultanță pentru fermieri sau populația rurală.</w:t>
      </w:r>
    </w:p>
    <w:p w14:paraId="407C2491" w14:textId="68070C16" w:rsidR="006D3958" w:rsidRPr="0044448F" w:rsidRDefault="006D3958" w:rsidP="136E4DCB">
      <w:pPr>
        <w:rPr>
          <w:rFonts w:cs="Calibri"/>
          <w:lang w:val="ro-RO"/>
        </w:rPr>
      </w:pPr>
    </w:p>
    <w:p w14:paraId="7593A00C" w14:textId="79796351" w:rsidR="006D3958" w:rsidRPr="0044448F" w:rsidRDefault="5CBD20D0" w:rsidP="136E4DCB">
      <w:pPr>
        <w:pBdr>
          <w:bottom w:val="single" w:sz="6" w:space="1" w:color="4F81BD"/>
        </w:pBdr>
        <w:spacing w:before="480" w:after="240"/>
        <w:rPr>
          <w:rFonts w:eastAsia="Calibri" w:cs="Calibri"/>
          <w:b/>
          <w:bCs/>
          <w:color w:val="003399"/>
          <w:sz w:val="24"/>
          <w:szCs w:val="24"/>
          <w:lang w:val="ro-RO"/>
        </w:rPr>
      </w:pPr>
      <w:r w:rsidRPr="136E4DCB">
        <w:rPr>
          <w:rFonts w:eastAsia="Calibri" w:cs="Calibri"/>
          <w:b/>
          <w:bCs/>
          <w:color w:val="003399"/>
          <w:sz w:val="24"/>
          <w:szCs w:val="24"/>
          <w:lang w:val="ro-RO"/>
        </w:rPr>
        <w:t>SECȚIUNEA 3: PROPUNEREA DE PROIECT</w:t>
      </w:r>
      <w:r w:rsidR="00983C6C">
        <w:rPr>
          <w:rFonts w:eastAsia="Calibri" w:cs="Calibri"/>
          <w:b/>
          <w:bCs/>
          <w:color w:val="003399"/>
          <w:sz w:val="24"/>
          <w:szCs w:val="24"/>
          <w:lang w:val="ro-RO"/>
        </w:rPr>
        <w:t xml:space="preserve"> </w:t>
      </w:r>
      <w:r w:rsidR="0016616B">
        <w:rPr>
          <w:rFonts w:eastAsia="Calibri" w:cs="Calibri"/>
          <w:b/>
          <w:bCs/>
          <w:color w:val="003399"/>
          <w:sz w:val="24"/>
          <w:szCs w:val="24"/>
          <w:lang w:val="ro-RO"/>
        </w:rPr>
        <w:t>(</w:t>
      </w:r>
      <w:r w:rsidR="00952669">
        <w:rPr>
          <w:rFonts w:eastAsia="Calibri" w:cs="Calibri"/>
          <w:b/>
          <w:bCs/>
          <w:color w:val="003399"/>
          <w:sz w:val="24"/>
          <w:szCs w:val="24"/>
          <w:lang w:val="ro-RO"/>
        </w:rPr>
        <w:t>maximum</w:t>
      </w:r>
      <w:r w:rsidR="0016616B">
        <w:rPr>
          <w:rFonts w:eastAsia="Calibri" w:cs="Calibri"/>
          <w:b/>
          <w:bCs/>
          <w:color w:val="003399"/>
          <w:sz w:val="24"/>
          <w:szCs w:val="24"/>
          <w:lang w:val="ro-RO"/>
        </w:rPr>
        <w:t xml:space="preserve"> </w:t>
      </w:r>
      <w:r w:rsidR="00C878C2">
        <w:rPr>
          <w:rFonts w:eastAsia="Calibri" w:cs="Calibri"/>
          <w:b/>
          <w:bCs/>
          <w:color w:val="003399"/>
          <w:sz w:val="24"/>
          <w:szCs w:val="24"/>
          <w:lang w:val="ro-RO"/>
        </w:rPr>
        <w:t>8</w:t>
      </w:r>
      <w:r w:rsidR="0016616B">
        <w:rPr>
          <w:rFonts w:eastAsia="Calibri" w:cs="Calibri"/>
          <w:b/>
          <w:bCs/>
          <w:color w:val="003399"/>
          <w:sz w:val="24"/>
          <w:szCs w:val="24"/>
          <w:lang w:val="ro-RO"/>
        </w:rPr>
        <w:t xml:space="preserve"> pagini)</w:t>
      </w:r>
    </w:p>
    <w:p w14:paraId="3B6FD03D" w14:textId="431E082F" w:rsidR="006D3958" w:rsidRDefault="1779E270" w:rsidP="136E4DCB">
      <w:pPr>
        <w:spacing w:before="240" w:after="120"/>
        <w:rPr>
          <w:rFonts w:cs="Calibri"/>
          <w:b/>
          <w:bCs/>
          <w:sz w:val="24"/>
          <w:szCs w:val="24"/>
          <w:lang w:val="ro-RO"/>
        </w:rPr>
      </w:pPr>
      <w:r w:rsidRPr="48ACC2D6">
        <w:rPr>
          <w:rFonts w:cs="Calibri"/>
          <w:b/>
          <w:bCs/>
          <w:sz w:val="24"/>
          <w:szCs w:val="24"/>
          <w:lang w:val="ro-RO"/>
        </w:rPr>
        <w:t xml:space="preserve">3.1. Metodologie și Abordarea Implementării </w:t>
      </w:r>
    </w:p>
    <w:p w14:paraId="4B9492F2" w14:textId="77777777" w:rsidR="006D3958" w:rsidRPr="000216FD" w:rsidRDefault="5CBD20D0" w:rsidP="136E4DCB">
      <w:pPr>
        <w:spacing w:before="240" w:after="120"/>
        <w:rPr>
          <w:rFonts w:cs="Calibri"/>
          <w:lang w:val="ro-RO"/>
        </w:rPr>
      </w:pPr>
      <w:r w:rsidRPr="004B1A02">
        <w:rPr>
          <w:rFonts w:cs="Calibri"/>
          <w:sz w:val="24"/>
          <w:szCs w:val="24"/>
          <w:lang w:val="ro-RO"/>
        </w:rPr>
        <w:t>A. Strategia de Informare (Activitatea 1)</w:t>
      </w:r>
    </w:p>
    <w:p w14:paraId="1DD61F24" w14:textId="64723123" w:rsidR="006D3958" w:rsidRPr="000216FD" w:rsidRDefault="5ED65093" w:rsidP="136E4DCB">
      <w:pPr>
        <w:spacing w:after="120"/>
        <w:ind w:left="360"/>
        <w:rPr>
          <w:rFonts w:cs="Calibri"/>
          <w:lang w:val="ro-RO"/>
        </w:rPr>
      </w:pPr>
      <w:r w:rsidRPr="136E4DCB">
        <w:rPr>
          <w:rFonts w:cs="Calibri"/>
          <w:i/>
          <w:iCs/>
          <w:color w:val="595959" w:themeColor="text1" w:themeTint="A6"/>
          <w:lang w:val="ro-RO"/>
        </w:rPr>
        <w:t xml:space="preserve">Descrieți metodologia de informare și îndrumare a cel puțin </w:t>
      </w:r>
      <w:r w:rsidR="006D7C74" w:rsidRPr="136E4DCB">
        <w:rPr>
          <w:rFonts w:cs="Calibri"/>
          <w:i/>
          <w:iCs/>
          <w:color w:val="595959" w:themeColor="text1" w:themeTint="A6"/>
          <w:lang w:val="ro-RO"/>
        </w:rPr>
        <w:t>5</w:t>
      </w:r>
      <w:r w:rsidRPr="136E4DCB">
        <w:rPr>
          <w:rFonts w:cs="Calibri"/>
          <w:i/>
          <w:iCs/>
          <w:color w:val="595959" w:themeColor="text1" w:themeTint="A6"/>
          <w:lang w:val="ro-RO"/>
        </w:rPr>
        <w:t>00 de fermieri din cel puțin 10 localități cu privire la Registrul Fermierilor. Explicați alegerea dumneavoastră privind canalele de comunicare (de ex. sesiuni de informare, mass-media locală, canale digitale, vizite individuale) și modul în care veți ajunge la fermierii din zone îndepărtate sau vulnerabile. Reflectați asupra modului în care activitățile dumneavoastră de informare ar putea depăși barierele specifice cu care se confruntă femeile fermier</w:t>
      </w:r>
      <w:r w:rsidR="00703FD4">
        <w:rPr>
          <w:rFonts w:cs="Calibri"/>
          <w:i/>
          <w:iCs/>
          <w:color w:val="595959" w:themeColor="text1" w:themeTint="A6"/>
          <w:lang w:val="ro-RO"/>
        </w:rPr>
        <w:t>e</w:t>
      </w:r>
      <w:r w:rsidRPr="136E4DCB">
        <w:rPr>
          <w:rFonts w:cs="Calibri"/>
          <w:i/>
          <w:iCs/>
          <w:color w:val="595959" w:themeColor="text1" w:themeTint="A6"/>
          <w:lang w:val="ro-RO"/>
        </w:rPr>
        <w:t xml:space="preserve">, inclusiv accesul digital, mobilitatea, lacunele informaționale, </w:t>
      </w:r>
      <w:r w:rsidR="2AD430D5" w:rsidRPr="136E4DCB">
        <w:rPr>
          <w:rFonts w:cs="Calibri"/>
          <w:i/>
          <w:iCs/>
          <w:color w:val="595959" w:themeColor="text1" w:themeTint="A6"/>
          <w:lang w:val="ro-RO"/>
        </w:rPr>
        <w:t>lipsa</w:t>
      </w:r>
      <w:r w:rsidRPr="136E4DCB">
        <w:rPr>
          <w:rFonts w:cs="Calibri"/>
          <w:i/>
          <w:iCs/>
          <w:color w:val="595959" w:themeColor="text1" w:themeTint="A6"/>
          <w:lang w:val="ro-RO"/>
        </w:rPr>
        <w:t xml:space="preserve"> de timp și reprezentarea instituțională limitată.</w:t>
      </w:r>
    </w:p>
    <w:p w14:paraId="2ED7CCEB" w14:textId="5E3E9765" w:rsidR="0055659E" w:rsidRPr="00703FD4" w:rsidRDefault="0055659E" w:rsidP="136E4DCB">
      <w:pPr>
        <w:rPr>
          <w:lang w:val="ro-RO"/>
        </w:rPr>
      </w:pPr>
    </w:p>
    <w:p w14:paraId="683C6365" w14:textId="77777777" w:rsidR="0055659E" w:rsidRPr="00703FD4" w:rsidRDefault="0055659E" w:rsidP="136E4DCB">
      <w:pPr>
        <w:rPr>
          <w:lang w:val="ro-RO"/>
        </w:rPr>
      </w:pPr>
    </w:p>
    <w:p w14:paraId="42B0AEFC" w14:textId="27DD1A08" w:rsidR="006D3958" w:rsidRPr="000216FD" w:rsidRDefault="00BC39E0" w:rsidP="136E4DCB">
      <w:pPr>
        <w:rPr>
          <w:rFonts w:cs="Calibri"/>
          <w:lang w:val="ro-RO"/>
        </w:rPr>
      </w:pPr>
      <w:r w:rsidRPr="00703FD4">
        <w:rPr>
          <w:lang w:val="ro-RO"/>
        </w:rPr>
        <w:lastRenderedPageBreak/>
        <w:br/>
      </w:r>
      <w:r w:rsidR="5CBD20D0" w:rsidRPr="136E4DCB">
        <w:rPr>
          <w:rFonts w:cs="Calibri"/>
          <w:sz w:val="24"/>
          <w:szCs w:val="24"/>
          <w:lang w:val="ro-RO"/>
        </w:rPr>
        <w:t>B. Planul de Asistență Tehnică (Activitatea 2)</w:t>
      </w:r>
    </w:p>
    <w:p w14:paraId="0F35C30E" w14:textId="248AB412" w:rsidR="006D3958" w:rsidRPr="002C4A50" w:rsidRDefault="1779E270" w:rsidP="136E4DCB">
      <w:pPr>
        <w:spacing w:after="120"/>
        <w:ind w:left="360"/>
        <w:rPr>
          <w:rFonts w:cs="Calibri"/>
          <w:lang w:val="ro-RO"/>
        </w:rPr>
      </w:pPr>
      <w:r w:rsidRPr="48ACC2D6">
        <w:rPr>
          <w:rFonts w:cs="Calibri"/>
          <w:i/>
          <w:iCs/>
          <w:color w:val="595959" w:themeColor="text1" w:themeTint="A6"/>
          <w:lang w:val="ro-RO"/>
        </w:rPr>
        <w:t>Detaliați abordarea dumneavoastră pentru a oferi asistență tehnică directă în scopul de a ajuta cel puțin 500 de fermieri să își finalizeze înregistrarea. Cum veți asigura că cel puțin</w:t>
      </w:r>
      <w:r w:rsidR="119FF27E" w:rsidRPr="48ACC2D6">
        <w:rPr>
          <w:rFonts w:cs="Calibri"/>
          <w:i/>
          <w:iCs/>
          <w:color w:val="595959" w:themeColor="text1" w:themeTint="A6"/>
          <w:lang w:val="ro-RO"/>
        </w:rPr>
        <w:t xml:space="preserve"> </w:t>
      </w:r>
      <w:r w:rsidR="54AFDCF1" w:rsidRPr="48ACC2D6">
        <w:rPr>
          <w:rFonts w:cs="Calibri"/>
          <w:i/>
          <w:iCs/>
          <w:color w:val="595959" w:themeColor="text1" w:themeTint="A6"/>
          <w:lang w:val="ro-RO"/>
        </w:rPr>
        <w:t>35% dintre acestea se auto-</w:t>
      </w:r>
      <w:r w:rsidR="4E46EFB2" w:rsidRPr="48ACC2D6">
        <w:rPr>
          <w:rFonts w:cs="Calibri"/>
          <w:i/>
          <w:iCs/>
          <w:color w:val="595959" w:themeColor="text1" w:themeTint="A6"/>
          <w:lang w:val="ro-RO"/>
        </w:rPr>
        <w:t>înregistrează</w:t>
      </w:r>
      <w:r w:rsidR="54AFDCF1" w:rsidRPr="48ACC2D6">
        <w:rPr>
          <w:rFonts w:cs="Calibri"/>
          <w:i/>
          <w:iCs/>
          <w:color w:val="595959" w:themeColor="text1" w:themeTint="A6"/>
          <w:lang w:val="ro-RO"/>
        </w:rPr>
        <w:t xml:space="preserve"> și că cel puțin 30% dintre utilizatorii auto-înregistrați sunt femei</w:t>
      </w:r>
      <w:r w:rsidRPr="48ACC2D6">
        <w:rPr>
          <w:rFonts w:cs="Calibri"/>
          <w:i/>
          <w:iCs/>
          <w:color w:val="595959" w:themeColor="text1" w:themeTint="A6"/>
          <w:lang w:val="ro-RO"/>
        </w:rPr>
        <w:t>? Descrieți sprijinul țintit pe care îl veți oferi (de ex. înființarea unor puncte de sprijin, îndrumare individuală, depanare) pe baza vulnerabilităților și nevoilor specifice ale beneficiarilor (de ex. gen, dizabilitate, vârstă înaintată, apartenență la o minoritate etnică, supraviețuitor al violenței bazate pe gen).</w:t>
      </w:r>
    </w:p>
    <w:p w14:paraId="420E7071" w14:textId="77777777" w:rsidR="006D3958" w:rsidRPr="002C4A50" w:rsidRDefault="5CBD20D0" w:rsidP="136E4DCB">
      <w:pPr>
        <w:spacing w:before="240" w:after="120"/>
        <w:rPr>
          <w:rFonts w:cs="Calibri"/>
          <w:lang w:val="ro-RO"/>
        </w:rPr>
      </w:pPr>
      <w:r w:rsidRPr="002C4A50">
        <w:rPr>
          <w:rFonts w:cs="Calibri"/>
          <w:sz w:val="24"/>
          <w:szCs w:val="24"/>
          <w:lang w:val="ro-RO"/>
        </w:rPr>
        <w:t>C. Planul de Consolidare a Capacităților (Activitatea 3)</w:t>
      </w:r>
    </w:p>
    <w:p w14:paraId="3EFC6855" w14:textId="33AD85B1" w:rsidR="006D3958" w:rsidRPr="000216FD" w:rsidRDefault="1779E270" w:rsidP="136E4DCB">
      <w:pPr>
        <w:spacing w:after="120"/>
        <w:ind w:left="360"/>
        <w:rPr>
          <w:rFonts w:cs="Calibri"/>
          <w:lang w:val="ro-RO"/>
        </w:rPr>
      </w:pPr>
      <w:r w:rsidRPr="48ACC2D6">
        <w:rPr>
          <w:rFonts w:cs="Calibri"/>
          <w:i/>
          <w:iCs/>
          <w:color w:val="595959" w:themeColor="text1" w:themeTint="A6"/>
          <w:lang w:val="ro-RO"/>
        </w:rPr>
        <w:t>Explicați planul dumneavoastră de instruire a actorilor locali (de ex. personalul APL, liderii comunitari, consultanții agricoli) într-o manieră incluzivă, sensibilă la dimensiunea de gen și inter</w:t>
      </w:r>
      <w:r w:rsidR="13E9611E" w:rsidRPr="48ACC2D6">
        <w:rPr>
          <w:rFonts w:cs="Calibri"/>
          <w:i/>
          <w:iCs/>
          <w:color w:val="595959" w:themeColor="text1" w:themeTint="A6"/>
          <w:lang w:val="ro-RO"/>
        </w:rPr>
        <w:t>-</w:t>
      </w:r>
      <w:r w:rsidRPr="48ACC2D6">
        <w:rPr>
          <w:rFonts w:cs="Calibri"/>
          <w:i/>
          <w:iCs/>
          <w:color w:val="595959" w:themeColor="text1" w:themeTint="A6"/>
          <w:lang w:val="ro-RO"/>
        </w:rPr>
        <w:t>secțională (de ex.</w:t>
      </w:r>
      <w:r w:rsidR="5420BF40" w:rsidRPr="48ACC2D6">
        <w:rPr>
          <w:rFonts w:cs="Calibri"/>
          <w:i/>
          <w:iCs/>
          <w:color w:val="595959" w:themeColor="text1" w:themeTint="A6"/>
          <w:lang w:val="ro-RO"/>
        </w:rPr>
        <w:t xml:space="preserve"> </w:t>
      </w:r>
      <w:r w:rsidR="3B3BA915" w:rsidRPr="48ACC2D6">
        <w:rPr>
          <w:rFonts w:cs="Calibri"/>
          <w:i/>
          <w:iCs/>
          <w:color w:val="595959" w:themeColor="text1" w:themeTint="A6"/>
          <w:lang w:val="ro-RO"/>
        </w:rPr>
        <w:t>femei în vârstă, femei cu dizabilități, femei rome, supraviețuitoare ale violenței bazate pe gen</w:t>
      </w:r>
      <w:r w:rsidRPr="48ACC2D6">
        <w:rPr>
          <w:rFonts w:cs="Calibri"/>
          <w:i/>
          <w:iCs/>
          <w:color w:val="595959" w:themeColor="text1" w:themeTint="A6"/>
          <w:lang w:val="ro-RO"/>
        </w:rPr>
        <w:t>). Ce subiecte va acoperi instruirea și cum veți asigura că aceștia sunt pregătiți să sprijine fermierii în mod eficient, ținând cont în mod corespunzător de riscurile, vulnerabilitățile și nevoile specifice?</w:t>
      </w:r>
    </w:p>
    <w:p w14:paraId="3AFE1577" w14:textId="51217087" w:rsidR="00F14198" w:rsidRDefault="00F14198" w:rsidP="00A4115E">
      <w:pPr>
        <w:spacing w:after="120"/>
        <w:ind w:left="360"/>
        <w:rPr>
          <w:b/>
          <w:bCs/>
          <w:u w:val="single"/>
          <w:lang w:val="ro-RO"/>
        </w:rPr>
      </w:pPr>
    </w:p>
    <w:p w14:paraId="5590AC40" w14:textId="1F736CE7" w:rsidR="00A4115E" w:rsidRPr="00983C6C" w:rsidRDefault="00FB3DA8" w:rsidP="00A4115E">
      <w:pPr>
        <w:spacing w:after="120"/>
        <w:ind w:left="360"/>
        <w:rPr>
          <w:rFonts w:cs="Calibri"/>
          <w:color w:val="595959" w:themeColor="text1" w:themeTint="A6"/>
          <w:lang w:val="ro-RO"/>
        </w:rPr>
      </w:pPr>
      <w:r w:rsidRPr="00983C6C">
        <w:rPr>
          <w:b/>
          <w:bCs/>
          <w:u w:val="single"/>
          <w:lang w:val="ro-RO"/>
        </w:rPr>
        <w:t>Notă</w:t>
      </w:r>
      <w:r w:rsidR="00D637F7" w:rsidRPr="00983C6C">
        <w:rPr>
          <w:b/>
          <w:bCs/>
          <w:u w:val="single"/>
          <w:lang w:val="ro-RO"/>
        </w:rPr>
        <w:t>:</w:t>
      </w:r>
      <w:r w:rsidR="003C4213" w:rsidRPr="00983C6C">
        <w:rPr>
          <w:lang w:val="ro-RO"/>
        </w:rPr>
        <w:t xml:space="preserve"> C</w:t>
      </w:r>
      <w:r w:rsidR="005A6F16" w:rsidRPr="00983C6C">
        <w:rPr>
          <w:lang w:val="ro-RO"/>
        </w:rPr>
        <w:t xml:space="preserve">u </w:t>
      </w:r>
      <w:r w:rsidR="008B520F" w:rsidRPr="00983C6C">
        <w:rPr>
          <w:lang w:val="ro-RO"/>
        </w:rPr>
        <w:t>referir</w:t>
      </w:r>
      <w:r w:rsidR="0001023E" w:rsidRPr="00983C6C">
        <w:rPr>
          <w:lang w:val="ro-RO"/>
        </w:rPr>
        <w:t xml:space="preserve">e la </w:t>
      </w:r>
      <w:r w:rsidR="00317BEF" w:rsidRPr="00983C6C">
        <w:rPr>
          <w:lang w:val="ro-RO"/>
        </w:rPr>
        <w:t>toa</w:t>
      </w:r>
      <w:r w:rsidR="00F25C93" w:rsidRPr="00983C6C">
        <w:rPr>
          <w:lang w:val="ro-RO"/>
        </w:rPr>
        <w:t xml:space="preserve">te </w:t>
      </w:r>
      <w:r w:rsidR="006B3B3D" w:rsidRPr="00983C6C">
        <w:rPr>
          <w:lang w:val="ro-RO"/>
        </w:rPr>
        <w:t>tre</w:t>
      </w:r>
      <w:r w:rsidR="00A4115E" w:rsidRPr="00A4115E">
        <w:rPr>
          <w:lang w:val="ro-RO"/>
        </w:rPr>
        <w:t>i</w:t>
      </w:r>
      <w:r w:rsidR="00044797" w:rsidRPr="00983C6C">
        <w:rPr>
          <w:lang w:val="ro-RO"/>
        </w:rPr>
        <w:t xml:space="preserve"> </w:t>
      </w:r>
      <w:r w:rsidR="0058467A" w:rsidRPr="00983C6C">
        <w:rPr>
          <w:lang w:val="ro-RO"/>
        </w:rPr>
        <w:t>se</w:t>
      </w:r>
      <w:r w:rsidR="003E1CB4" w:rsidRPr="00983C6C">
        <w:rPr>
          <w:lang w:val="ro-RO"/>
        </w:rPr>
        <w:t>c</w:t>
      </w:r>
      <w:r w:rsidR="000409E5" w:rsidRPr="00983C6C">
        <w:rPr>
          <w:lang w:val="ro-RO"/>
        </w:rPr>
        <w:t>ț</w:t>
      </w:r>
      <w:r w:rsidR="00A80221" w:rsidRPr="00983C6C">
        <w:rPr>
          <w:lang w:val="ro-RO"/>
        </w:rPr>
        <w:t>iuni</w:t>
      </w:r>
      <w:r w:rsidR="00694346" w:rsidRPr="00983C6C">
        <w:rPr>
          <w:lang w:val="ro-RO"/>
        </w:rPr>
        <w:t xml:space="preserve"> </w:t>
      </w:r>
      <w:r w:rsidR="00DE2FF5" w:rsidRPr="00983C6C">
        <w:rPr>
          <w:lang w:val="ro-RO"/>
        </w:rPr>
        <w:t xml:space="preserve">ale </w:t>
      </w:r>
      <w:r w:rsidR="00A4115E" w:rsidRPr="00A4115E">
        <w:rPr>
          <w:lang w:val="ro-RO"/>
        </w:rPr>
        <w:t>punctului</w:t>
      </w:r>
      <w:r w:rsidR="003C4AEA" w:rsidRPr="00983C6C">
        <w:rPr>
          <w:lang w:val="ro-RO"/>
        </w:rPr>
        <w:t xml:space="preserve"> </w:t>
      </w:r>
      <w:r w:rsidR="00A234F0" w:rsidRPr="00983C6C">
        <w:rPr>
          <w:lang w:val="ro-RO"/>
        </w:rPr>
        <w:t>3.</w:t>
      </w:r>
      <w:r w:rsidR="00107D9A" w:rsidRPr="00983C6C">
        <w:rPr>
          <w:lang w:val="ro-RO"/>
        </w:rPr>
        <w:t>1</w:t>
      </w:r>
      <w:r w:rsidR="00F14198">
        <w:rPr>
          <w:lang w:val="ro-RO"/>
        </w:rPr>
        <w:t>,</w:t>
      </w:r>
      <w:r w:rsidR="00933F7C" w:rsidRPr="00983C6C">
        <w:rPr>
          <w:lang w:val="ro-RO"/>
        </w:rPr>
        <w:t xml:space="preserve"> </w:t>
      </w:r>
      <w:r w:rsidR="00F14198">
        <w:rPr>
          <w:rFonts w:cs="Calibri"/>
          <w:color w:val="595959" w:themeColor="text1" w:themeTint="A6"/>
          <w:lang w:val="ro-RO"/>
        </w:rPr>
        <w:t>v</w:t>
      </w:r>
      <w:r w:rsidR="00A4115E" w:rsidRPr="00983C6C">
        <w:rPr>
          <w:rFonts w:cs="Calibri"/>
          <w:color w:val="595959" w:themeColor="text1" w:themeTint="A6"/>
          <w:lang w:val="ro-RO"/>
        </w:rPr>
        <w:t>ă rugăm să definiți clar rezultatele pe care vă propuneți să le obțineți și să indicați valorile-țintă aferente indicatorilor de progres care vor fi utilizați pentru monitorizarea și evaluarea acestora.</w:t>
      </w:r>
    </w:p>
    <w:p w14:paraId="22A2620E" w14:textId="34FD2009" w:rsidR="006D3958" w:rsidRPr="0044448F" w:rsidRDefault="00BC39E0" w:rsidP="136E4DCB">
      <w:pPr>
        <w:rPr>
          <w:rFonts w:cs="Calibri"/>
          <w:lang w:val="ro-RO"/>
        </w:rPr>
      </w:pPr>
      <w:r w:rsidRPr="003A2482">
        <w:rPr>
          <w:lang w:val="ro-RO"/>
        </w:rPr>
        <w:br/>
      </w:r>
      <w:r w:rsidR="5CBD20D0" w:rsidRPr="136E4DCB">
        <w:rPr>
          <w:rFonts w:cs="Calibri"/>
          <w:b/>
          <w:bCs/>
          <w:sz w:val="24"/>
          <w:szCs w:val="24"/>
          <w:lang w:val="ro-RO"/>
        </w:rPr>
        <w:t>3.2. Planul de Lucru</w:t>
      </w:r>
    </w:p>
    <w:p w14:paraId="4A987B3E" w14:textId="59D210D5" w:rsidR="006D3958" w:rsidRPr="00F128A7" w:rsidRDefault="5CBD20D0" w:rsidP="136E4DCB">
      <w:pPr>
        <w:spacing w:after="120"/>
        <w:ind w:left="360"/>
        <w:rPr>
          <w:rFonts w:cs="Calibri"/>
          <w:lang w:val="ro-RO"/>
        </w:rPr>
      </w:pPr>
      <w:r w:rsidRPr="00F128A7">
        <w:rPr>
          <w:rFonts w:cs="Calibri"/>
          <w:i/>
          <w:iCs/>
          <w:color w:val="595959" w:themeColor="text1" w:themeTint="A6"/>
          <w:lang w:val="ro-RO"/>
        </w:rPr>
        <w:t>Furnizați un rezumat al principalelor activități și al calendarului estimat pentru perioada de implementare a proiectului. Vă rugăm să indicați unde vor fi colectate și raportate date dezagregate pe sexe, dacă este cazul.</w:t>
      </w:r>
    </w:p>
    <w:tbl>
      <w:tblPr>
        <w:tblStyle w:val="TableGrid"/>
        <w:tblW w:w="0" w:type="auto"/>
        <w:tblLook w:val="04A0" w:firstRow="1" w:lastRow="0" w:firstColumn="1" w:lastColumn="0" w:noHBand="0" w:noVBand="1"/>
      </w:tblPr>
      <w:tblGrid>
        <w:gridCol w:w="2605"/>
        <w:gridCol w:w="720"/>
        <w:gridCol w:w="630"/>
        <w:gridCol w:w="720"/>
        <w:gridCol w:w="720"/>
        <w:gridCol w:w="630"/>
        <w:gridCol w:w="720"/>
        <w:gridCol w:w="720"/>
        <w:gridCol w:w="720"/>
        <w:gridCol w:w="720"/>
        <w:gridCol w:w="628"/>
        <w:gridCol w:w="628"/>
      </w:tblGrid>
      <w:tr w:rsidR="00A719F3" w14:paraId="3D572771" w14:textId="77777777" w:rsidTr="136E4DCB">
        <w:tc>
          <w:tcPr>
            <w:tcW w:w="2605" w:type="dxa"/>
            <w:shd w:val="clear" w:color="auto" w:fill="DBE5F1" w:themeFill="accent1" w:themeFillTint="33"/>
          </w:tcPr>
          <w:p w14:paraId="2E938640" w14:textId="039F7C5E" w:rsidR="009C0A92" w:rsidRDefault="3F3E304D" w:rsidP="136E4DCB">
            <w:pPr>
              <w:rPr>
                <w:rFonts w:cs="Calibri"/>
                <w:lang w:val="ro-RO"/>
              </w:rPr>
            </w:pPr>
            <w:r w:rsidRPr="136E4DCB">
              <w:rPr>
                <w:rFonts w:cs="Calibri"/>
                <w:i/>
                <w:iCs/>
                <w:lang w:val="ro-RO"/>
              </w:rPr>
              <w:t>Activități și subactivități</w:t>
            </w:r>
          </w:p>
        </w:tc>
        <w:tc>
          <w:tcPr>
            <w:tcW w:w="720" w:type="dxa"/>
            <w:shd w:val="clear" w:color="auto" w:fill="DBE5F1" w:themeFill="accent1" w:themeFillTint="33"/>
          </w:tcPr>
          <w:p w14:paraId="6C920BD4" w14:textId="5EB50E21" w:rsidR="009C0A92" w:rsidRDefault="557EDF37" w:rsidP="136E4DCB">
            <w:pPr>
              <w:rPr>
                <w:rFonts w:cs="Calibri"/>
                <w:lang w:val="ro-RO"/>
              </w:rPr>
            </w:pPr>
            <w:r w:rsidRPr="136E4DCB">
              <w:rPr>
                <w:rFonts w:cs="Calibri"/>
                <w:lang w:val="ro-RO"/>
              </w:rPr>
              <w:t>L1</w:t>
            </w:r>
          </w:p>
        </w:tc>
        <w:tc>
          <w:tcPr>
            <w:tcW w:w="630" w:type="dxa"/>
            <w:shd w:val="clear" w:color="auto" w:fill="DBE5F1" w:themeFill="accent1" w:themeFillTint="33"/>
          </w:tcPr>
          <w:p w14:paraId="39DCC844" w14:textId="12FD7D3F" w:rsidR="009C0A92" w:rsidRDefault="557EDF37" w:rsidP="136E4DCB">
            <w:pPr>
              <w:rPr>
                <w:rFonts w:cs="Calibri"/>
                <w:lang w:val="ro-RO"/>
              </w:rPr>
            </w:pPr>
            <w:r w:rsidRPr="136E4DCB">
              <w:rPr>
                <w:rFonts w:cs="Calibri"/>
                <w:lang w:val="ro-RO"/>
              </w:rPr>
              <w:t>L2</w:t>
            </w:r>
          </w:p>
        </w:tc>
        <w:tc>
          <w:tcPr>
            <w:tcW w:w="720" w:type="dxa"/>
            <w:shd w:val="clear" w:color="auto" w:fill="DBE5F1" w:themeFill="accent1" w:themeFillTint="33"/>
          </w:tcPr>
          <w:p w14:paraId="65FBA31B" w14:textId="0B722A1C" w:rsidR="009C0A92" w:rsidRDefault="557EDF37" w:rsidP="136E4DCB">
            <w:pPr>
              <w:rPr>
                <w:rFonts w:cs="Calibri"/>
                <w:lang w:val="ro-RO"/>
              </w:rPr>
            </w:pPr>
            <w:r w:rsidRPr="136E4DCB">
              <w:rPr>
                <w:rFonts w:cs="Calibri"/>
                <w:lang w:val="ro-RO"/>
              </w:rPr>
              <w:t>L3</w:t>
            </w:r>
          </w:p>
        </w:tc>
        <w:tc>
          <w:tcPr>
            <w:tcW w:w="720" w:type="dxa"/>
            <w:shd w:val="clear" w:color="auto" w:fill="DBE5F1" w:themeFill="accent1" w:themeFillTint="33"/>
          </w:tcPr>
          <w:p w14:paraId="01AD2AD0" w14:textId="371B8093" w:rsidR="009C0A92" w:rsidRDefault="557EDF37" w:rsidP="136E4DCB">
            <w:pPr>
              <w:rPr>
                <w:rFonts w:cs="Calibri"/>
                <w:lang w:val="ro-RO"/>
              </w:rPr>
            </w:pPr>
            <w:r w:rsidRPr="136E4DCB">
              <w:rPr>
                <w:rFonts w:cs="Calibri"/>
                <w:lang w:val="ro-RO"/>
              </w:rPr>
              <w:t>L4</w:t>
            </w:r>
          </w:p>
        </w:tc>
        <w:tc>
          <w:tcPr>
            <w:tcW w:w="630" w:type="dxa"/>
            <w:shd w:val="clear" w:color="auto" w:fill="DBE5F1" w:themeFill="accent1" w:themeFillTint="33"/>
          </w:tcPr>
          <w:p w14:paraId="6B502588" w14:textId="34AA0B6E" w:rsidR="009C0A92" w:rsidRDefault="3F3E304D" w:rsidP="136E4DCB">
            <w:pPr>
              <w:rPr>
                <w:rFonts w:cs="Calibri"/>
                <w:lang w:val="ro-RO"/>
              </w:rPr>
            </w:pPr>
            <w:r w:rsidRPr="136E4DCB">
              <w:rPr>
                <w:rFonts w:cs="Calibri"/>
                <w:lang w:val="ro-RO"/>
              </w:rPr>
              <w:t>L5</w:t>
            </w:r>
          </w:p>
        </w:tc>
        <w:tc>
          <w:tcPr>
            <w:tcW w:w="720" w:type="dxa"/>
            <w:shd w:val="clear" w:color="auto" w:fill="DBE5F1" w:themeFill="accent1" w:themeFillTint="33"/>
          </w:tcPr>
          <w:p w14:paraId="7CBCC68B" w14:textId="68D96538" w:rsidR="009C0A92" w:rsidRDefault="3F3E304D" w:rsidP="136E4DCB">
            <w:pPr>
              <w:rPr>
                <w:rFonts w:cs="Calibri"/>
                <w:lang w:val="ro-RO"/>
              </w:rPr>
            </w:pPr>
            <w:r w:rsidRPr="136E4DCB">
              <w:rPr>
                <w:rFonts w:cs="Calibri"/>
                <w:lang w:val="ro-RO"/>
              </w:rPr>
              <w:t>L6</w:t>
            </w:r>
          </w:p>
        </w:tc>
        <w:tc>
          <w:tcPr>
            <w:tcW w:w="720" w:type="dxa"/>
            <w:shd w:val="clear" w:color="auto" w:fill="DBE5F1" w:themeFill="accent1" w:themeFillTint="33"/>
          </w:tcPr>
          <w:p w14:paraId="7119C83E" w14:textId="49938977" w:rsidR="009C0A92" w:rsidRDefault="3F3E304D" w:rsidP="136E4DCB">
            <w:pPr>
              <w:rPr>
                <w:rFonts w:cs="Calibri"/>
                <w:lang w:val="ro-RO"/>
              </w:rPr>
            </w:pPr>
            <w:r w:rsidRPr="136E4DCB">
              <w:rPr>
                <w:rFonts w:cs="Calibri"/>
                <w:lang w:val="ro-RO"/>
              </w:rPr>
              <w:t>L7</w:t>
            </w:r>
          </w:p>
        </w:tc>
        <w:tc>
          <w:tcPr>
            <w:tcW w:w="720" w:type="dxa"/>
            <w:shd w:val="clear" w:color="auto" w:fill="DBE5F1" w:themeFill="accent1" w:themeFillTint="33"/>
          </w:tcPr>
          <w:p w14:paraId="0523D535" w14:textId="6C4A1B47" w:rsidR="009C0A92" w:rsidRDefault="3F3E304D" w:rsidP="136E4DCB">
            <w:pPr>
              <w:rPr>
                <w:rFonts w:cs="Calibri"/>
                <w:lang w:val="ro-RO"/>
              </w:rPr>
            </w:pPr>
            <w:r w:rsidRPr="136E4DCB">
              <w:rPr>
                <w:rFonts w:cs="Calibri"/>
                <w:lang w:val="ro-RO"/>
              </w:rPr>
              <w:t>L8</w:t>
            </w:r>
          </w:p>
        </w:tc>
        <w:tc>
          <w:tcPr>
            <w:tcW w:w="720" w:type="dxa"/>
            <w:shd w:val="clear" w:color="auto" w:fill="DBE5F1" w:themeFill="accent1" w:themeFillTint="33"/>
          </w:tcPr>
          <w:p w14:paraId="4AB70E45" w14:textId="51C3E44D" w:rsidR="009C0A92" w:rsidRDefault="3F3E304D" w:rsidP="136E4DCB">
            <w:pPr>
              <w:rPr>
                <w:rFonts w:cs="Calibri"/>
                <w:lang w:val="ro-RO"/>
              </w:rPr>
            </w:pPr>
            <w:r w:rsidRPr="136E4DCB">
              <w:rPr>
                <w:rFonts w:cs="Calibri"/>
                <w:lang w:val="ro-RO"/>
              </w:rPr>
              <w:t>L9</w:t>
            </w:r>
          </w:p>
        </w:tc>
        <w:tc>
          <w:tcPr>
            <w:tcW w:w="628" w:type="dxa"/>
            <w:shd w:val="clear" w:color="auto" w:fill="DBE5F1" w:themeFill="accent1" w:themeFillTint="33"/>
          </w:tcPr>
          <w:p w14:paraId="6BAB59DC" w14:textId="2279C78B" w:rsidR="009C0A92" w:rsidRDefault="3F3E304D" w:rsidP="136E4DCB">
            <w:pPr>
              <w:rPr>
                <w:rFonts w:cs="Calibri"/>
                <w:lang w:val="ro-RO"/>
              </w:rPr>
            </w:pPr>
            <w:r w:rsidRPr="136E4DCB">
              <w:rPr>
                <w:rFonts w:cs="Calibri"/>
                <w:lang w:val="ro-RO"/>
              </w:rPr>
              <w:t>L10</w:t>
            </w:r>
          </w:p>
        </w:tc>
        <w:tc>
          <w:tcPr>
            <w:tcW w:w="628" w:type="dxa"/>
            <w:shd w:val="clear" w:color="auto" w:fill="DBE5F1" w:themeFill="accent1" w:themeFillTint="33"/>
          </w:tcPr>
          <w:p w14:paraId="27A3433C" w14:textId="4F379411" w:rsidR="009C0A92" w:rsidRDefault="3F3E304D" w:rsidP="136E4DCB">
            <w:pPr>
              <w:rPr>
                <w:rFonts w:cs="Calibri"/>
                <w:lang w:val="ro-RO"/>
              </w:rPr>
            </w:pPr>
            <w:r w:rsidRPr="136E4DCB">
              <w:rPr>
                <w:rFonts w:cs="Calibri"/>
                <w:lang w:val="ro-RO"/>
              </w:rPr>
              <w:t>L11</w:t>
            </w:r>
          </w:p>
        </w:tc>
      </w:tr>
      <w:tr w:rsidR="00A719F3" w14:paraId="06206C38" w14:textId="77777777" w:rsidTr="136E4DCB">
        <w:tc>
          <w:tcPr>
            <w:tcW w:w="2605" w:type="dxa"/>
          </w:tcPr>
          <w:p w14:paraId="5391014D" w14:textId="5F5323DB" w:rsidR="00A719F3" w:rsidRDefault="3F3E304D" w:rsidP="136E4DCB">
            <w:pPr>
              <w:rPr>
                <w:rFonts w:cs="Calibri"/>
                <w:lang w:val="ro-RO"/>
              </w:rPr>
            </w:pPr>
            <w:r w:rsidRPr="136E4DCB">
              <w:rPr>
                <w:rFonts w:cs="Calibri"/>
                <w:lang w:val="ro-RO"/>
              </w:rPr>
              <w:t>Activitatea 1: Informare</w:t>
            </w:r>
          </w:p>
        </w:tc>
        <w:tc>
          <w:tcPr>
            <w:tcW w:w="720" w:type="dxa"/>
          </w:tcPr>
          <w:p w14:paraId="7CEBCC59" w14:textId="77777777" w:rsidR="00A719F3" w:rsidRDefault="00A719F3" w:rsidP="136E4DCB">
            <w:pPr>
              <w:rPr>
                <w:rFonts w:cs="Calibri"/>
                <w:lang w:val="ro-RO"/>
              </w:rPr>
            </w:pPr>
          </w:p>
        </w:tc>
        <w:tc>
          <w:tcPr>
            <w:tcW w:w="630" w:type="dxa"/>
          </w:tcPr>
          <w:p w14:paraId="7D0B6951" w14:textId="77777777" w:rsidR="00A719F3" w:rsidRDefault="00A719F3" w:rsidP="136E4DCB">
            <w:pPr>
              <w:rPr>
                <w:rFonts w:cs="Calibri"/>
                <w:lang w:val="ro-RO"/>
              </w:rPr>
            </w:pPr>
          </w:p>
        </w:tc>
        <w:tc>
          <w:tcPr>
            <w:tcW w:w="720" w:type="dxa"/>
          </w:tcPr>
          <w:p w14:paraId="39D43359" w14:textId="77777777" w:rsidR="00A719F3" w:rsidRDefault="00A719F3" w:rsidP="136E4DCB">
            <w:pPr>
              <w:rPr>
                <w:rFonts w:cs="Calibri"/>
                <w:lang w:val="ro-RO"/>
              </w:rPr>
            </w:pPr>
          </w:p>
        </w:tc>
        <w:tc>
          <w:tcPr>
            <w:tcW w:w="720" w:type="dxa"/>
          </w:tcPr>
          <w:p w14:paraId="1CC2BEF7" w14:textId="77777777" w:rsidR="00A719F3" w:rsidRDefault="00A719F3" w:rsidP="136E4DCB">
            <w:pPr>
              <w:rPr>
                <w:rFonts w:cs="Calibri"/>
                <w:lang w:val="ro-RO"/>
              </w:rPr>
            </w:pPr>
          </w:p>
        </w:tc>
        <w:tc>
          <w:tcPr>
            <w:tcW w:w="630" w:type="dxa"/>
          </w:tcPr>
          <w:p w14:paraId="7624D734" w14:textId="77777777" w:rsidR="00A719F3" w:rsidRDefault="00A719F3" w:rsidP="136E4DCB">
            <w:pPr>
              <w:rPr>
                <w:rFonts w:cs="Calibri"/>
                <w:lang w:val="ro-RO"/>
              </w:rPr>
            </w:pPr>
          </w:p>
        </w:tc>
        <w:tc>
          <w:tcPr>
            <w:tcW w:w="720" w:type="dxa"/>
          </w:tcPr>
          <w:p w14:paraId="7E60DF0C" w14:textId="77777777" w:rsidR="00A719F3" w:rsidRDefault="00A719F3" w:rsidP="136E4DCB">
            <w:pPr>
              <w:rPr>
                <w:rFonts w:cs="Calibri"/>
                <w:lang w:val="ro-RO"/>
              </w:rPr>
            </w:pPr>
          </w:p>
        </w:tc>
        <w:tc>
          <w:tcPr>
            <w:tcW w:w="720" w:type="dxa"/>
          </w:tcPr>
          <w:p w14:paraId="6559C49F" w14:textId="77777777" w:rsidR="00A719F3" w:rsidRDefault="00A719F3" w:rsidP="136E4DCB">
            <w:pPr>
              <w:rPr>
                <w:rFonts w:cs="Calibri"/>
                <w:lang w:val="ro-RO"/>
              </w:rPr>
            </w:pPr>
          </w:p>
        </w:tc>
        <w:tc>
          <w:tcPr>
            <w:tcW w:w="720" w:type="dxa"/>
          </w:tcPr>
          <w:p w14:paraId="3FD8EBF1" w14:textId="77777777" w:rsidR="00A719F3" w:rsidRDefault="00A719F3" w:rsidP="136E4DCB">
            <w:pPr>
              <w:rPr>
                <w:rFonts w:cs="Calibri"/>
                <w:lang w:val="ro-RO"/>
              </w:rPr>
            </w:pPr>
          </w:p>
        </w:tc>
        <w:tc>
          <w:tcPr>
            <w:tcW w:w="720" w:type="dxa"/>
          </w:tcPr>
          <w:p w14:paraId="7FE050C4" w14:textId="77777777" w:rsidR="00A719F3" w:rsidRDefault="00A719F3" w:rsidP="136E4DCB">
            <w:pPr>
              <w:rPr>
                <w:rFonts w:cs="Calibri"/>
                <w:lang w:val="ro-RO"/>
              </w:rPr>
            </w:pPr>
          </w:p>
        </w:tc>
        <w:tc>
          <w:tcPr>
            <w:tcW w:w="628" w:type="dxa"/>
          </w:tcPr>
          <w:p w14:paraId="5B8775B3" w14:textId="77777777" w:rsidR="00A719F3" w:rsidRDefault="00A719F3" w:rsidP="136E4DCB">
            <w:pPr>
              <w:rPr>
                <w:rFonts w:cs="Calibri"/>
                <w:lang w:val="ro-RO"/>
              </w:rPr>
            </w:pPr>
          </w:p>
        </w:tc>
        <w:tc>
          <w:tcPr>
            <w:tcW w:w="628" w:type="dxa"/>
          </w:tcPr>
          <w:p w14:paraId="76BB2FA9" w14:textId="77777777" w:rsidR="00A719F3" w:rsidRDefault="00A719F3" w:rsidP="136E4DCB">
            <w:pPr>
              <w:rPr>
                <w:rFonts w:cs="Calibri"/>
                <w:lang w:val="ro-RO"/>
              </w:rPr>
            </w:pPr>
          </w:p>
        </w:tc>
      </w:tr>
      <w:tr w:rsidR="00A719F3" w14:paraId="4948B8B1" w14:textId="77777777" w:rsidTr="136E4DCB">
        <w:tc>
          <w:tcPr>
            <w:tcW w:w="2605" w:type="dxa"/>
          </w:tcPr>
          <w:p w14:paraId="24E463B5" w14:textId="13937EE0" w:rsidR="00A719F3" w:rsidRDefault="3F3E304D" w:rsidP="136E4DCB">
            <w:pPr>
              <w:rPr>
                <w:rFonts w:cs="Calibri"/>
                <w:lang w:val="ro-RO"/>
              </w:rPr>
            </w:pPr>
            <w:r w:rsidRPr="136E4DCB">
              <w:rPr>
                <w:rFonts w:cs="Calibri"/>
                <w:i/>
                <w:iCs/>
                <w:lang w:val="ro-RO"/>
              </w:rPr>
              <w:t>Subactivitatea 1.1</w:t>
            </w:r>
          </w:p>
        </w:tc>
        <w:tc>
          <w:tcPr>
            <w:tcW w:w="720" w:type="dxa"/>
          </w:tcPr>
          <w:p w14:paraId="68D1D58B" w14:textId="77777777" w:rsidR="00A719F3" w:rsidRDefault="00A719F3" w:rsidP="136E4DCB">
            <w:pPr>
              <w:rPr>
                <w:rFonts w:cs="Calibri"/>
                <w:lang w:val="ro-RO"/>
              </w:rPr>
            </w:pPr>
          </w:p>
        </w:tc>
        <w:tc>
          <w:tcPr>
            <w:tcW w:w="630" w:type="dxa"/>
          </w:tcPr>
          <w:p w14:paraId="54FA1794" w14:textId="77777777" w:rsidR="00A719F3" w:rsidRDefault="00A719F3" w:rsidP="136E4DCB">
            <w:pPr>
              <w:rPr>
                <w:rFonts w:cs="Calibri"/>
                <w:lang w:val="ro-RO"/>
              </w:rPr>
            </w:pPr>
          </w:p>
        </w:tc>
        <w:tc>
          <w:tcPr>
            <w:tcW w:w="720" w:type="dxa"/>
          </w:tcPr>
          <w:p w14:paraId="196759B1" w14:textId="77777777" w:rsidR="00A719F3" w:rsidRDefault="00A719F3" w:rsidP="136E4DCB">
            <w:pPr>
              <w:rPr>
                <w:rFonts w:cs="Calibri"/>
                <w:lang w:val="ro-RO"/>
              </w:rPr>
            </w:pPr>
          </w:p>
        </w:tc>
        <w:tc>
          <w:tcPr>
            <w:tcW w:w="720" w:type="dxa"/>
          </w:tcPr>
          <w:p w14:paraId="2CE8955F" w14:textId="77777777" w:rsidR="00A719F3" w:rsidRDefault="00A719F3" w:rsidP="136E4DCB">
            <w:pPr>
              <w:rPr>
                <w:rFonts w:cs="Calibri"/>
                <w:lang w:val="ro-RO"/>
              </w:rPr>
            </w:pPr>
          </w:p>
        </w:tc>
        <w:tc>
          <w:tcPr>
            <w:tcW w:w="630" w:type="dxa"/>
          </w:tcPr>
          <w:p w14:paraId="71B72E95" w14:textId="77777777" w:rsidR="00A719F3" w:rsidRDefault="00A719F3" w:rsidP="136E4DCB">
            <w:pPr>
              <w:rPr>
                <w:rFonts w:cs="Calibri"/>
                <w:lang w:val="ro-RO"/>
              </w:rPr>
            </w:pPr>
          </w:p>
        </w:tc>
        <w:tc>
          <w:tcPr>
            <w:tcW w:w="720" w:type="dxa"/>
          </w:tcPr>
          <w:p w14:paraId="1B82F880" w14:textId="77777777" w:rsidR="00A719F3" w:rsidRDefault="00A719F3" w:rsidP="136E4DCB">
            <w:pPr>
              <w:rPr>
                <w:rFonts w:cs="Calibri"/>
                <w:lang w:val="ro-RO"/>
              </w:rPr>
            </w:pPr>
          </w:p>
        </w:tc>
        <w:tc>
          <w:tcPr>
            <w:tcW w:w="720" w:type="dxa"/>
          </w:tcPr>
          <w:p w14:paraId="0A840F69" w14:textId="77777777" w:rsidR="00A719F3" w:rsidRDefault="00A719F3" w:rsidP="136E4DCB">
            <w:pPr>
              <w:rPr>
                <w:rFonts w:cs="Calibri"/>
                <w:lang w:val="ro-RO"/>
              </w:rPr>
            </w:pPr>
          </w:p>
        </w:tc>
        <w:tc>
          <w:tcPr>
            <w:tcW w:w="720" w:type="dxa"/>
          </w:tcPr>
          <w:p w14:paraId="074FD882" w14:textId="77777777" w:rsidR="00A719F3" w:rsidRDefault="00A719F3" w:rsidP="136E4DCB">
            <w:pPr>
              <w:rPr>
                <w:rFonts w:cs="Calibri"/>
                <w:lang w:val="ro-RO"/>
              </w:rPr>
            </w:pPr>
          </w:p>
        </w:tc>
        <w:tc>
          <w:tcPr>
            <w:tcW w:w="720" w:type="dxa"/>
          </w:tcPr>
          <w:p w14:paraId="1D31B0E5" w14:textId="77777777" w:rsidR="00A719F3" w:rsidRDefault="00A719F3" w:rsidP="136E4DCB">
            <w:pPr>
              <w:rPr>
                <w:rFonts w:cs="Calibri"/>
                <w:lang w:val="ro-RO"/>
              </w:rPr>
            </w:pPr>
          </w:p>
        </w:tc>
        <w:tc>
          <w:tcPr>
            <w:tcW w:w="628" w:type="dxa"/>
          </w:tcPr>
          <w:p w14:paraId="165C077A" w14:textId="77777777" w:rsidR="00A719F3" w:rsidRDefault="00A719F3" w:rsidP="136E4DCB">
            <w:pPr>
              <w:rPr>
                <w:rFonts w:cs="Calibri"/>
                <w:lang w:val="ro-RO"/>
              </w:rPr>
            </w:pPr>
          </w:p>
        </w:tc>
        <w:tc>
          <w:tcPr>
            <w:tcW w:w="628" w:type="dxa"/>
          </w:tcPr>
          <w:p w14:paraId="63979555" w14:textId="77777777" w:rsidR="00A719F3" w:rsidRDefault="00A719F3" w:rsidP="136E4DCB">
            <w:pPr>
              <w:rPr>
                <w:rFonts w:cs="Calibri"/>
                <w:lang w:val="ro-RO"/>
              </w:rPr>
            </w:pPr>
          </w:p>
        </w:tc>
      </w:tr>
      <w:tr w:rsidR="00A719F3" w14:paraId="2BE8E894" w14:textId="77777777" w:rsidTr="136E4DCB">
        <w:tc>
          <w:tcPr>
            <w:tcW w:w="2605" w:type="dxa"/>
          </w:tcPr>
          <w:p w14:paraId="05E23DD7" w14:textId="1C770396" w:rsidR="00A719F3" w:rsidRDefault="3F3E304D" w:rsidP="136E4DCB">
            <w:pPr>
              <w:rPr>
                <w:rFonts w:cs="Calibri"/>
                <w:lang w:val="ro-RO"/>
              </w:rPr>
            </w:pPr>
            <w:r w:rsidRPr="136E4DCB">
              <w:rPr>
                <w:rFonts w:cs="Calibri"/>
                <w:i/>
                <w:iCs/>
                <w:lang w:val="ro-RO"/>
              </w:rPr>
              <w:t>Subactivitatea 1.2</w:t>
            </w:r>
          </w:p>
        </w:tc>
        <w:tc>
          <w:tcPr>
            <w:tcW w:w="720" w:type="dxa"/>
          </w:tcPr>
          <w:p w14:paraId="536B04EC" w14:textId="77777777" w:rsidR="00A719F3" w:rsidRDefault="00A719F3" w:rsidP="136E4DCB">
            <w:pPr>
              <w:rPr>
                <w:rFonts w:cs="Calibri"/>
                <w:lang w:val="ro-RO"/>
              </w:rPr>
            </w:pPr>
          </w:p>
        </w:tc>
        <w:tc>
          <w:tcPr>
            <w:tcW w:w="630" w:type="dxa"/>
          </w:tcPr>
          <w:p w14:paraId="4BA8A4D4" w14:textId="77777777" w:rsidR="00A719F3" w:rsidRDefault="00A719F3" w:rsidP="136E4DCB">
            <w:pPr>
              <w:rPr>
                <w:rFonts w:cs="Calibri"/>
                <w:lang w:val="ro-RO"/>
              </w:rPr>
            </w:pPr>
          </w:p>
        </w:tc>
        <w:tc>
          <w:tcPr>
            <w:tcW w:w="720" w:type="dxa"/>
          </w:tcPr>
          <w:p w14:paraId="1FC843B7" w14:textId="77777777" w:rsidR="00A719F3" w:rsidRDefault="00A719F3" w:rsidP="136E4DCB">
            <w:pPr>
              <w:rPr>
                <w:rFonts w:cs="Calibri"/>
                <w:lang w:val="ro-RO"/>
              </w:rPr>
            </w:pPr>
          </w:p>
        </w:tc>
        <w:tc>
          <w:tcPr>
            <w:tcW w:w="720" w:type="dxa"/>
          </w:tcPr>
          <w:p w14:paraId="60DA9021" w14:textId="77777777" w:rsidR="00A719F3" w:rsidRDefault="00A719F3" w:rsidP="136E4DCB">
            <w:pPr>
              <w:rPr>
                <w:rFonts w:cs="Calibri"/>
                <w:lang w:val="ro-RO"/>
              </w:rPr>
            </w:pPr>
          </w:p>
        </w:tc>
        <w:tc>
          <w:tcPr>
            <w:tcW w:w="630" w:type="dxa"/>
          </w:tcPr>
          <w:p w14:paraId="3BD83B39" w14:textId="77777777" w:rsidR="00A719F3" w:rsidRDefault="00A719F3" w:rsidP="136E4DCB">
            <w:pPr>
              <w:rPr>
                <w:rFonts w:cs="Calibri"/>
                <w:lang w:val="ro-RO"/>
              </w:rPr>
            </w:pPr>
          </w:p>
        </w:tc>
        <w:tc>
          <w:tcPr>
            <w:tcW w:w="720" w:type="dxa"/>
          </w:tcPr>
          <w:p w14:paraId="7164CF7F" w14:textId="77777777" w:rsidR="00A719F3" w:rsidRDefault="00A719F3" w:rsidP="136E4DCB">
            <w:pPr>
              <w:rPr>
                <w:rFonts w:cs="Calibri"/>
                <w:lang w:val="ro-RO"/>
              </w:rPr>
            </w:pPr>
          </w:p>
        </w:tc>
        <w:tc>
          <w:tcPr>
            <w:tcW w:w="720" w:type="dxa"/>
          </w:tcPr>
          <w:p w14:paraId="43793A84" w14:textId="77777777" w:rsidR="00A719F3" w:rsidRDefault="00A719F3" w:rsidP="136E4DCB">
            <w:pPr>
              <w:rPr>
                <w:rFonts w:cs="Calibri"/>
                <w:lang w:val="ro-RO"/>
              </w:rPr>
            </w:pPr>
          </w:p>
        </w:tc>
        <w:tc>
          <w:tcPr>
            <w:tcW w:w="720" w:type="dxa"/>
          </w:tcPr>
          <w:p w14:paraId="1CC6ABB4" w14:textId="77777777" w:rsidR="00A719F3" w:rsidRDefault="00A719F3" w:rsidP="136E4DCB">
            <w:pPr>
              <w:rPr>
                <w:rFonts w:cs="Calibri"/>
                <w:lang w:val="ro-RO"/>
              </w:rPr>
            </w:pPr>
          </w:p>
        </w:tc>
        <w:tc>
          <w:tcPr>
            <w:tcW w:w="720" w:type="dxa"/>
          </w:tcPr>
          <w:p w14:paraId="0CB5D263" w14:textId="77777777" w:rsidR="00A719F3" w:rsidRDefault="00A719F3" w:rsidP="136E4DCB">
            <w:pPr>
              <w:rPr>
                <w:rFonts w:cs="Calibri"/>
                <w:lang w:val="ro-RO"/>
              </w:rPr>
            </w:pPr>
          </w:p>
        </w:tc>
        <w:tc>
          <w:tcPr>
            <w:tcW w:w="628" w:type="dxa"/>
          </w:tcPr>
          <w:p w14:paraId="3654EA12" w14:textId="77777777" w:rsidR="00A719F3" w:rsidRDefault="00A719F3" w:rsidP="136E4DCB">
            <w:pPr>
              <w:rPr>
                <w:rFonts w:cs="Calibri"/>
                <w:lang w:val="ro-RO"/>
              </w:rPr>
            </w:pPr>
          </w:p>
        </w:tc>
        <w:tc>
          <w:tcPr>
            <w:tcW w:w="628" w:type="dxa"/>
          </w:tcPr>
          <w:p w14:paraId="72A480AA" w14:textId="77777777" w:rsidR="00A719F3" w:rsidRDefault="00A719F3" w:rsidP="136E4DCB">
            <w:pPr>
              <w:rPr>
                <w:rFonts w:cs="Calibri"/>
                <w:lang w:val="ro-RO"/>
              </w:rPr>
            </w:pPr>
          </w:p>
        </w:tc>
      </w:tr>
      <w:tr w:rsidR="00A719F3" w:rsidRPr="00F7021B" w14:paraId="7A6BEF19" w14:textId="77777777" w:rsidTr="136E4DCB">
        <w:tc>
          <w:tcPr>
            <w:tcW w:w="2605" w:type="dxa"/>
          </w:tcPr>
          <w:p w14:paraId="212F421F" w14:textId="4FEFE013" w:rsidR="00A719F3" w:rsidRDefault="3F3E304D" w:rsidP="136E4DCB">
            <w:pPr>
              <w:rPr>
                <w:rFonts w:cs="Calibri"/>
                <w:lang w:val="ro-RO"/>
              </w:rPr>
            </w:pPr>
            <w:r w:rsidRPr="136E4DCB">
              <w:rPr>
                <w:rFonts w:cs="Calibri"/>
                <w:lang w:val="ro-RO"/>
              </w:rPr>
              <w:t>Activitatea 2: Asistență Tehnică</w:t>
            </w:r>
            <w:r w:rsidR="4C4DF070" w:rsidRPr="136E4DCB">
              <w:rPr>
                <w:rFonts w:cs="Calibri"/>
                <w:lang w:val="ro-RO"/>
              </w:rPr>
              <w:t>,</w:t>
            </w:r>
            <w:r w:rsidRPr="136E4DCB">
              <w:rPr>
                <w:rFonts w:cs="Calibri"/>
                <w:lang w:val="ro-RO"/>
              </w:rPr>
              <w:t xml:space="preserve"> Monitorizare și Raportare</w:t>
            </w:r>
          </w:p>
        </w:tc>
        <w:tc>
          <w:tcPr>
            <w:tcW w:w="720" w:type="dxa"/>
          </w:tcPr>
          <w:p w14:paraId="2D085643" w14:textId="77777777" w:rsidR="00A719F3" w:rsidRDefault="00A719F3" w:rsidP="136E4DCB">
            <w:pPr>
              <w:rPr>
                <w:rFonts w:cs="Calibri"/>
                <w:lang w:val="ro-RO"/>
              </w:rPr>
            </w:pPr>
          </w:p>
        </w:tc>
        <w:tc>
          <w:tcPr>
            <w:tcW w:w="630" w:type="dxa"/>
          </w:tcPr>
          <w:p w14:paraId="33E20841" w14:textId="77777777" w:rsidR="00A719F3" w:rsidRDefault="00A719F3" w:rsidP="136E4DCB">
            <w:pPr>
              <w:rPr>
                <w:rFonts w:cs="Calibri"/>
                <w:lang w:val="ro-RO"/>
              </w:rPr>
            </w:pPr>
          </w:p>
        </w:tc>
        <w:tc>
          <w:tcPr>
            <w:tcW w:w="720" w:type="dxa"/>
          </w:tcPr>
          <w:p w14:paraId="01637D22" w14:textId="77777777" w:rsidR="00A719F3" w:rsidRDefault="00A719F3" w:rsidP="136E4DCB">
            <w:pPr>
              <w:rPr>
                <w:rFonts w:cs="Calibri"/>
                <w:lang w:val="ro-RO"/>
              </w:rPr>
            </w:pPr>
          </w:p>
        </w:tc>
        <w:tc>
          <w:tcPr>
            <w:tcW w:w="720" w:type="dxa"/>
          </w:tcPr>
          <w:p w14:paraId="60C43AD2" w14:textId="77777777" w:rsidR="00A719F3" w:rsidRDefault="00A719F3" w:rsidP="136E4DCB">
            <w:pPr>
              <w:rPr>
                <w:rFonts w:cs="Calibri"/>
                <w:lang w:val="ro-RO"/>
              </w:rPr>
            </w:pPr>
          </w:p>
        </w:tc>
        <w:tc>
          <w:tcPr>
            <w:tcW w:w="630" w:type="dxa"/>
          </w:tcPr>
          <w:p w14:paraId="63117057" w14:textId="77777777" w:rsidR="00A719F3" w:rsidRDefault="00A719F3" w:rsidP="136E4DCB">
            <w:pPr>
              <w:rPr>
                <w:rFonts w:cs="Calibri"/>
                <w:lang w:val="ro-RO"/>
              </w:rPr>
            </w:pPr>
          </w:p>
        </w:tc>
        <w:tc>
          <w:tcPr>
            <w:tcW w:w="720" w:type="dxa"/>
          </w:tcPr>
          <w:p w14:paraId="2F0FAE0C" w14:textId="77777777" w:rsidR="00A719F3" w:rsidRDefault="00A719F3" w:rsidP="136E4DCB">
            <w:pPr>
              <w:rPr>
                <w:rFonts w:cs="Calibri"/>
                <w:lang w:val="ro-RO"/>
              </w:rPr>
            </w:pPr>
          </w:p>
        </w:tc>
        <w:tc>
          <w:tcPr>
            <w:tcW w:w="720" w:type="dxa"/>
          </w:tcPr>
          <w:p w14:paraId="0794C02E" w14:textId="77777777" w:rsidR="00A719F3" w:rsidRDefault="00A719F3" w:rsidP="136E4DCB">
            <w:pPr>
              <w:rPr>
                <w:rFonts w:cs="Calibri"/>
                <w:lang w:val="ro-RO"/>
              </w:rPr>
            </w:pPr>
          </w:p>
        </w:tc>
        <w:tc>
          <w:tcPr>
            <w:tcW w:w="720" w:type="dxa"/>
          </w:tcPr>
          <w:p w14:paraId="709D5290" w14:textId="77777777" w:rsidR="00A719F3" w:rsidRDefault="00A719F3" w:rsidP="136E4DCB">
            <w:pPr>
              <w:rPr>
                <w:rFonts w:cs="Calibri"/>
                <w:lang w:val="ro-RO"/>
              </w:rPr>
            </w:pPr>
          </w:p>
        </w:tc>
        <w:tc>
          <w:tcPr>
            <w:tcW w:w="720" w:type="dxa"/>
          </w:tcPr>
          <w:p w14:paraId="5E7564CF" w14:textId="77777777" w:rsidR="00A719F3" w:rsidRDefault="00A719F3" w:rsidP="136E4DCB">
            <w:pPr>
              <w:rPr>
                <w:rFonts w:cs="Calibri"/>
                <w:lang w:val="ro-RO"/>
              </w:rPr>
            </w:pPr>
          </w:p>
        </w:tc>
        <w:tc>
          <w:tcPr>
            <w:tcW w:w="628" w:type="dxa"/>
          </w:tcPr>
          <w:p w14:paraId="58A934D6" w14:textId="77777777" w:rsidR="00A719F3" w:rsidRDefault="00A719F3" w:rsidP="136E4DCB">
            <w:pPr>
              <w:rPr>
                <w:rFonts w:cs="Calibri"/>
                <w:lang w:val="ro-RO"/>
              </w:rPr>
            </w:pPr>
          </w:p>
        </w:tc>
        <w:tc>
          <w:tcPr>
            <w:tcW w:w="628" w:type="dxa"/>
          </w:tcPr>
          <w:p w14:paraId="6E5CD533" w14:textId="77777777" w:rsidR="00A719F3" w:rsidRDefault="00A719F3" w:rsidP="136E4DCB">
            <w:pPr>
              <w:rPr>
                <w:rFonts w:cs="Calibri"/>
                <w:lang w:val="ro-RO"/>
              </w:rPr>
            </w:pPr>
          </w:p>
        </w:tc>
      </w:tr>
      <w:tr w:rsidR="00A719F3" w14:paraId="3C127C08" w14:textId="77777777" w:rsidTr="136E4DCB">
        <w:tc>
          <w:tcPr>
            <w:tcW w:w="2605" w:type="dxa"/>
          </w:tcPr>
          <w:p w14:paraId="19C08FBD" w14:textId="7CA72B75" w:rsidR="00A719F3" w:rsidRDefault="3F3E304D" w:rsidP="136E4DCB">
            <w:pPr>
              <w:rPr>
                <w:rFonts w:cs="Calibri"/>
                <w:lang w:val="ro-RO"/>
              </w:rPr>
            </w:pPr>
            <w:r w:rsidRPr="136E4DCB">
              <w:rPr>
                <w:rFonts w:cs="Calibri"/>
                <w:i/>
                <w:iCs/>
                <w:lang w:val="ro-RO"/>
              </w:rPr>
              <w:t>Subactivitatea 2.1</w:t>
            </w:r>
          </w:p>
        </w:tc>
        <w:tc>
          <w:tcPr>
            <w:tcW w:w="720" w:type="dxa"/>
          </w:tcPr>
          <w:p w14:paraId="0B5710AB" w14:textId="77777777" w:rsidR="00A719F3" w:rsidRDefault="00A719F3" w:rsidP="136E4DCB">
            <w:pPr>
              <w:rPr>
                <w:rFonts w:cs="Calibri"/>
                <w:lang w:val="ro-RO"/>
              </w:rPr>
            </w:pPr>
          </w:p>
        </w:tc>
        <w:tc>
          <w:tcPr>
            <w:tcW w:w="630" w:type="dxa"/>
          </w:tcPr>
          <w:p w14:paraId="26271CC8" w14:textId="77777777" w:rsidR="00A719F3" w:rsidRDefault="00A719F3" w:rsidP="136E4DCB">
            <w:pPr>
              <w:rPr>
                <w:rFonts w:cs="Calibri"/>
                <w:lang w:val="ro-RO"/>
              </w:rPr>
            </w:pPr>
          </w:p>
        </w:tc>
        <w:tc>
          <w:tcPr>
            <w:tcW w:w="720" w:type="dxa"/>
          </w:tcPr>
          <w:p w14:paraId="4587E206" w14:textId="77777777" w:rsidR="00A719F3" w:rsidRDefault="00A719F3" w:rsidP="136E4DCB">
            <w:pPr>
              <w:rPr>
                <w:rFonts w:cs="Calibri"/>
                <w:lang w:val="ro-RO"/>
              </w:rPr>
            </w:pPr>
          </w:p>
        </w:tc>
        <w:tc>
          <w:tcPr>
            <w:tcW w:w="720" w:type="dxa"/>
          </w:tcPr>
          <w:p w14:paraId="08F6D0F5" w14:textId="77777777" w:rsidR="00A719F3" w:rsidRDefault="00A719F3" w:rsidP="136E4DCB">
            <w:pPr>
              <w:rPr>
                <w:rFonts w:cs="Calibri"/>
                <w:lang w:val="ro-RO"/>
              </w:rPr>
            </w:pPr>
          </w:p>
        </w:tc>
        <w:tc>
          <w:tcPr>
            <w:tcW w:w="630" w:type="dxa"/>
          </w:tcPr>
          <w:p w14:paraId="7FBAF322" w14:textId="77777777" w:rsidR="00A719F3" w:rsidRDefault="00A719F3" w:rsidP="136E4DCB">
            <w:pPr>
              <w:rPr>
                <w:rFonts w:cs="Calibri"/>
                <w:lang w:val="ro-RO"/>
              </w:rPr>
            </w:pPr>
          </w:p>
        </w:tc>
        <w:tc>
          <w:tcPr>
            <w:tcW w:w="720" w:type="dxa"/>
          </w:tcPr>
          <w:p w14:paraId="420E5F08" w14:textId="77777777" w:rsidR="00A719F3" w:rsidRDefault="00A719F3" w:rsidP="136E4DCB">
            <w:pPr>
              <w:rPr>
                <w:rFonts w:cs="Calibri"/>
                <w:lang w:val="ro-RO"/>
              </w:rPr>
            </w:pPr>
          </w:p>
        </w:tc>
        <w:tc>
          <w:tcPr>
            <w:tcW w:w="720" w:type="dxa"/>
          </w:tcPr>
          <w:p w14:paraId="3C607D2A" w14:textId="77777777" w:rsidR="00A719F3" w:rsidRDefault="00A719F3" w:rsidP="136E4DCB">
            <w:pPr>
              <w:rPr>
                <w:rFonts w:cs="Calibri"/>
                <w:lang w:val="ro-RO"/>
              </w:rPr>
            </w:pPr>
          </w:p>
        </w:tc>
        <w:tc>
          <w:tcPr>
            <w:tcW w:w="720" w:type="dxa"/>
          </w:tcPr>
          <w:p w14:paraId="5CAE8421" w14:textId="77777777" w:rsidR="00A719F3" w:rsidRDefault="00A719F3" w:rsidP="136E4DCB">
            <w:pPr>
              <w:rPr>
                <w:rFonts w:cs="Calibri"/>
                <w:lang w:val="ro-RO"/>
              </w:rPr>
            </w:pPr>
          </w:p>
        </w:tc>
        <w:tc>
          <w:tcPr>
            <w:tcW w:w="720" w:type="dxa"/>
          </w:tcPr>
          <w:p w14:paraId="2E0FD7F5" w14:textId="77777777" w:rsidR="00A719F3" w:rsidRDefault="00A719F3" w:rsidP="136E4DCB">
            <w:pPr>
              <w:rPr>
                <w:rFonts w:cs="Calibri"/>
                <w:lang w:val="ro-RO"/>
              </w:rPr>
            </w:pPr>
          </w:p>
        </w:tc>
        <w:tc>
          <w:tcPr>
            <w:tcW w:w="628" w:type="dxa"/>
          </w:tcPr>
          <w:p w14:paraId="30DC900C" w14:textId="77777777" w:rsidR="00A719F3" w:rsidRDefault="00A719F3" w:rsidP="136E4DCB">
            <w:pPr>
              <w:rPr>
                <w:rFonts w:cs="Calibri"/>
                <w:lang w:val="ro-RO"/>
              </w:rPr>
            </w:pPr>
          </w:p>
        </w:tc>
        <w:tc>
          <w:tcPr>
            <w:tcW w:w="628" w:type="dxa"/>
          </w:tcPr>
          <w:p w14:paraId="188EDF20" w14:textId="77777777" w:rsidR="00A719F3" w:rsidRDefault="00A719F3" w:rsidP="136E4DCB">
            <w:pPr>
              <w:rPr>
                <w:rFonts w:cs="Calibri"/>
                <w:lang w:val="ro-RO"/>
              </w:rPr>
            </w:pPr>
          </w:p>
        </w:tc>
      </w:tr>
      <w:tr w:rsidR="00A719F3" w14:paraId="12AD1B4C" w14:textId="77777777" w:rsidTr="136E4DCB">
        <w:tc>
          <w:tcPr>
            <w:tcW w:w="2605" w:type="dxa"/>
          </w:tcPr>
          <w:p w14:paraId="2C2D1B98" w14:textId="343B2589" w:rsidR="00A719F3" w:rsidRDefault="3F3E304D" w:rsidP="136E4DCB">
            <w:pPr>
              <w:rPr>
                <w:rFonts w:cs="Calibri"/>
                <w:lang w:val="ro-RO"/>
              </w:rPr>
            </w:pPr>
            <w:r w:rsidRPr="136E4DCB">
              <w:rPr>
                <w:rFonts w:cs="Calibri"/>
                <w:i/>
                <w:iCs/>
                <w:lang w:val="ro-RO"/>
              </w:rPr>
              <w:t>Subactivitatea 2.2</w:t>
            </w:r>
          </w:p>
        </w:tc>
        <w:tc>
          <w:tcPr>
            <w:tcW w:w="720" w:type="dxa"/>
          </w:tcPr>
          <w:p w14:paraId="59886425" w14:textId="77777777" w:rsidR="00A719F3" w:rsidRDefault="00A719F3" w:rsidP="136E4DCB">
            <w:pPr>
              <w:rPr>
                <w:rFonts w:cs="Calibri"/>
                <w:lang w:val="ro-RO"/>
              </w:rPr>
            </w:pPr>
          </w:p>
        </w:tc>
        <w:tc>
          <w:tcPr>
            <w:tcW w:w="630" w:type="dxa"/>
          </w:tcPr>
          <w:p w14:paraId="6076B5AF" w14:textId="77777777" w:rsidR="00A719F3" w:rsidRDefault="00A719F3" w:rsidP="136E4DCB">
            <w:pPr>
              <w:rPr>
                <w:rFonts w:cs="Calibri"/>
                <w:lang w:val="ro-RO"/>
              </w:rPr>
            </w:pPr>
          </w:p>
        </w:tc>
        <w:tc>
          <w:tcPr>
            <w:tcW w:w="720" w:type="dxa"/>
          </w:tcPr>
          <w:p w14:paraId="4524D709" w14:textId="77777777" w:rsidR="00A719F3" w:rsidRDefault="00A719F3" w:rsidP="136E4DCB">
            <w:pPr>
              <w:rPr>
                <w:rFonts w:cs="Calibri"/>
                <w:lang w:val="ro-RO"/>
              </w:rPr>
            </w:pPr>
          </w:p>
        </w:tc>
        <w:tc>
          <w:tcPr>
            <w:tcW w:w="720" w:type="dxa"/>
          </w:tcPr>
          <w:p w14:paraId="315A53A8" w14:textId="77777777" w:rsidR="00A719F3" w:rsidRDefault="00A719F3" w:rsidP="136E4DCB">
            <w:pPr>
              <w:rPr>
                <w:rFonts w:cs="Calibri"/>
                <w:lang w:val="ro-RO"/>
              </w:rPr>
            </w:pPr>
          </w:p>
        </w:tc>
        <w:tc>
          <w:tcPr>
            <w:tcW w:w="630" w:type="dxa"/>
          </w:tcPr>
          <w:p w14:paraId="71481045" w14:textId="77777777" w:rsidR="00A719F3" w:rsidRDefault="00A719F3" w:rsidP="136E4DCB">
            <w:pPr>
              <w:rPr>
                <w:rFonts w:cs="Calibri"/>
                <w:lang w:val="ro-RO"/>
              </w:rPr>
            </w:pPr>
          </w:p>
        </w:tc>
        <w:tc>
          <w:tcPr>
            <w:tcW w:w="720" w:type="dxa"/>
          </w:tcPr>
          <w:p w14:paraId="74A528C4" w14:textId="77777777" w:rsidR="00A719F3" w:rsidRDefault="00A719F3" w:rsidP="136E4DCB">
            <w:pPr>
              <w:rPr>
                <w:rFonts w:cs="Calibri"/>
                <w:lang w:val="ro-RO"/>
              </w:rPr>
            </w:pPr>
          </w:p>
        </w:tc>
        <w:tc>
          <w:tcPr>
            <w:tcW w:w="720" w:type="dxa"/>
          </w:tcPr>
          <w:p w14:paraId="7F19D139" w14:textId="77777777" w:rsidR="00A719F3" w:rsidRDefault="00A719F3" w:rsidP="136E4DCB">
            <w:pPr>
              <w:rPr>
                <w:rFonts w:cs="Calibri"/>
                <w:lang w:val="ro-RO"/>
              </w:rPr>
            </w:pPr>
          </w:p>
        </w:tc>
        <w:tc>
          <w:tcPr>
            <w:tcW w:w="720" w:type="dxa"/>
          </w:tcPr>
          <w:p w14:paraId="1C7C78D0" w14:textId="77777777" w:rsidR="00A719F3" w:rsidRDefault="00A719F3" w:rsidP="136E4DCB">
            <w:pPr>
              <w:rPr>
                <w:rFonts w:cs="Calibri"/>
                <w:lang w:val="ro-RO"/>
              </w:rPr>
            </w:pPr>
          </w:p>
        </w:tc>
        <w:tc>
          <w:tcPr>
            <w:tcW w:w="720" w:type="dxa"/>
          </w:tcPr>
          <w:p w14:paraId="6E3375D6" w14:textId="77777777" w:rsidR="00A719F3" w:rsidRDefault="00A719F3" w:rsidP="136E4DCB">
            <w:pPr>
              <w:rPr>
                <w:rFonts w:cs="Calibri"/>
                <w:lang w:val="ro-RO"/>
              </w:rPr>
            </w:pPr>
          </w:p>
        </w:tc>
        <w:tc>
          <w:tcPr>
            <w:tcW w:w="628" w:type="dxa"/>
          </w:tcPr>
          <w:p w14:paraId="473C8E60" w14:textId="77777777" w:rsidR="00A719F3" w:rsidRDefault="00A719F3" w:rsidP="136E4DCB">
            <w:pPr>
              <w:rPr>
                <w:rFonts w:cs="Calibri"/>
                <w:lang w:val="ro-RO"/>
              </w:rPr>
            </w:pPr>
          </w:p>
        </w:tc>
        <w:tc>
          <w:tcPr>
            <w:tcW w:w="628" w:type="dxa"/>
          </w:tcPr>
          <w:p w14:paraId="792EC79F" w14:textId="77777777" w:rsidR="00A719F3" w:rsidRDefault="00A719F3" w:rsidP="136E4DCB">
            <w:pPr>
              <w:rPr>
                <w:rFonts w:cs="Calibri"/>
                <w:lang w:val="ro-RO"/>
              </w:rPr>
            </w:pPr>
          </w:p>
        </w:tc>
      </w:tr>
      <w:tr w:rsidR="00A719F3" w14:paraId="5E47D258" w14:textId="77777777" w:rsidTr="136E4DCB">
        <w:tc>
          <w:tcPr>
            <w:tcW w:w="2605" w:type="dxa"/>
          </w:tcPr>
          <w:p w14:paraId="15FCE1E4" w14:textId="2BC7999A" w:rsidR="00A719F3" w:rsidRDefault="3F3E304D" w:rsidP="136E4DCB">
            <w:pPr>
              <w:rPr>
                <w:rFonts w:cs="Calibri"/>
                <w:lang w:val="ro-RO"/>
              </w:rPr>
            </w:pPr>
            <w:r w:rsidRPr="136E4DCB">
              <w:rPr>
                <w:rFonts w:cs="Calibri"/>
                <w:lang w:val="ro-RO"/>
              </w:rPr>
              <w:t>Activitatea 3: Consolidarea Capacităților</w:t>
            </w:r>
          </w:p>
        </w:tc>
        <w:tc>
          <w:tcPr>
            <w:tcW w:w="720" w:type="dxa"/>
          </w:tcPr>
          <w:p w14:paraId="2172B2E9" w14:textId="77777777" w:rsidR="00A719F3" w:rsidRDefault="00A719F3" w:rsidP="136E4DCB">
            <w:pPr>
              <w:rPr>
                <w:rFonts w:cs="Calibri"/>
                <w:lang w:val="ro-RO"/>
              </w:rPr>
            </w:pPr>
          </w:p>
        </w:tc>
        <w:tc>
          <w:tcPr>
            <w:tcW w:w="630" w:type="dxa"/>
          </w:tcPr>
          <w:p w14:paraId="48464845" w14:textId="77777777" w:rsidR="00A719F3" w:rsidRDefault="00A719F3" w:rsidP="136E4DCB">
            <w:pPr>
              <w:rPr>
                <w:rFonts w:cs="Calibri"/>
                <w:lang w:val="ro-RO"/>
              </w:rPr>
            </w:pPr>
          </w:p>
        </w:tc>
        <w:tc>
          <w:tcPr>
            <w:tcW w:w="720" w:type="dxa"/>
          </w:tcPr>
          <w:p w14:paraId="4B4F5EAD" w14:textId="77777777" w:rsidR="00A719F3" w:rsidRDefault="00A719F3" w:rsidP="136E4DCB">
            <w:pPr>
              <w:rPr>
                <w:rFonts w:cs="Calibri"/>
                <w:lang w:val="ro-RO"/>
              </w:rPr>
            </w:pPr>
          </w:p>
        </w:tc>
        <w:tc>
          <w:tcPr>
            <w:tcW w:w="720" w:type="dxa"/>
          </w:tcPr>
          <w:p w14:paraId="3EEFE3FF" w14:textId="77777777" w:rsidR="00A719F3" w:rsidRDefault="00A719F3" w:rsidP="136E4DCB">
            <w:pPr>
              <w:rPr>
                <w:rFonts w:cs="Calibri"/>
                <w:lang w:val="ro-RO"/>
              </w:rPr>
            </w:pPr>
          </w:p>
        </w:tc>
        <w:tc>
          <w:tcPr>
            <w:tcW w:w="630" w:type="dxa"/>
          </w:tcPr>
          <w:p w14:paraId="140A7C9D" w14:textId="77777777" w:rsidR="00A719F3" w:rsidRDefault="00A719F3" w:rsidP="136E4DCB">
            <w:pPr>
              <w:rPr>
                <w:rFonts w:cs="Calibri"/>
                <w:lang w:val="ro-RO"/>
              </w:rPr>
            </w:pPr>
          </w:p>
        </w:tc>
        <w:tc>
          <w:tcPr>
            <w:tcW w:w="720" w:type="dxa"/>
          </w:tcPr>
          <w:p w14:paraId="715B57BE" w14:textId="77777777" w:rsidR="00A719F3" w:rsidRDefault="00A719F3" w:rsidP="136E4DCB">
            <w:pPr>
              <w:rPr>
                <w:rFonts w:cs="Calibri"/>
                <w:lang w:val="ro-RO"/>
              </w:rPr>
            </w:pPr>
          </w:p>
        </w:tc>
        <w:tc>
          <w:tcPr>
            <w:tcW w:w="720" w:type="dxa"/>
          </w:tcPr>
          <w:p w14:paraId="58420384" w14:textId="77777777" w:rsidR="00A719F3" w:rsidRDefault="00A719F3" w:rsidP="136E4DCB">
            <w:pPr>
              <w:rPr>
                <w:rFonts w:cs="Calibri"/>
                <w:lang w:val="ro-RO"/>
              </w:rPr>
            </w:pPr>
          </w:p>
        </w:tc>
        <w:tc>
          <w:tcPr>
            <w:tcW w:w="720" w:type="dxa"/>
          </w:tcPr>
          <w:p w14:paraId="778DC394" w14:textId="77777777" w:rsidR="00A719F3" w:rsidRDefault="00A719F3" w:rsidP="136E4DCB">
            <w:pPr>
              <w:rPr>
                <w:rFonts w:cs="Calibri"/>
                <w:lang w:val="ro-RO"/>
              </w:rPr>
            </w:pPr>
          </w:p>
        </w:tc>
        <w:tc>
          <w:tcPr>
            <w:tcW w:w="720" w:type="dxa"/>
          </w:tcPr>
          <w:p w14:paraId="149502CC" w14:textId="77777777" w:rsidR="00A719F3" w:rsidRDefault="00A719F3" w:rsidP="136E4DCB">
            <w:pPr>
              <w:rPr>
                <w:rFonts w:cs="Calibri"/>
                <w:lang w:val="ro-RO"/>
              </w:rPr>
            </w:pPr>
          </w:p>
        </w:tc>
        <w:tc>
          <w:tcPr>
            <w:tcW w:w="628" w:type="dxa"/>
          </w:tcPr>
          <w:p w14:paraId="339913AB" w14:textId="77777777" w:rsidR="00A719F3" w:rsidRDefault="00A719F3" w:rsidP="136E4DCB">
            <w:pPr>
              <w:rPr>
                <w:rFonts w:cs="Calibri"/>
                <w:lang w:val="ro-RO"/>
              </w:rPr>
            </w:pPr>
          </w:p>
        </w:tc>
        <w:tc>
          <w:tcPr>
            <w:tcW w:w="628" w:type="dxa"/>
          </w:tcPr>
          <w:p w14:paraId="12944C82" w14:textId="77777777" w:rsidR="00A719F3" w:rsidRDefault="00A719F3" w:rsidP="136E4DCB">
            <w:pPr>
              <w:rPr>
                <w:rFonts w:cs="Calibri"/>
                <w:lang w:val="ro-RO"/>
              </w:rPr>
            </w:pPr>
          </w:p>
        </w:tc>
      </w:tr>
      <w:tr w:rsidR="00A719F3" w14:paraId="21CE48A4" w14:textId="77777777" w:rsidTr="136E4DCB">
        <w:tc>
          <w:tcPr>
            <w:tcW w:w="2605" w:type="dxa"/>
          </w:tcPr>
          <w:p w14:paraId="045D5FE0" w14:textId="235C6FE8" w:rsidR="00A719F3" w:rsidRDefault="3F3E304D" w:rsidP="136E4DCB">
            <w:pPr>
              <w:rPr>
                <w:rFonts w:cs="Calibri"/>
                <w:lang w:val="ro-RO"/>
              </w:rPr>
            </w:pPr>
            <w:r w:rsidRPr="136E4DCB">
              <w:rPr>
                <w:rFonts w:cs="Calibri"/>
                <w:i/>
                <w:iCs/>
                <w:lang w:val="ro-RO"/>
              </w:rPr>
              <w:t>Subactivitatea 3.1</w:t>
            </w:r>
          </w:p>
        </w:tc>
        <w:tc>
          <w:tcPr>
            <w:tcW w:w="720" w:type="dxa"/>
          </w:tcPr>
          <w:p w14:paraId="0D33C90E" w14:textId="77777777" w:rsidR="00A719F3" w:rsidRDefault="00A719F3" w:rsidP="136E4DCB">
            <w:pPr>
              <w:rPr>
                <w:rFonts w:cs="Calibri"/>
                <w:lang w:val="ro-RO"/>
              </w:rPr>
            </w:pPr>
          </w:p>
        </w:tc>
        <w:tc>
          <w:tcPr>
            <w:tcW w:w="630" w:type="dxa"/>
          </w:tcPr>
          <w:p w14:paraId="16B4C5CD" w14:textId="77777777" w:rsidR="00A719F3" w:rsidRDefault="00A719F3" w:rsidP="136E4DCB">
            <w:pPr>
              <w:rPr>
                <w:rFonts w:cs="Calibri"/>
                <w:lang w:val="ro-RO"/>
              </w:rPr>
            </w:pPr>
          </w:p>
        </w:tc>
        <w:tc>
          <w:tcPr>
            <w:tcW w:w="720" w:type="dxa"/>
          </w:tcPr>
          <w:p w14:paraId="3015074A" w14:textId="77777777" w:rsidR="00A719F3" w:rsidRDefault="00A719F3" w:rsidP="136E4DCB">
            <w:pPr>
              <w:rPr>
                <w:rFonts w:cs="Calibri"/>
                <w:lang w:val="ro-RO"/>
              </w:rPr>
            </w:pPr>
          </w:p>
        </w:tc>
        <w:tc>
          <w:tcPr>
            <w:tcW w:w="720" w:type="dxa"/>
          </w:tcPr>
          <w:p w14:paraId="31C5761A" w14:textId="77777777" w:rsidR="00A719F3" w:rsidRDefault="00A719F3" w:rsidP="136E4DCB">
            <w:pPr>
              <w:rPr>
                <w:rFonts w:cs="Calibri"/>
                <w:lang w:val="ro-RO"/>
              </w:rPr>
            </w:pPr>
          </w:p>
        </w:tc>
        <w:tc>
          <w:tcPr>
            <w:tcW w:w="630" w:type="dxa"/>
          </w:tcPr>
          <w:p w14:paraId="7F50A393" w14:textId="77777777" w:rsidR="00A719F3" w:rsidRDefault="00A719F3" w:rsidP="136E4DCB">
            <w:pPr>
              <w:rPr>
                <w:rFonts w:cs="Calibri"/>
                <w:lang w:val="ro-RO"/>
              </w:rPr>
            </w:pPr>
          </w:p>
        </w:tc>
        <w:tc>
          <w:tcPr>
            <w:tcW w:w="720" w:type="dxa"/>
          </w:tcPr>
          <w:p w14:paraId="53A04054" w14:textId="77777777" w:rsidR="00A719F3" w:rsidRDefault="00A719F3" w:rsidP="136E4DCB">
            <w:pPr>
              <w:rPr>
                <w:rFonts w:cs="Calibri"/>
                <w:lang w:val="ro-RO"/>
              </w:rPr>
            </w:pPr>
          </w:p>
        </w:tc>
        <w:tc>
          <w:tcPr>
            <w:tcW w:w="720" w:type="dxa"/>
          </w:tcPr>
          <w:p w14:paraId="45D0AF28" w14:textId="77777777" w:rsidR="00A719F3" w:rsidRDefault="00A719F3" w:rsidP="136E4DCB">
            <w:pPr>
              <w:rPr>
                <w:rFonts w:cs="Calibri"/>
                <w:lang w:val="ro-RO"/>
              </w:rPr>
            </w:pPr>
          </w:p>
        </w:tc>
        <w:tc>
          <w:tcPr>
            <w:tcW w:w="720" w:type="dxa"/>
          </w:tcPr>
          <w:p w14:paraId="71DC66CC" w14:textId="77777777" w:rsidR="00A719F3" w:rsidRDefault="00A719F3" w:rsidP="136E4DCB">
            <w:pPr>
              <w:rPr>
                <w:rFonts w:cs="Calibri"/>
                <w:lang w:val="ro-RO"/>
              </w:rPr>
            </w:pPr>
          </w:p>
        </w:tc>
        <w:tc>
          <w:tcPr>
            <w:tcW w:w="720" w:type="dxa"/>
          </w:tcPr>
          <w:p w14:paraId="2F609513" w14:textId="77777777" w:rsidR="00A719F3" w:rsidRDefault="00A719F3" w:rsidP="136E4DCB">
            <w:pPr>
              <w:rPr>
                <w:rFonts w:cs="Calibri"/>
                <w:lang w:val="ro-RO"/>
              </w:rPr>
            </w:pPr>
          </w:p>
        </w:tc>
        <w:tc>
          <w:tcPr>
            <w:tcW w:w="628" w:type="dxa"/>
          </w:tcPr>
          <w:p w14:paraId="2743C236" w14:textId="77777777" w:rsidR="00A719F3" w:rsidRDefault="00A719F3" w:rsidP="136E4DCB">
            <w:pPr>
              <w:rPr>
                <w:rFonts w:cs="Calibri"/>
                <w:lang w:val="ro-RO"/>
              </w:rPr>
            </w:pPr>
          </w:p>
        </w:tc>
        <w:tc>
          <w:tcPr>
            <w:tcW w:w="628" w:type="dxa"/>
          </w:tcPr>
          <w:p w14:paraId="6D7E4FF5" w14:textId="77777777" w:rsidR="00A719F3" w:rsidRDefault="00A719F3" w:rsidP="136E4DCB">
            <w:pPr>
              <w:rPr>
                <w:rFonts w:cs="Calibri"/>
                <w:lang w:val="ro-RO"/>
              </w:rPr>
            </w:pPr>
          </w:p>
        </w:tc>
      </w:tr>
    </w:tbl>
    <w:p w14:paraId="0FCFF9EF" w14:textId="77777777" w:rsidR="00312211" w:rsidRDefault="00312211" w:rsidP="136E4DCB">
      <w:pPr>
        <w:rPr>
          <w:rFonts w:cs="Calibri"/>
          <w:lang w:val="ro-RO"/>
        </w:rPr>
      </w:pPr>
    </w:p>
    <w:p w14:paraId="5F96333F" w14:textId="77777777" w:rsidR="006D3958" w:rsidRPr="0044448F" w:rsidRDefault="5CBD20D0" w:rsidP="136E4DCB">
      <w:pPr>
        <w:spacing w:before="240" w:after="120"/>
        <w:rPr>
          <w:rFonts w:cs="Calibri"/>
          <w:lang w:val="ro-RO"/>
        </w:rPr>
      </w:pPr>
      <w:r w:rsidRPr="136E4DCB">
        <w:rPr>
          <w:rFonts w:cs="Calibri"/>
          <w:b/>
          <w:bCs/>
          <w:sz w:val="24"/>
          <w:szCs w:val="24"/>
          <w:lang w:val="ro-RO"/>
        </w:rPr>
        <w:t>3.3. Managementul Riscurilor</w:t>
      </w:r>
    </w:p>
    <w:p w14:paraId="2038F372" w14:textId="48F24AE1" w:rsidR="006D3958" w:rsidRPr="003F06E8" w:rsidRDefault="5CBD20D0" w:rsidP="136E4DCB">
      <w:pPr>
        <w:spacing w:after="120"/>
        <w:ind w:left="360"/>
        <w:rPr>
          <w:rFonts w:cs="Calibri"/>
          <w:lang w:val="ro-RO"/>
        </w:rPr>
      </w:pPr>
      <w:r w:rsidRPr="003F06E8">
        <w:rPr>
          <w:rFonts w:cs="Calibri"/>
          <w:i/>
          <w:iCs/>
          <w:color w:val="595959" w:themeColor="text1" w:themeTint="A6"/>
          <w:lang w:val="ro-RO"/>
        </w:rPr>
        <w:t xml:space="preserve">Identificați riscurile potențiale pentru implementarea proiectului și propuneți măsuri de atenuare. Vă rugăm să luați în considerare posibilele vulnerabilități și nevoi specifice de gen și intersecționale (de ex. participarea mai redusă a femeilor din cauza responsabilităților de îngrijire, marginalizarea digitală a femeilor în vârstă).  </w:t>
      </w:r>
    </w:p>
    <w:tbl>
      <w:tblPr>
        <w:tblStyle w:val="TableGrid"/>
        <w:tblW w:w="0" w:type="auto"/>
        <w:tblLayout w:type="fixed"/>
        <w:tblLook w:val="04A0" w:firstRow="1" w:lastRow="0" w:firstColumn="1" w:lastColumn="0" w:noHBand="0" w:noVBand="1"/>
      </w:tblPr>
      <w:tblGrid>
        <w:gridCol w:w="2520"/>
        <w:gridCol w:w="2520"/>
        <w:gridCol w:w="5058"/>
      </w:tblGrid>
      <w:tr w:rsidR="0085508F" w:rsidRPr="0044448F" w14:paraId="76285218" w14:textId="77777777" w:rsidTr="136E4DCB">
        <w:tc>
          <w:tcPr>
            <w:tcW w:w="2520" w:type="dxa"/>
            <w:shd w:val="clear" w:color="auto" w:fill="D9E1F2"/>
            <w:vAlign w:val="center"/>
          </w:tcPr>
          <w:p w14:paraId="43E0240C" w14:textId="3D96252F" w:rsidR="0085508F" w:rsidRPr="0044448F" w:rsidRDefault="11328759" w:rsidP="136E4DCB">
            <w:pPr>
              <w:jc w:val="center"/>
              <w:rPr>
                <w:rFonts w:cs="Calibri"/>
                <w:i/>
                <w:iCs/>
                <w:lang w:val="ro-RO"/>
              </w:rPr>
            </w:pPr>
            <w:r w:rsidRPr="136E4DCB">
              <w:rPr>
                <w:rFonts w:cs="Calibri"/>
                <w:i/>
                <w:iCs/>
                <w:lang w:val="ro-RO"/>
              </w:rPr>
              <w:t>Risc</w:t>
            </w:r>
          </w:p>
        </w:tc>
        <w:tc>
          <w:tcPr>
            <w:tcW w:w="2520" w:type="dxa"/>
            <w:shd w:val="clear" w:color="auto" w:fill="D9E1F2"/>
            <w:vAlign w:val="center"/>
          </w:tcPr>
          <w:p w14:paraId="08D3ACB7" w14:textId="09B2AEE9" w:rsidR="0085508F" w:rsidRPr="0044448F" w:rsidRDefault="11328759" w:rsidP="136E4DCB">
            <w:pPr>
              <w:jc w:val="center"/>
              <w:rPr>
                <w:rFonts w:cs="Calibri"/>
                <w:i/>
                <w:iCs/>
                <w:lang w:val="ro-RO"/>
              </w:rPr>
            </w:pPr>
            <w:r w:rsidRPr="136E4DCB">
              <w:rPr>
                <w:rFonts w:cs="Calibri"/>
                <w:i/>
                <w:iCs/>
                <w:lang w:val="ro-RO"/>
              </w:rPr>
              <w:t>Nivel de risc</w:t>
            </w:r>
          </w:p>
        </w:tc>
        <w:tc>
          <w:tcPr>
            <w:tcW w:w="5058" w:type="dxa"/>
            <w:shd w:val="clear" w:color="auto" w:fill="D9E1F2"/>
            <w:vAlign w:val="center"/>
          </w:tcPr>
          <w:p w14:paraId="3B959F7A" w14:textId="664BB7B3" w:rsidR="0085508F" w:rsidRPr="0044448F" w:rsidRDefault="11328759" w:rsidP="136E4DCB">
            <w:pPr>
              <w:jc w:val="center"/>
              <w:rPr>
                <w:rFonts w:cs="Calibri"/>
                <w:i/>
                <w:iCs/>
                <w:lang w:val="ro-RO"/>
              </w:rPr>
            </w:pPr>
            <w:r w:rsidRPr="136E4DCB">
              <w:rPr>
                <w:rFonts w:cs="Calibri"/>
                <w:i/>
                <w:iCs/>
                <w:lang w:val="ro-RO"/>
              </w:rPr>
              <w:t>Măsuri de atenuare</w:t>
            </w:r>
          </w:p>
        </w:tc>
      </w:tr>
      <w:tr w:rsidR="0085508F" w:rsidRPr="0044448F" w14:paraId="6B03A317" w14:textId="77777777" w:rsidTr="136E4DCB">
        <w:tc>
          <w:tcPr>
            <w:tcW w:w="2520" w:type="dxa"/>
          </w:tcPr>
          <w:p w14:paraId="03E268EB" w14:textId="77777777" w:rsidR="0085508F" w:rsidRPr="0044448F" w:rsidRDefault="0085508F" w:rsidP="136E4DCB">
            <w:pPr>
              <w:rPr>
                <w:rFonts w:cs="Calibri"/>
                <w:lang w:val="ro-RO"/>
              </w:rPr>
            </w:pPr>
          </w:p>
        </w:tc>
        <w:tc>
          <w:tcPr>
            <w:tcW w:w="2520" w:type="dxa"/>
          </w:tcPr>
          <w:p w14:paraId="1FDFBF23" w14:textId="77777777" w:rsidR="0085508F" w:rsidRPr="0044448F" w:rsidRDefault="0085508F" w:rsidP="136E4DCB">
            <w:pPr>
              <w:jc w:val="center"/>
              <w:rPr>
                <w:rFonts w:cs="Calibri"/>
                <w:lang w:val="ro-RO"/>
              </w:rPr>
            </w:pPr>
          </w:p>
        </w:tc>
        <w:tc>
          <w:tcPr>
            <w:tcW w:w="5058" w:type="dxa"/>
          </w:tcPr>
          <w:p w14:paraId="65B46B4B" w14:textId="77777777" w:rsidR="0085508F" w:rsidRPr="0044448F" w:rsidRDefault="0085508F" w:rsidP="136E4DCB">
            <w:pPr>
              <w:jc w:val="center"/>
              <w:rPr>
                <w:rFonts w:cs="Calibri"/>
                <w:lang w:val="ro-RO"/>
              </w:rPr>
            </w:pPr>
          </w:p>
        </w:tc>
      </w:tr>
      <w:tr w:rsidR="0085508F" w:rsidRPr="0044448F" w14:paraId="4BE1DDF1" w14:textId="77777777" w:rsidTr="136E4DCB">
        <w:tc>
          <w:tcPr>
            <w:tcW w:w="2520" w:type="dxa"/>
          </w:tcPr>
          <w:p w14:paraId="05949961" w14:textId="77777777" w:rsidR="0085508F" w:rsidRPr="0044448F" w:rsidRDefault="0085508F" w:rsidP="136E4DCB">
            <w:pPr>
              <w:rPr>
                <w:rFonts w:cs="Calibri"/>
                <w:lang w:val="ro-RO"/>
              </w:rPr>
            </w:pPr>
          </w:p>
        </w:tc>
        <w:tc>
          <w:tcPr>
            <w:tcW w:w="2520" w:type="dxa"/>
          </w:tcPr>
          <w:p w14:paraId="30CCC0A2" w14:textId="77777777" w:rsidR="0085508F" w:rsidRPr="0044448F" w:rsidRDefault="0085508F" w:rsidP="136E4DCB">
            <w:pPr>
              <w:jc w:val="center"/>
              <w:rPr>
                <w:rFonts w:cs="Calibri"/>
                <w:lang w:val="ro-RO"/>
              </w:rPr>
            </w:pPr>
          </w:p>
        </w:tc>
        <w:tc>
          <w:tcPr>
            <w:tcW w:w="5058" w:type="dxa"/>
          </w:tcPr>
          <w:p w14:paraId="3A06C8A4" w14:textId="77777777" w:rsidR="0085508F" w:rsidRPr="0044448F" w:rsidRDefault="0085508F" w:rsidP="136E4DCB">
            <w:pPr>
              <w:jc w:val="center"/>
              <w:rPr>
                <w:rFonts w:cs="Calibri"/>
                <w:lang w:val="ro-RO"/>
              </w:rPr>
            </w:pPr>
          </w:p>
        </w:tc>
      </w:tr>
      <w:tr w:rsidR="0085508F" w:rsidRPr="0044448F" w14:paraId="4EB2467B" w14:textId="77777777" w:rsidTr="136E4DCB">
        <w:tc>
          <w:tcPr>
            <w:tcW w:w="2520" w:type="dxa"/>
          </w:tcPr>
          <w:p w14:paraId="330C55F8" w14:textId="77777777" w:rsidR="0085508F" w:rsidRPr="0044448F" w:rsidRDefault="0085508F" w:rsidP="136E4DCB">
            <w:pPr>
              <w:rPr>
                <w:rFonts w:cs="Calibri"/>
                <w:lang w:val="ro-RO"/>
              </w:rPr>
            </w:pPr>
          </w:p>
        </w:tc>
        <w:tc>
          <w:tcPr>
            <w:tcW w:w="2520" w:type="dxa"/>
          </w:tcPr>
          <w:p w14:paraId="7B4AE8C0" w14:textId="77777777" w:rsidR="0085508F" w:rsidRPr="0044448F" w:rsidRDefault="0085508F" w:rsidP="136E4DCB">
            <w:pPr>
              <w:jc w:val="center"/>
              <w:rPr>
                <w:rFonts w:cs="Calibri"/>
                <w:lang w:val="ro-RO"/>
              </w:rPr>
            </w:pPr>
          </w:p>
        </w:tc>
        <w:tc>
          <w:tcPr>
            <w:tcW w:w="5058" w:type="dxa"/>
          </w:tcPr>
          <w:p w14:paraId="03D00FE8" w14:textId="77777777" w:rsidR="0085508F" w:rsidRPr="0044448F" w:rsidRDefault="0085508F" w:rsidP="136E4DCB">
            <w:pPr>
              <w:jc w:val="center"/>
              <w:rPr>
                <w:rFonts w:cs="Calibri"/>
                <w:lang w:val="ro-RO"/>
              </w:rPr>
            </w:pPr>
          </w:p>
        </w:tc>
      </w:tr>
    </w:tbl>
    <w:p w14:paraId="2846B088" w14:textId="6E35DE30" w:rsidR="006D3958" w:rsidRPr="0044448F" w:rsidRDefault="5CBD20D0" w:rsidP="136E4DCB">
      <w:pPr>
        <w:pBdr>
          <w:bottom w:val="single" w:sz="6" w:space="1" w:color="4F81BD"/>
        </w:pBdr>
        <w:spacing w:before="480" w:after="240"/>
        <w:rPr>
          <w:rFonts w:eastAsia="Calibri" w:cs="Calibri"/>
          <w:b/>
          <w:bCs/>
          <w:color w:val="003399"/>
          <w:sz w:val="24"/>
          <w:szCs w:val="24"/>
          <w:lang w:val="ro-RO"/>
        </w:rPr>
      </w:pPr>
      <w:r w:rsidRPr="136E4DCB">
        <w:rPr>
          <w:rFonts w:eastAsia="Calibri" w:cs="Calibri"/>
          <w:b/>
          <w:bCs/>
          <w:color w:val="003399"/>
          <w:sz w:val="24"/>
          <w:szCs w:val="24"/>
          <w:lang w:val="ro-RO"/>
        </w:rPr>
        <w:t>SECȚIUNEA 4: ECHIPĂ ȘI BUGET</w:t>
      </w:r>
      <w:r w:rsidR="00B72542">
        <w:rPr>
          <w:rFonts w:eastAsia="Calibri" w:cs="Calibri"/>
          <w:b/>
          <w:bCs/>
          <w:color w:val="003399"/>
          <w:sz w:val="24"/>
          <w:szCs w:val="24"/>
          <w:lang w:val="ro-RO"/>
        </w:rPr>
        <w:t xml:space="preserve"> </w:t>
      </w:r>
      <w:r w:rsidR="00474520">
        <w:rPr>
          <w:rFonts w:eastAsia="Calibri" w:cs="Calibri"/>
          <w:b/>
          <w:bCs/>
          <w:color w:val="003399"/>
          <w:sz w:val="24"/>
          <w:szCs w:val="24"/>
          <w:lang w:val="ro-RO"/>
        </w:rPr>
        <w:t>(</w:t>
      </w:r>
      <w:r w:rsidR="00952669">
        <w:rPr>
          <w:rFonts w:eastAsia="Calibri" w:cs="Calibri"/>
          <w:b/>
          <w:bCs/>
          <w:color w:val="003399"/>
          <w:sz w:val="24"/>
          <w:szCs w:val="24"/>
          <w:lang w:val="ro-RO"/>
        </w:rPr>
        <w:t>maximum</w:t>
      </w:r>
      <w:r w:rsidR="00474520">
        <w:rPr>
          <w:rFonts w:eastAsia="Calibri" w:cs="Calibri"/>
          <w:b/>
          <w:bCs/>
          <w:color w:val="003399"/>
          <w:sz w:val="24"/>
          <w:szCs w:val="24"/>
          <w:lang w:val="ro-RO"/>
        </w:rPr>
        <w:t xml:space="preserve"> </w:t>
      </w:r>
      <w:r w:rsidR="00686207">
        <w:rPr>
          <w:rFonts w:eastAsia="Calibri" w:cs="Calibri"/>
          <w:b/>
          <w:bCs/>
          <w:color w:val="003399"/>
          <w:sz w:val="24"/>
          <w:szCs w:val="24"/>
          <w:lang w:val="ro-RO"/>
        </w:rPr>
        <w:t>3</w:t>
      </w:r>
      <w:r w:rsidR="00474520">
        <w:rPr>
          <w:rFonts w:eastAsia="Calibri" w:cs="Calibri"/>
          <w:b/>
          <w:bCs/>
          <w:color w:val="003399"/>
          <w:sz w:val="24"/>
          <w:szCs w:val="24"/>
          <w:lang w:val="ro-RO"/>
        </w:rPr>
        <w:t xml:space="preserve"> pagini)</w:t>
      </w:r>
    </w:p>
    <w:p w14:paraId="3AEF0EB3" w14:textId="77777777" w:rsidR="006D3958" w:rsidRPr="0044448F" w:rsidRDefault="5CBD20D0" w:rsidP="136E4DCB">
      <w:pPr>
        <w:spacing w:before="240" w:after="120"/>
        <w:rPr>
          <w:rFonts w:cs="Calibri"/>
          <w:lang w:val="ro-RO"/>
        </w:rPr>
      </w:pPr>
      <w:r w:rsidRPr="136E4DCB">
        <w:rPr>
          <w:rFonts w:cs="Calibri"/>
          <w:b/>
          <w:bCs/>
          <w:sz w:val="24"/>
          <w:szCs w:val="24"/>
          <w:lang w:val="ro-RO"/>
        </w:rPr>
        <w:t>4.1. Componența Echipei și Expertiza (20 de puncte)</w:t>
      </w:r>
    </w:p>
    <w:p w14:paraId="0013B2D6" w14:textId="1A52118D" w:rsidR="006D3958" w:rsidRPr="00A719F3" w:rsidRDefault="5CBD20D0" w:rsidP="136E4DCB">
      <w:pPr>
        <w:spacing w:after="120"/>
        <w:ind w:left="360"/>
        <w:rPr>
          <w:rFonts w:cs="Calibri"/>
          <w:lang w:val="ro-RO"/>
        </w:rPr>
      </w:pPr>
      <w:r w:rsidRPr="136E4DCB">
        <w:rPr>
          <w:rFonts w:cs="Calibri"/>
          <w:i/>
          <w:iCs/>
          <w:color w:val="595959" w:themeColor="text1" w:themeTint="A6"/>
          <w:lang w:val="ro-RO"/>
        </w:rPr>
        <w:t>Enumerați membrii-cheie ai echipei și descrieți experiența lor relevantă. Anexați CV-urile complete ca anexă. Vă rugăm să explicați cum veți asigura echilibrul de gen și includerea femeilor experte, coordonatoare și personal de informare, în special în rolurile de teren.</w:t>
      </w:r>
    </w:p>
    <w:tbl>
      <w:tblPr>
        <w:tblStyle w:val="TableGrid"/>
        <w:tblW w:w="0" w:type="auto"/>
        <w:tblLayout w:type="fixed"/>
        <w:tblLook w:val="04A0" w:firstRow="1" w:lastRow="0" w:firstColumn="1" w:lastColumn="0" w:noHBand="0" w:noVBand="1"/>
      </w:tblPr>
      <w:tblGrid>
        <w:gridCol w:w="4248"/>
        <w:gridCol w:w="3600"/>
        <w:gridCol w:w="2232"/>
      </w:tblGrid>
      <w:tr w:rsidR="006D3958" w:rsidRPr="0044448F" w14:paraId="36358F68" w14:textId="77777777" w:rsidTr="136E4DCB">
        <w:tc>
          <w:tcPr>
            <w:tcW w:w="4248" w:type="dxa"/>
            <w:shd w:val="clear" w:color="auto" w:fill="D9E1F2"/>
            <w:vAlign w:val="center"/>
          </w:tcPr>
          <w:p w14:paraId="0EC06C00" w14:textId="7C78634E" w:rsidR="006D3958" w:rsidRPr="0044448F" w:rsidRDefault="3E539F82" w:rsidP="136E4DCB">
            <w:pPr>
              <w:jc w:val="center"/>
              <w:rPr>
                <w:rFonts w:cs="Calibri"/>
                <w:i/>
                <w:iCs/>
                <w:lang w:val="ro-RO"/>
              </w:rPr>
            </w:pPr>
            <w:r w:rsidRPr="136E4DCB">
              <w:rPr>
                <w:rFonts w:cs="Calibri"/>
                <w:i/>
                <w:iCs/>
                <w:lang w:val="ro-RO"/>
              </w:rPr>
              <w:t>Nume</w:t>
            </w:r>
          </w:p>
        </w:tc>
        <w:tc>
          <w:tcPr>
            <w:tcW w:w="3600" w:type="dxa"/>
            <w:shd w:val="clear" w:color="auto" w:fill="D9E1F2"/>
            <w:vAlign w:val="center"/>
          </w:tcPr>
          <w:p w14:paraId="06FBEE95" w14:textId="4C59775A" w:rsidR="006D3958" w:rsidRPr="0044448F" w:rsidRDefault="3E539F82" w:rsidP="136E4DCB">
            <w:pPr>
              <w:jc w:val="center"/>
              <w:rPr>
                <w:rFonts w:cs="Calibri"/>
                <w:i/>
                <w:iCs/>
                <w:lang w:val="ro-RO"/>
              </w:rPr>
            </w:pPr>
            <w:r w:rsidRPr="136E4DCB">
              <w:rPr>
                <w:rFonts w:cs="Calibri"/>
                <w:i/>
                <w:iCs/>
                <w:lang w:val="ro-RO"/>
              </w:rPr>
              <w:t>Poziția propusă</w:t>
            </w:r>
          </w:p>
        </w:tc>
        <w:tc>
          <w:tcPr>
            <w:tcW w:w="2232" w:type="dxa"/>
            <w:shd w:val="clear" w:color="auto" w:fill="D9E1F2"/>
            <w:vAlign w:val="center"/>
          </w:tcPr>
          <w:p w14:paraId="09FC7C34" w14:textId="55991B7D" w:rsidR="006D3958" w:rsidRPr="0044448F" w:rsidRDefault="3E539F82" w:rsidP="136E4DCB">
            <w:pPr>
              <w:jc w:val="center"/>
              <w:rPr>
                <w:rFonts w:cs="Calibri"/>
                <w:i/>
                <w:iCs/>
                <w:lang w:val="ro-RO"/>
              </w:rPr>
            </w:pPr>
            <w:r w:rsidRPr="136E4DCB">
              <w:rPr>
                <w:rFonts w:cs="Calibri"/>
                <w:i/>
                <w:iCs/>
                <w:lang w:val="ro-RO"/>
              </w:rPr>
              <w:t>CV anexat (D/N)</w:t>
            </w:r>
          </w:p>
        </w:tc>
      </w:tr>
      <w:tr w:rsidR="006D3958" w:rsidRPr="0044448F" w14:paraId="19A5109C" w14:textId="77777777" w:rsidTr="136E4DCB">
        <w:tc>
          <w:tcPr>
            <w:tcW w:w="4248" w:type="dxa"/>
          </w:tcPr>
          <w:p w14:paraId="3FCB5920" w14:textId="77777777" w:rsidR="006D3958" w:rsidRPr="0044448F" w:rsidRDefault="006D3958" w:rsidP="136E4DCB">
            <w:pPr>
              <w:rPr>
                <w:rFonts w:cs="Calibri"/>
                <w:lang w:val="ro-RO"/>
              </w:rPr>
            </w:pPr>
          </w:p>
        </w:tc>
        <w:tc>
          <w:tcPr>
            <w:tcW w:w="3600" w:type="dxa"/>
          </w:tcPr>
          <w:p w14:paraId="7726E7CE" w14:textId="77777777" w:rsidR="006D3958" w:rsidRPr="0044448F" w:rsidRDefault="5CBD20D0" w:rsidP="136E4DCB">
            <w:pPr>
              <w:rPr>
                <w:rFonts w:cs="Calibri"/>
                <w:lang w:val="ro-RO"/>
              </w:rPr>
            </w:pPr>
            <w:r w:rsidRPr="136E4DCB">
              <w:rPr>
                <w:rFonts w:cs="Calibri"/>
                <w:lang w:val="ro-RO"/>
              </w:rPr>
              <w:t>Șeful Echipei</w:t>
            </w:r>
          </w:p>
        </w:tc>
        <w:tc>
          <w:tcPr>
            <w:tcW w:w="2232" w:type="dxa"/>
          </w:tcPr>
          <w:p w14:paraId="2A97B91B" w14:textId="77777777" w:rsidR="006D3958" w:rsidRPr="0044448F" w:rsidRDefault="006D3958" w:rsidP="136E4DCB">
            <w:pPr>
              <w:rPr>
                <w:rFonts w:cs="Calibri"/>
                <w:lang w:val="ro-RO"/>
              </w:rPr>
            </w:pPr>
          </w:p>
        </w:tc>
      </w:tr>
      <w:tr w:rsidR="006D3958" w:rsidRPr="0044448F" w14:paraId="3D69FEA6" w14:textId="77777777" w:rsidTr="136E4DCB">
        <w:tc>
          <w:tcPr>
            <w:tcW w:w="4248" w:type="dxa"/>
          </w:tcPr>
          <w:p w14:paraId="6C7AF54E" w14:textId="77777777" w:rsidR="006D3958" w:rsidRPr="0044448F" w:rsidRDefault="006D3958" w:rsidP="136E4DCB">
            <w:pPr>
              <w:rPr>
                <w:rFonts w:cs="Calibri"/>
                <w:lang w:val="ro-RO"/>
              </w:rPr>
            </w:pPr>
          </w:p>
        </w:tc>
        <w:tc>
          <w:tcPr>
            <w:tcW w:w="3600" w:type="dxa"/>
          </w:tcPr>
          <w:p w14:paraId="442199DC" w14:textId="77777777" w:rsidR="006D3958" w:rsidRPr="0044448F" w:rsidRDefault="5CBD20D0" w:rsidP="136E4DCB">
            <w:pPr>
              <w:rPr>
                <w:rFonts w:cs="Calibri"/>
                <w:lang w:val="ro-RO"/>
              </w:rPr>
            </w:pPr>
            <w:r w:rsidRPr="136E4DCB">
              <w:rPr>
                <w:rFonts w:cs="Calibri"/>
                <w:lang w:val="ro-RO"/>
              </w:rPr>
              <w:t>Expert Informare/Comunicare</w:t>
            </w:r>
          </w:p>
        </w:tc>
        <w:tc>
          <w:tcPr>
            <w:tcW w:w="2232" w:type="dxa"/>
          </w:tcPr>
          <w:p w14:paraId="581875BF" w14:textId="77777777" w:rsidR="006D3958" w:rsidRPr="0044448F" w:rsidRDefault="006D3958" w:rsidP="136E4DCB">
            <w:pPr>
              <w:rPr>
                <w:rFonts w:cs="Calibri"/>
                <w:lang w:val="ro-RO"/>
              </w:rPr>
            </w:pPr>
          </w:p>
        </w:tc>
      </w:tr>
      <w:tr w:rsidR="006D3958" w:rsidRPr="0044448F" w14:paraId="42D890D2" w14:textId="77777777" w:rsidTr="136E4DCB">
        <w:tc>
          <w:tcPr>
            <w:tcW w:w="4248" w:type="dxa"/>
          </w:tcPr>
          <w:p w14:paraId="265AED1D" w14:textId="77777777" w:rsidR="006D3958" w:rsidRPr="0044448F" w:rsidRDefault="006D3958" w:rsidP="136E4DCB">
            <w:pPr>
              <w:rPr>
                <w:rFonts w:cs="Calibri"/>
                <w:lang w:val="ro-RO"/>
              </w:rPr>
            </w:pPr>
          </w:p>
        </w:tc>
        <w:tc>
          <w:tcPr>
            <w:tcW w:w="3600" w:type="dxa"/>
          </w:tcPr>
          <w:p w14:paraId="09473DF7" w14:textId="77777777" w:rsidR="006D3958" w:rsidRPr="0044448F" w:rsidRDefault="5CBD20D0" w:rsidP="136E4DCB">
            <w:pPr>
              <w:rPr>
                <w:rFonts w:cs="Calibri"/>
                <w:lang w:val="ro-RO"/>
              </w:rPr>
            </w:pPr>
            <w:r w:rsidRPr="136E4DCB">
              <w:rPr>
                <w:rFonts w:cs="Calibri"/>
                <w:lang w:val="ro-RO"/>
              </w:rPr>
              <w:t>Specialist în Sprijin Digital</w:t>
            </w:r>
          </w:p>
        </w:tc>
        <w:tc>
          <w:tcPr>
            <w:tcW w:w="2232" w:type="dxa"/>
          </w:tcPr>
          <w:p w14:paraId="0D20EAB3" w14:textId="77777777" w:rsidR="006D3958" w:rsidRPr="0044448F" w:rsidRDefault="006D3958" w:rsidP="136E4DCB">
            <w:pPr>
              <w:rPr>
                <w:rFonts w:cs="Calibri"/>
                <w:lang w:val="ro-RO"/>
              </w:rPr>
            </w:pPr>
          </w:p>
        </w:tc>
      </w:tr>
      <w:tr w:rsidR="006D3958" w:rsidRPr="0044448F" w14:paraId="1A6508FA" w14:textId="77777777" w:rsidTr="136E4DCB">
        <w:tc>
          <w:tcPr>
            <w:tcW w:w="4248" w:type="dxa"/>
          </w:tcPr>
          <w:p w14:paraId="0938A02F" w14:textId="77777777" w:rsidR="006D3958" w:rsidRPr="0044448F" w:rsidRDefault="006D3958" w:rsidP="136E4DCB">
            <w:pPr>
              <w:rPr>
                <w:rFonts w:cs="Calibri"/>
                <w:lang w:val="ro-RO"/>
              </w:rPr>
            </w:pPr>
          </w:p>
        </w:tc>
        <w:tc>
          <w:tcPr>
            <w:tcW w:w="3600" w:type="dxa"/>
          </w:tcPr>
          <w:p w14:paraId="5C65E105" w14:textId="522F0061" w:rsidR="006D3958" w:rsidRPr="0044448F" w:rsidRDefault="5CBD20D0" w:rsidP="136E4DCB">
            <w:pPr>
              <w:rPr>
                <w:rFonts w:cs="Calibri"/>
                <w:lang w:val="ro-RO"/>
              </w:rPr>
            </w:pPr>
            <w:r w:rsidRPr="136E4DCB">
              <w:rPr>
                <w:rFonts w:cs="Calibri"/>
                <w:lang w:val="ro-RO"/>
              </w:rPr>
              <w:t>Coordonator(i) Local(i)</w:t>
            </w:r>
            <w:r w:rsidR="00F0662D">
              <w:rPr>
                <w:rFonts w:cs="Calibri"/>
                <w:lang w:val="ro-RO"/>
              </w:rPr>
              <w:t xml:space="preserve"> </w:t>
            </w:r>
          </w:p>
        </w:tc>
        <w:tc>
          <w:tcPr>
            <w:tcW w:w="2232" w:type="dxa"/>
          </w:tcPr>
          <w:p w14:paraId="4B7674A0" w14:textId="77777777" w:rsidR="006D3958" w:rsidRPr="0044448F" w:rsidRDefault="006D3958" w:rsidP="136E4DCB">
            <w:pPr>
              <w:rPr>
                <w:rFonts w:cs="Calibri"/>
                <w:lang w:val="ro-RO"/>
              </w:rPr>
            </w:pPr>
          </w:p>
        </w:tc>
      </w:tr>
    </w:tbl>
    <w:p w14:paraId="36E57DFD" w14:textId="2CFEF523" w:rsidR="006D3958" w:rsidRPr="0044448F" w:rsidRDefault="5CBD20D0" w:rsidP="136E4DCB">
      <w:pPr>
        <w:spacing w:before="240" w:after="120"/>
        <w:rPr>
          <w:rFonts w:cs="Calibri"/>
          <w:lang w:val="ro-RO"/>
        </w:rPr>
      </w:pPr>
      <w:r w:rsidRPr="136E4DCB">
        <w:rPr>
          <w:rFonts w:cs="Calibri"/>
          <w:b/>
          <w:bCs/>
          <w:sz w:val="24"/>
          <w:szCs w:val="24"/>
          <w:lang w:val="ro-RO"/>
        </w:rPr>
        <w:t xml:space="preserve">4.2. Capacitatea de Acoperire Geografică </w:t>
      </w:r>
    </w:p>
    <w:p w14:paraId="1D1F2974" w14:textId="593CEF7C" w:rsidR="006D3958" w:rsidRPr="00A719F3" w:rsidRDefault="5CBD20D0" w:rsidP="136E4DCB">
      <w:pPr>
        <w:spacing w:after="120"/>
        <w:ind w:left="360"/>
        <w:rPr>
          <w:rFonts w:cs="Calibri"/>
          <w:lang w:val="ro-RO"/>
        </w:rPr>
      </w:pPr>
      <w:r w:rsidRPr="136E4DCB">
        <w:rPr>
          <w:rFonts w:cs="Calibri"/>
          <w:i/>
          <w:iCs/>
          <w:color w:val="595959" w:themeColor="text1" w:themeTint="A6"/>
          <w:lang w:val="ro-RO"/>
        </w:rPr>
        <w:t>Descrieți capacitatea organizației dumneavoastră de a opera pe întreaga arie geografică propusă. Menționați rețelele locale, filialele sau parteneriatele, inclusiv cu organizații/rețele de femei sau ONG-uri conduse de femei, care vor sprijini informarea către sate îndepărtate și comunități multiple.</w:t>
      </w:r>
    </w:p>
    <w:p w14:paraId="667E3C6F" w14:textId="43734679" w:rsidR="006D3958" w:rsidRPr="0044448F" w:rsidRDefault="5CBD20D0" w:rsidP="136E4DCB">
      <w:pPr>
        <w:spacing w:before="240" w:after="120"/>
        <w:rPr>
          <w:rFonts w:cs="Calibri"/>
          <w:lang w:val="ro-RO"/>
        </w:rPr>
      </w:pPr>
      <w:r w:rsidRPr="136E4DCB">
        <w:rPr>
          <w:rFonts w:cs="Calibri"/>
          <w:b/>
          <w:bCs/>
          <w:sz w:val="24"/>
          <w:szCs w:val="24"/>
          <w:lang w:val="ro-RO"/>
        </w:rPr>
        <w:t>4.3. Buget</w:t>
      </w:r>
    </w:p>
    <w:p w14:paraId="13E1526E" w14:textId="691382AA" w:rsidR="006D3958" w:rsidRPr="003E2698" w:rsidRDefault="5CBD20D0" w:rsidP="136E4DCB">
      <w:pPr>
        <w:spacing w:after="120"/>
        <w:ind w:left="360"/>
        <w:rPr>
          <w:rFonts w:cs="Calibri"/>
          <w:lang w:val="ro-RO"/>
        </w:rPr>
      </w:pPr>
      <w:r w:rsidRPr="136E4DCB">
        <w:rPr>
          <w:rFonts w:cs="Calibri"/>
          <w:i/>
          <w:iCs/>
          <w:color w:val="595959" w:themeColor="text1" w:themeTint="A6"/>
          <w:lang w:val="ro-RO"/>
        </w:rPr>
        <w:t>Anexați un buget detaliat ca Anexa 2, conform modelului furnizat. Bugetul trebuie să fie clar, realist și să demonstreze eficiența costurilor.</w:t>
      </w:r>
    </w:p>
    <w:p w14:paraId="6697D679" w14:textId="65A1859F" w:rsidR="00D63B70" w:rsidRPr="0044448F" w:rsidRDefault="7559D5FD" w:rsidP="136E4DCB">
      <w:pPr>
        <w:pBdr>
          <w:bottom w:val="single" w:sz="6" w:space="1" w:color="4F81BD"/>
        </w:pBdr>
        <w:spacing w:before="480" w:after="240"/>
        <w:rPr>
          <w:rFonts w:eastAsia="Calibri" w:cs="Calibri"/>
          <w:b/>
          <w:bCs/>
          <w:color w:val="003399"/>
          <w:sz w:val="24"/>
          <w:szCs w:val="24"/>
          <w:lang w:val="ro-RO"/>
        </w:rPr>
      </w:pPr>
      <w:r w:rsidRPr="136E4DCB">
        <w:rPr>
          <w:rFonts w:eastAsia="Calibri" w:cs="Calibri"/>
          <w:b/>
          <w:bCs/>
          <w:color w:val="003399"/>
          <w:sz w:val="24"/>
          <w:szCs w:val="24"/>
          <w:lang w:val="ro-RO"/>
        </w:rPr>
        <w:t>SECȚIUNEA 5: DECLARAȚIE ȘI LISTĂ DE VERIFICARE PENTRU DEPUNERE</w:t>
      </w:r>
    </w:p>
    <w:p w14:paraId="70696032" w14:textId="2525ECD7" w:rsidR="006D3958" w:rsidRPr="0044448F" w:rsidRDefault="5CBD20D0" w:rsidP="136E4DCB">
      <w:pPr>
        <w:spacing w:before="240" w:after="120"/>
        <w:rPr>
          <w:rFonts w:cs="Calibri"/>
          <w:lang w:val="ro-RO"/>
        </w:rPr>
      </w:pPr>
      <w:r w:rsidRPr="00C25586">
        <w:rPr>
          <w:rFonts w:cs="Calibri"/>
          <w:b/>
          <w:bCs/>
          <w:sz w:val="24"/>
          <w:szCs w:val="24"/>
          <w:lang w:val="ro-RO"/>
        </w:rPr>
        <w:t xml:space="preserve">5.1. </w:t>
      </w:r>
      <w:r w:rsidR="0053412C">
        <w:rPr>
          <w:rFonts w:cs="Calibri"/>
          <w:b/>
          <w:bCs/>
          <w:sz w:val="24"/>
          <w:szCs w:val="24"/>
          <w:lang w:val="ro-RO"/>
        </w:rPr>
        <w:t xml:space="preserve"> </w:t>
      </w:r>
      <w:r w:rsidR="0053412C" w:rsidRPr="0053412C">
        <w:rPr>
          <w:rFonts w:cs="Calibri"/>
          <w:b/>
          <w:bCs/>
          <w:sz w:val="24"/>
          <w:szCs w:val="24"/>
          <w:lang w:val="ro-RO"/>
        </w:rPr>
        <w:t>Declarația Aplicantului</w:t>
      </w:r>
      <w:r w:rsidR="0053412C">
        <w:rPr>
          <w:rFonts w:cs="Calibri"/>
          <w:b/>
          <w:bCs/>
          <w:sz w:val="24"/>
          <w:szCs w:val="24"/>
          <w:lang w:val="ro-RO"/>
        </w:rPr>
        <w:t xml:space="preserve">    </w:t>
      </w:r>
    </w:p>
    <w:p w14:paraId="159C609E" w14:textId="587FB09E" w:rsidR="006D3958" w:rsidRPr="0044448F" w:rsidRDefault="5CBD20D0" w:rsidP="136E4DCB">
      <w:pPr>
        <w:rPr>
          <w:rFonts w:cs="Calibri"/>
          <w:lang w:val="ro-RO"/>
        </w:rPr>
      </w:pPr>
      <w:r w:rsidRPr="136E4DCB">
        <w:rPr>
          <w:rFonts w:cs="Calibri"/>
          <w:lang w:val="ro-RO"/>
        </w:rPr>
        <w:t>Subsemnatul/</w:t>
      </w:r>
      <w:r w:rsidR="00704505">
        <w:rPr>
          <w:rFonts w:cs="Calibri"/>
          <w:lang w:val="ro-RO"/>
        </w:rPr>
        <w:t>s</w:t>
      </w:r>
      <w:r w:rsidRPr="136E4DCB">
        <w:rPr>
          <w:rFonts w:cs="Calibri"/>
          <w:lang w:val="ro-RO"/>
        </w:rPr>
        <w:t>ubsemnata, în calitate de reprezentant legal al organizației aplicante, declar prin prezenta că:</w:t>
      </w:r>
    </w:p>
    <w:p w14:paraId="2B334A04" w14:textId="77777777" w:rsidR="006D3958" w:rsidRPr="0044448F" w:rsidRDefault="5CBD20D0" w:rsidP="136E4DCB">
      <w:pPr>
        <w:pStyle w:val="ListBullet"/>
        <w:rPr>
          <w:rFonts w:cs="Calibri"/>
          <w:lang w:val="ro-RO"/>
        </w:rPr>
      </w:pPr>
      <w:r w:rsidRPr="136E4DCB">
        <w:rPr>
          <w:rFonts w:cs="Calibri"/>
          <w:lang w:val="ro-RO"/>
        </w:rPr>
        <w:t>Informațiile furnizate în această aplicație sunt adevărate și exacte.</w:t>
      </w:r>
    </w:p>
    <w:p w14:paraId="69AB5344" w14:textId="77777777" w:rsidR="006D3958" w:rsidRDefault="5CBD20D0" w:rsidP="136E4DCB">
      <w:pPr>
        <w:pStyle w:val="ListBullet"/>
        <w:rPr>
          <w:rFonts w:cs="Calibri"/>
          <w:lang w:val="ro-RO"/>
        </w:rPr>
      </w:pPr>
      <w:r w:rsidRPr="136E4DCB">
        <w:rPr>
          <w:rFonts w:cs="Calibri"/>
          <w:lang w:val="ro-RO"/>
        </w:rPr>
        <w:t>Organizația este o entitate non-profit înregistrată legal în Republica Moldova.</w:t>
      </w:r>
    </w:p>
    <w:p w14:paraId="03E8E5A6" w14:textId="77777777" w:rsidR="0053412C" w:rsidRPr="0053412C" w:rsidRDefault="0053412C" w:rsidP="0053412C">
      <w:pPr>
        <w:pStyle w:val="ListBullet"/>
        <w:rPr>
          <w:rFonts w:cs="Calibri"/>
          <w:lang w:val="ro-RO"/>
        </w:rPr>
      </w:pPr>
      <w:r w:rsidRPr="0053412C">
        <w:rPr>
          <w:rFonts w:cs="Calibri"/>
          <w:lang w:val="ro-RO"/>
        </w:rPr>
        <w:t>Organizația respectă legislația în vigoare și cerințele PNUD aplicabile prezentului apel de proiecte.</w:t>
      </w:r>
    </w:p>
    <w:p w14:paraId="18BED5F1" w14:textId="77777777" w:rsidR="0053412C" w:rsidRPr="0053412C" w:rsidRDefault="0053412C" w:rsidP="0053412C">
      <w:pPr>
        <w:pStyle w:val="ListBullet"/>
        <w:rPr>
          <w:rFonts w:cs="Calibri"/>
          <w:lang w:val="ro-RO"/>
        </w:rPr>
      </w:pPr>
      <w:r w:rsidRPr="0053412C">
        <w:rPr>
          <w:rFonts w:cs="Calibri"/>
          <w:lang w:val="ro-RO"/>
        </w:rPr>
        <w:t>Nu există niciun conflict de interese, real sau potențial, legat de implementarea acestui proiect.</w:t>
      </w:r>
    </w:p>
    <w:p w14:paraId="6CA65368" w14:textId="77777777" w:rsidR="006D3958" w:rsidRPr="0044448F" w:rsidRDefault="5CBD20D0" w:rsidP="136E4DCB">
      <w:pPr>
        <w:pStyle w:val="ListBullet"/>
        <w:rPr>
          <w:rFonts w:cs="Calibri"/>
          <w:lang w:val="ro-RO"/>
        </w:rPr>
      </w:pPr>
      <w:r w:rsidRPr="136E4DCB">
        <w:rPr>
          <w:rFonts w:cs="Calibri"/>
          <w:lang w:val="ro-RO"/>
        </w:rPr>
        <w:t>Organizația nu are datorii fiscale restante și nu se află în proces de lichidare sau implicată în proceduri judiciare care ar putea afecta implementarea proiectului.</w:t>
      </w:r>
    </w:p>
    <w:p w14:paraId="43DAB8B6" w14:textId="06DB8B3C" w:rsidR="006D3958" w:rsidRDefault="5CBD20D0" w:rsidP="136E4DCB">
      <w:pPr>
        <w:pStyle w:val="ListBullet"/>
        <w:rPr>
          <w:rFonts w:cs="Calibri"/>
          <w:lang w:val="ro-RO"/>
        </w:rPr>
      </w:pPr>
      <w:r w:rsidRPr="136E4DCB">
        <w:rPr>
          <w:rFonts w:cs="Calibri"/>
          <w:lang w:val="ro-RO"/>
        </w:rPr>
        <w:t xml:space="preserve">Aceasta este singura </w:t>
      </w:r>
      <w:r w:rsidR="00704505">
        <w:rPr>
          <w:rFonts w:cs="Calibri"/>
          <w:lang w:val="ro-RO"/>
        </w:rPr>
        <w:t>propunere de proiect</w:t>
      </w:r>
      <w:r w:rsidRPr="136E4DCB">
        <w:rPr>
          <w:rFonts w:cs="Calibri"/>
          <w:lang w:val="ro-RO"/>
        </w:rPr>
        <w:t xml:space="preserve"> depusă de organizația noastră în cadrul acestui apel.</w:t>
      </w:r>
    </w:p>
    <w:p w14:paraId="6925AAAC" w14:textId="1948F12B" w:rsidR="00DA1F3E" w:rsidRDefault="007B483D" w:rsidP="136E4DCB">
      <w:pPr>
        <w:pStyle w:val="ListBullet"/>
        <w:rPr>
          <w:rFonts w:cs="Calibri"/>
          <w:lang w:val="ro-RO"/>
        </w:rPr>
      </w:pPr>
      <w:r>
        <w:rPr>
          <w:rFonts w:cs="Calibri"/>
          <w:lang w:val="ro-RO"/>
        </w:rPr>
        <w:t>Or</w:t>
      </w:r>
      <w:r w:rsidR="000B5CDA">
        <w:rPr>
          <w:rFonts w:cs="Calibri"/>
          <w:lang w:val="ro-RO"/>
        </w:rPr>
        <w:t>gan</w:t>
      </w:r>
      <w:r w:rsidR="00D0534A">
        <w:rPr>
          <w:rFonts w:cs="Calibri"/>
          <w:lang w:val="ro-RO"/>
        </w:rPr>
        <w:t>i</w:t>
      </w:r>
      <w:r w:rsidR="0000116E">
        <w:rPr>
          <w:rFonts w:cs="Calibri"/>
          <w:lang w:val="ro-RO"/>
        </w:rPr>
        <w:t>za</w:t>
      </w:r>
      <w:r w:rsidR="00FF7E0C">
        <w:rPr>
          <w:rFonts w:cs="Calibri"/>
          <w:lang w:val="ro-RO"/>
        </w:rPr>
        <w:t>tia</w:t>
      </w:r>
      <w:r w:rsidR="00084114" w:rsidRPr="00084114">
        <w:rPr>
          <w:rFonts w:cs="Calibri"/>
          <w:lang w:val="ro-RO"/>
        </w:rPr>
        <w:t xml:space="preserve"> nu </w:t>
      </w:r>
      <w:r w:rsidR="007B3B78">
        <w:rPr>
          <w:rFonts w:cs="Calibri"/>
          <w:lang w:val="ro-RO"/>
        </w:rPr>
        <w:t>are</w:t>
      </w:r>
      <w:r w:rsidR="00084114" w:rsidRPr="00084114">
        <w:rPr>
          <w:rFonts w:cs="Calibri"/>
          <w:lang w:val="ro-RO"/>
        </w:rPr>
        <w:t xml:space="preserve"> nicio finanțare suprapusă sau conflictuală anterioare sau în curs oferită prin mecanismele HACT/Grant PNUD. </w:t>
      </w:r>
    </w:p>
    <w:p w14:paraId="452C2521" w14:textId="46ACAAEA" w:rsidR="00973750" w:rsidRDefault="00973750" w:rsidP="00973750">
      <w:pPr>
        <w:pStyle w:val="ListBullet"/>
        <w:numPr>
          <w:ilvl w:val="0"/>
          <w:numId w:val="0"/>
        </w:numPr>
        <w:ind w:left="360"/>
        <w:rPr>
          <w:rFonts w:cs="Calibri"/>
          <w:lang w:val="ro-RO"/>
        </w:rPr>
      </w:pPr>
    </w:p>
    <w:p w14:paraId="787526B4" w14:textId="4AD42162" w:rsidR="006D3958" w:rsidRPr="0044448F" w:rsidRDefault="5CBD20D0" w:rsidP="136E4DCB">
      <w:pPr>
        <w:rPr>
          <w:rFonts w:cs="Calibri"/>
          <w:lang w:val="ro-RO"/>
        </w:rPr>
      </w:pPr>
      <w:r w:rsidRPr="136E4DCB">
        <w:rPr>
          <w:rFonts w:cs="Calibri"/>
          <w:lang w:val="ro-RO"/>
        </w:rPr>
        <w:t>Semnătura:</w:t>
      </w:r>
      <w:r w:rsidR="009A556C">
        <w:rPr>
          <w:rFonts w:cs="Calibri"/>
          <w:lang w:val="ro-RO"/>
        </w:rPr>
        <w:tab/>
      </w:r>
      <w:r w:rsidRPr="136E4DCB">
        <w:rPr>
          <w:rFonts w:cs="Calibri"/>
          <w:lang w:val="ro-RO"/>
        </w:rPr>
        <w:t xml:space="preserve"> _________________________</w:t>
      </w:r>
    </w:p>
    <w:p w14:paraId="415AC4BF" w14:textId="77777777" w:rsidR="006D3958" w:rsidRPr="0044448F" w:rsidRDefault="5CBD20D0" w:rsidP="136E4DCB">
      <w:pPr>
        <w:rPr>
          <w:rFonts w:cs="Calibri"/>
          <w:lang w:val="ro-RO"/>
        </w:rPr>
      </w:pPr>
      <w:r w:rsidRPr="136E4DCB">
        <w:rPr>
          <w:rFonts w:cs="Calibri"/>
          <w:lang w:val="ro-RO"/>
        </w:rPr>
        <w:t>Nume Complet: _________________________</w:t>
      </w:r>
    </w:p>
    <w:p w14:paraId="523AA8E1" w14:textId="471198F3" w:rsidR="006D3958" w:rsidRPr="0044448F" w:rsidRDefault="5CBD20D0" w:rsidP="136E4DCB">
      <w:pPr>
        <w:rPr>
          <w:rFonts w:cs="Calibri"/>
          <w:lang w:val="ro-RO"/>
        </w:rPr>
      </w:pPr>
      <w:r w:rsidRPr="136E4DCB">
        <w:rPr>
          <w:rFonts w:cs="Calibri"/>
          <w:lang w:val="ro-RO"/>
        </w:rPr>
        <w:t xml:space="preserve">Data:     </w:t>
      </w:r>
      <w:r w:rsidR="009A556C">
        <w:rPr>
          <w:rFonts w:cs="Calibri"/>
          <w:lang w:val="ro-RO"/>
        </w:rPr>
        <w:tab/>
      </w:r>
      <w:r w:rsidRPr="136E4DCB">
        <w:rPr>
          <w:rFonts w:cs="Calibri"/>
          <w:lang w:val="ro-RO"/>
        </w:rPr>
        <w:t xml:space="preserve"> _________________________</w:t>
      </w:r>
    </w:p>
    <w:p w14:paraId="527BF5C3" w14:textId="77777777" w:rsidR="001B3350" w:rsidRDefault="001B3350" w:rsidP="136E4DCB">
      <w:pPr>
        <w:spacing w:before="240"/>
        <w:rPr>
          <w:lang w:val="it-IT"/>
        </w:rPr>
      </w:pPr>
    </w:p>
    <w:p w14:paraId="1C1C63C2" w14:textId="3EE7823B" w:rsidR="006D3958" w:rsidRPr="00114630" w:rsidRDefault="00BC39E0" w:rsidP="136E4DCB">
      <w:pPr>
        <w:spacing w:before="240"/>
        <w:rPr>
          <w:rFonts w:cs="Calibri"/>
          <w:lang w:val="ro-RO"/>
        </w:rPr>
      </w:pPr>
      <w:r w:rsidRPr="00703FD4">
        <w:rPr>
          <w:lang w:val="it-IT"/>
        </w:rPr>
        <w:br/>
      </w:r>
      <w:r w:rsidR="5CBD20D0" w:rsidRPr="136E4DCB">
        <w:rPr>
          <w:rFonts w:cs="Calibri"/>
          <w:b/>
          <w:bCs/>
          <w:sz w:val="24"/>
          <w:szCs w:val="24"/>
          <w:lang w:val="ro-RO"/>
        </w:rPr>
        <w:t>5.2. Lista de Verificare pentru Depunere</w:t>
      </w:r>
    </w:p>
    <w:tbl>
      <w:tblPr>
        <w:tblStyle w:val="TableGrid"/>
        <w:tblW w:w="0" w:type="auto"/>
        <w:tblLayout w:type="fixed"/>
        <w:tblLook w:val="04A0" w:firstRow="1" w:lastRow="0" w:firstColumn="1" w:lastColumn="0" w:noHBand="0" w:noVBand="1"/>
      </w:tblPr>
      <w:tblGrid>
        <w:gridCol w:w="10098"/>
      </w:tblGrid>
      <w:tr w:rsidR="00AA7618" w:rsidRPr="0056369D" w14:paraId="34BB89F4" w14:textId="77777777" w:rsidTr="136E4DCB">
        <w:tc>
          <w:tcPr>
            <w:tcW w:w="10098" w:type="dxa"/>
            <w:shd w:val="clear" w:color="auto" w:fill="D9E1F2"/>
            <w:vAlign w:val="center"/>
          </w:tcPr>
          <w:p w14:paraId="11BD45A7" w14:textId="04C0305D" w:rsidR="00AA7618" w:rsidRPr="00114630" w:rsidRDefault="1DF24D16" w:rsidP="136E4DCB">
            <w:pPr>
              <w:spacing w:before="40" w:after="40"/>
              <w:jc w:val="center"/>
              <w:rPr>
                <w:rFonts w:cs="Calibri"/>
                <w:i/>
                <w:iCs/>
                <w:lang w:val="ro-RO"/>
              </w:rPr>
            </w:pPr>
            <w:r w:rsidRPr="136E4DCB">
              <w:rPr>
                <w:rFonts w:cs="Calibri"/>
                <w:i/>
                <w:iCs/>
                <w:lang w:val="ro-RO"/>
              </w:rPr>
              <w:t>Vă rugăm să vă asigurați că toate documentele următoare sunt incluse în e-mailul de aplicare.</w:t>
            </w:r>
          </w:p>
        </w:tc>
      </w:tr>
      <w:tr w:rsidR="00AA7618" w:rsidRPr="00114630" w14:paraId="52D1066C" w14:textId="77777777" w:rsidTr="136E4DCB">
        <w:tc>
          <w:tcPr>
            <w:tcW w:w="10098" w:type="dxa"/>
          </w:tcPr>
          <w:p w14:paraId="19A81BA0" w14:textId="7590E657" w:rsidR="00AA7618" w:rsidRPr="00114630" w:rsidRDefault="1DF24D16" w:rsidP="136E4DCB">
            <w:pPr>
              <w:spacing w:before="40" w:after="40"/>
              <w:rPr>
                <w:rFonts w:cs="Calibri"/>
                <w:lang w:val="ro-RO"/>
              </w:rPr>
            </w:pPr>
            <w:r w:rsidRPr="136E4DCB">
              <w:rPr>
                <w:rFonts w:ascii="Segoe UI Symbol" w:hAnsi="Segoe UI Symbol" w:cs="Segoe UI Symbol"/>
                <w:lang w:val="ro-RO"/>
              </w:rPr>
              <w:t>☐</w:t>
            </w:r>
            <w:r w:rsidRPr="136E4DCB">
              <w:rPr>
                <w:rFonts w:cs="Calibri"/>
                <w:lang w:val="ro-RO"/>
              </w:rPr>
              <w:t xml:space="preserve"> Formularul de Aplicare Completat - Anexa </w:t>
            </w:r>
            <w:r w:rsidR="00587514">
              <w:rPr>
                <w:rFonts w:cs="Calibri"/>
                <w:lang w:val="ro-RO"/>
              </w:rPr>
              <w:t>1</w:t>
            </w:r>
            <w:r w:rsidRPr="136E4DCB">
              <w:rPr>
                <w:rFonts w:cs="Calibri"/>
                <w:lang w:val="ro-RO"/>
              </w:rPr>
              <w:t xml:space="preserve"> (în Word și PDF semnat)</w:t>
            </w:r>
          </w:p>
        </w:tc>
      </w:tr>
      <w:tr w:rsidR="00AA7618" w:rsidRPr="00114630" w14:paraId="2FACFBAC" w14:textId="77777777" w:rsidTr="136E4DCB">
        <w:tc>
          <w:tcPr>
            <w:tcW w:w="10098" w:type="dxa"/>
          </w:tcPr>
          <w:p w14:paraId="37F03B45" w14:textId="41EDD2E0" w:rsidR="00AA7618" w:rsidRPr="00114630" w:rsidRDefault="1DF24D16" w:rsidP="136E4DCB">
            <w:pPr>
              <w:spacing w:before="40" w:after="40"/>
              <w:rPr>
                <w:rFonts w:cs="Calibri"/>
                <w:lang w:val="ro-RO"/>
              </w:rPr>
            </w:pPr>
            <w:r w:rsidRPr="136E4DCB">
              <w:rPr>
                <w:rFonts w:ascii="Segoe UI Symbol" w:hAnsi="Segoe UI Symbol" w:cs="Segoe UI Symbol"/>
                <w:lang w:val="ro-RO"/>
              </w:rPr>
              <w:t>☐</w:t>
            </w:r>
            <w:r w:rsidRPr="136E4DCB">
              <w:rPr>
                <w:rFonts w:cs="Calibri"/>
                <w:lang w:val="ro-RO"/>
              </w:rPr>
              <w:t xml:space="preserve"> Buget Detaliat - Anexa </w:t>
            </w:r>
            <w:r w:rsidR="003C3096">
              <w:rPr>
                <w:rFonts w:cs="Calibri"/>
                <w:lang w:val="ro-RO"/>
              </w:rPr>
              <w:t>2</w:t>
            </w:r>
          </w:p>
        </w:tc>
      </w:tr>
      <w:tr w:rsidR="00AA7618" w:rsidRPr="00114630" w14:paraId="2779885B" w14:textId="77777777" w:rsidTr="136E4DCB">
        <w:tc>
          <w:tcPr>
            <w:tcW w:w="10098" w:type="dxa"/>
          </w:tcPr>
          <w:p w14:paraId="1A3FB254" w14:textId="77777777" w:rsidR="00AA7618" w:rsidRPr="00114630" w:rsidRDefault="1DF24D16" w:rsidP="136E4DCB">
            <w:pPr>
              <w:spacing w:before="40" w:after="40"/>
              <w:rPr>
                <w:rFonts w:cs="Calibri"/>
                <w:lang w:val="ro-RO"/>
              </w:rPr>
            </w:pPr>
            <w:r w:rsidRPr="136E4DCB">
              <w:rPr>
                <w:rFonts w:ascii="Segoe UI Symbol" w:hAnsi="Segoe UI Symbol" w:cs="Segoe UI Symbol"/>
                <w:lang w:val="ro-RO"/>
              </w:rPr>
              <w:t>☐</w:t>
            </w:r>
            <w:r w:rsidRPr="136E4DCB">
              <w:rPr>
                <w:rFonts w:cs="Calibri"/>
                <w:lang w:val="ro-RO"/>
              </w:rPr>
              <w:t xml:space="preserve"> Certificat de Înregistrare</w:t>
            </w:r>
          </w:p>
        </w:tc>
      </w:tr>
      <w:tr w:rsidR="00AA7618" w:rsidRPr="00225418" w14:paraId="1182B40E" w14:textId="77777777" w:rsidTr="136E4DCB">
        <w:tc>
          <w:tcPr>
            <w:tcW w:w="10098" w:type="dxa"/>
          </w:tcPr>
          <w:p w14:paraId="7C70E1BF" w14:textId="540A49AE" w:rsidR="00AA7618" w:rsidRPr="00E96139" w:rsidRDefault="0053412C" w:rsidP="136E4DCB">
            <w:pPr>
              <w:spacing w:before="40" w:after="40"/>
              <w:rPr>
                <w:rFonts w:cs="Calibri"/>
                <w:highlight w:val="yellow"/>
                <w:lang w:val="ro-RO"/>
              </w:rPr>
            </w:pPr>
            <w:r w:rsidRPr="136E4DCB">
              <w:rPr>
                <w:rFonts w:ascii="Segoe UI Symbol" w:hAnsi="Segoe UI Symbol" w:cs="Segoe UI Symbol"/>
                <w:lang w:val="ro-RO"/>
              </w:rPr>
              <w:t>☐</w:t>
            </w:r>
            <w:r>
              <w:rPr>
                <w:rFonts w:ascii="Segoe UI Symbol" w:hAnsi="Segoe UI Symbol" w:cs="Segoe UI Symbol"/>
                <w:lang w:val="ro-RO"/>
              </w:rPr>
              <w:t xml:space="preserve"> </w:t>
            </w:r>
            <w:r w:rsidRPr="0053412C">
              <w:rPr>
                <w:rFonts w:cs="Calibri"/>
                <w:lang w:val="ro-RO"/>
              </w:rPr>
              <w:t>Extras din Registrul Organizațiilor Necomerciale (nu mai vechi de 3 luni)</w:t>
            </w:r>
          </w:p>
        </w:tc>
      </w:tr>
      <w:tr w:rsidR="00AA7618" w:rsidRPr="00114630" w14:paraId="1385CBDE" w14:textId="77777777" w:rsidTr="136E4DCB">
        <w:tc>
          <w:tcPr>
            <w:tcW w:w="10098" w:type="dxa"/>
          </w:tcPr>
          <w:p w14:paraId="5E423B93" w14:textId="77777777" w:rsidR="00AA7618" w:rsidRPr="00114630" w:rsidRDefault="1DF24D16" w:rsidP="136E4DCB">
            <w:pPr>
              <w:spacing w:before="40" w:after="40"/>
              <w:rPr>
                <w:rFonts w:cs="Calibri"/>
                <w:lang w:val="ro-RO"/>
              </w:rPr>
            </w:pPr>
            <w:r w:rsidRPr="136E4DCB">
              <w:rPr>
                <w:rFonts w:ascii="Segoe UI Symbol" w:hAnsi="Segoe UI Symbol" w:cs="Segoe UI Symbol"/>
                <w:lang w:val="ro-RO"/>
              </w:rPr>
              <w:t>☐</w:t>
            </w:r>
            <w:r w:rsidRPr="136E4DCB">
              <w:rPr>
                <w:rFonts w:cs="Calibri"/>
                <w:lang w:val="ro-RO"/>
              </w:rPr>
              <w:t xml:space="preserve"> Copie a Statutului organizației</w:t>
            </w:r>
          </w:p>
        </w:tc>
      </w:tr>
      <w:tr w:rsidR="00AA7618" w:rsidRPr="00114630" w14:paraId="60E51590" w14:textId="77777777" w:rsidTr="136E4DCB">
        <w:tc>
          <w:tcPr>
            <w:tcW w:w="10098" w:type="dxa"/>
          </w:tcPr>
          <w:p w14:paraId="0EEABC39" w14:textId="2F60E78F" w:rsidR="00AA7618" w:rsidRPr="00114630" w:rsidRDefault="1DF24D16" w:rsidP="136E4DCB">
            <w:pPr>
              <w:spacing w:before="40" w:after="40"/>
              <w:rPr>
                <w:rFonts w:cs="Calibri"/>
                <w:lang w:val="ro-RO"/>
              </w:rPr>
            </w:pPr>
            <w:r w:rsidRPr="136E4DCB">
              <w:rPr>
                <w:rFonts w:ascii="Segoe UI Symbol" w:hAnsi="Segoe UI Symbol" w:cs="Segoe UI Symbol"/>
                <w:lang w:val="ro-RO"/>
              </w:rPr>
              <w:t>☐</w:t>
            </w:r>
            <w:r w:rsidRPr="136E4DCB">
              <w:rPr>
                <w:rFonts w:cs="Calibri"/>
                <w:lang w:val="ro-RO"/>
              </w:rPr>
              <w:t xml:space="preserve"> Profil Organizați</w:t>
            </w:r>
            <w:r w:rsidR="00100BEE">
              <w:rPr>
                <w:rFonts w:cs="Calibri"/>
                <w:lang w:val="ro-RO"/>
              </w:rPr>
              <w:t>ei</w:t>
            </w:r>
            <w:r w:rsidR="00852BE9" w:rsidRPr="136E4DCB">
              <w:rPr>
                <w:rFonts w:cs="Calibri"/>
                <w:lang w:val="ro-RO"/>
              </w:rPr>
              <w:t xml:space="preserve"> care demonstrează experiență relevantă</w:t>
            </w:r>
            <w:r w:rsidR="000A5993">
              <w:rPr>
                <w:rFonts w:cs="Calibri"/>
                <w:lang w:val="ro-RO"/>
              </w:rPr>
              <w:t xml:space="preserve"> </w:t>
            </w:r>
            <w:r w:rsidR="00456A74" w:rsidRPr="00983C6C">
              <w:rPr>
                <w:rFonts w:eastAsia="Calibri" w:cs="Calibri"/>
                <w:color w:val="003399"/>
                <w:sz w:val="24"/>
                <w:szCs w:val="24"/>
                <w:lang w:val="ro-RO"/>
              </w:rPr>
              <w:t>(</w:t>
            </w:r>
            <w:r w:rsidR="00952669" w:rsidRPr="00983C6C">
              <w:rPr>
                <w:rFonts w:cs="Calibri"/>
                <w:lang w:val="ro-RO"/>
              </w:rPr>
              <w:t>maximum</w:t>
            </w:r>
            <w:r w:rsidR="00456A74" w:rsidRPr="00983C6C">
              <w:rPr>
                <w:rFonts w:cs="Calibri"/>
                <w:lang w:val="ro-RO"/>
              </w:rPr>
              <w:t xml:space="preserve"> 5 pagini)</w:t>
            </w:r>
          </w:p>
        </w:tc>
      </w:tr>
      <w:tr w:rsidR="00AA7618" w:rsidRPr="00114630" w14:paraId="5E0CC344" w14:textId="77777777" w:rsidTr="136E4DCB">
        <w:tc>
          <w:tcPr>
            <w:tcW w:w="10098" w:type="dxa"/>
          </w:tcPr>
          <w:p w14:paraId="4F791D03" w14:textId="77777777" w:rsidR="00AA7618" w:rsidRPr="00114630" w:rsidRDefault="1DF24D16" w:rsidP="136E4DCB">
            <w:pPr>
              <w:spacing w:before="40" w:after="40"/>
              <w:rPr>
                <w:rFonts w:cs="Calibri"/>
                <w:lang w:val="ro-RO"/>
              </w:rPr>
            </w:pPr>
            <w:r w:rsidRPr="136E4DCB">
              <w:rPr>
                <w:rFonts w:ascii="Segoe UI Symbol" w:hAnsi="Segoe UI Symbol" w:cs="Segoe UI Symbol"/>
                <w:lang w:val="ro-RO"/>
              </w:rPr>
              <w:t>☐</w:t>
            </w:r>
            <w:r w:rsidRPr="136E4DCB">
              <w:rPr>
                <w:rFonts w:cs="Calibri"/>
                <w:lang w:val="ro-RO"/>
              </w:rPr>
              <w:t xml:space="preserve"> CV-urile experților-cheie și ale membrilor echipei</w:t>
            </w:r>
          </w:p>
        </w:tc>
      </w:tr>
      <w:tr w:rsidR="00AA7618" w:rsidRPr="00114630" w14:paraId="3984CD95" w14:textId="77777777" w:rsidTr="136E4DCB">
        <w:tc>
          <w:tcPr>
            <w:tcW w:w="10098" w:type="dxa"/>
          </w:tcPr>
          <w:p w14:paraId="2AABF506" w14:textId="0F54F479" w:rsidR="00AA7618" w:rsidRPr="00114630" w:rsidRDefault="1DF24D16" w:rsidP="136E4DCB">
            <w:pPr>
              <w:spacing w:before="40" w:after="40"/>
              <w:rPr>
                <w:rFonts w:cs="Calibri"/>
                <w:lang w:val="ro-RO"/>
              </w:rPr>
            </w:pPr>
            <w:r w:rsidRPr="136E4DCB">
              <w:rPr>
                <w:rFonts w:ascii="Segoe UI Symbol" w:hAnsi="Segoe UI Symbol" w:cs="Segoe UI Symbol"/>
                <w:lang w:val="ro-RO"/>
              </w:rPr>
              <w:t>☐</w:t>
            </w:r>
            <w:r w:rsidRPr="136E4DCB">
              <w:rPr>
                <w:rFonts w:cs="Calibri"/>
                <w:lang w:val="ro-RO"/>
              </w:rPr>
              <w:t xml:space="preserve"> </w:t>
            </w:r>
            <w:r w:rsidR="0053412C" w:rsidRPr="0053412C">
              <w:rPr>
                <w:rFonts w:cs="Calibri"/>
                <w:lang w:val="ro-RO"/>
              </w:rPr>
              <w:t>Cel mai recent raport financiar anual</w:t>
            </w:r>
          </w:p>
        </w:tc>
      </w:tr>
    </w:tbl>
    <w:p w14:paraId="73292773" w14:textId="77777777" w:rsidR="00657A4D" w:rsidRPr="0044448F" w:rsidRDefault="00657A4D" w:rsidP="136E4DCB">
      <w:pPr>
        <w:rPr>
          <w:rFonts w:cs="Calibri"/>
          <w:lang w:val="ro-RO"/>
        </w:rPr>
      </w:pPr>
    </w:p>
    <w:sectPr w:rsidR="00657A4D" w:rsidRPr="0044448F" w:rsidSect="00293C5C">
      <w:pgSz w:w="12240" w:h="15840"/>
      <w:pgMar w:top="864" w:right="864"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CA00118E"/>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2509BE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2D007A8"/>
    <w:multiLevelType w:val="hybridMultilevel"/>
    <w:tmpl w:val="DB5032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6BC52F45"/>
    <w:multiLevelType w:val="hybridMultilevel"/>
    <w:tmpl w:val="3A5C2692"/>
    <w:lvl w:ilvl="0" w:tplc="0409000F">
      <w:start w:val="1"/>
      <w:numFmt w:val="decimal"/>
      <w:lvlText w:val="%1."/>
      <w:lvlJc w:val="left"/>
      <w:pPr>
        <w:ind w:left="720" w:hanging="360"/>
      </w:p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02536322">
    <w:abstractNumId w:val="4"/>
  </w:num>
  <w:num w:numId="2" w16cid:durableId="1139223390">
    <w:abstractNumId w:val="6"/>
  </w:num>
  <w:num w:numId="3" w16cid:durableId="1589538433">
    <w:abstractNumId w:val="9"/>
  </w:num>
  <w:num w:numId="4" w16cid:durableId="1714690181">
    <w:abstractNumId w:val="3"/>
  </w:num>
  <w:num w:numId="5" w16cid:durableId="1820615706">
    <w:abstractNumId w:val="1"/>
  </w:num>
  <w:num w:numId="6" w16cid:durableId="1973245294">
    <w:abstractNumId w:val="0"/>
  </w:num>
  <w:num w:numId="7" w16cid:durableId="2013407626">
    <w:abstractNumId w:val="8"/>
  </w:num>
  <w:num w:numId="8" w16cid:durableId="360206318">
    <w:abstractNumId w:val="5"/>
  </w:num>
  <w:num w:numId="9" w16cid:durableId="465508127">
    <w:abstractNumId w:val="2"/>
  </w:num>
  <w:num w:numId="10" w16cid:durableId="657031073">
    <w:abstractNumId w:val="10"/>
  </w:num>
  <w:num w:numId="11" w16cid:durableId="6581154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116E"/>
    <w:rsid w:val="0001023E"/>
    <w:rsid w:val="00014A27"/>
    <w:rsid w:val="000216FD"/>
    <w:rsid w:val="00024F23"/>
    <w:rsid w:val="00034616"/>
    <w:rsid w:val="0003542E"/>
    <w:rsid w:val="000409E5"/>
    <w:rsid w:val="00044797"/>
    <w:rsid w:val="00047F23"/>
    <w:rsid w:val="0006063C"/>
    <w:rsid w:val="00067ECD"/>
    <w:rsid w:val="00084114"/>
    <w:rsid w:val="00084312"/>
    <w:rsid w:val="000A5993"/>
    <w:rsid w:val="000A617B"/>
    <w:rsid w:val="000A7F56"/>
    <w:rsid w:val="000B3100"/>
    <w:rsid w:val="000B5CDA"/>
    <w:rsid w:val="000D3671"/>
    <w:rsid w:val="000E5377"/>
    <w:rsid w:val="000E541D"/>
    <w:rsid w:val="00100BEE"/>
    <w:rsid w:val="00101C9D"/>
    <w:rsid w:val="001069F1"/>
    <w:rsid w:val="00107D9A"/>
    <w:rsid w:val="00111FF5"/>
    <w:rsid w:val="00114630"/>
    <w:rsid w:val="0014351F"/>
    <w:rsid w:val="00143EA0"/>
    <w:rsid w:val="0015074B"/>
    <w:rsid w:val="00157E6E"/>
    <w:rsid w:val="0016616B"/>
    <w:rsid w:val="0018332B"/>
    <w:rsid w:val="001928B9"/>
    <w:rsid w:val="001928CB"/>
    <w:rsid w:val="00195CA4"/>
    <w:rsid w:val="001B3350"/>
    <w:rsid w:val="001D25EB"/>
    <w:rsid w:val="001D43A3"/>
    <w:rsid w:val="001D4EC9"/>
    <w:rsid w:val="001E1193"/>
    <w:rsid w:val="001F5B35"/>
    <w:rsid w:val="001F7070"/>
    <w:rsid w:val="002038E7"/>
    <w:rsid w:val="00220D81"/>
    <w:rsid w:val="00222304"/>
    <w:rsid w:val="00225418"/>
    <w:rsid w:val="00231BC5"/>
    <w:rsid w:val="00234BD9"/>
    <w:rsid w:val="002359C2"/>
    <w:rsid w:val="002428E3"/>
    <w:rsid w:val="0024532D"/>
    <w:rsid w:val="00247A98"/>
    <w:rsid w:val="002551A9"/>
    <w:rsid w:val="00257921"/>
    <w:rsid w:val="0026290E"/>
    <w:rsid w:val="0027095E"/>
    <w:rsid w:val="002730B2"/>
    <w:rsid w:val="002825C5"/>
    <w:rsid w:val="00286956"/>
    <w:rsid w:val="00293C5C"/>
    <w:rsid w:val="0029639D"/>
    <w:rsid w:val="002C4A50"/>
    <w:rsid w:val="002E49CC"/>
    <w:rsid w:val="002E5703"/>
    <w:rsid w:val="00300AA9"/>
    <w:rsid w:val="00301B69"/>
    <w:rsid w:val="00304BD5"/>
    <w:rsid w:val="00312211"/>
    <w:rsid w:val="003165D7"/>
    <w:rsid w:val="00317BEF"/>
    <w:rsid w:val="00326F90"/>
    <w:rsid w:val="00334044"/>
    <w:rsid w:val="00334322"/>
    <w:rsid w:val="00344CEF"/>
    <w:rsid w:val="003458A5"/>
    <w:rsid w:val="003671CC"/>
    <w:rsid w:val="00390D6F"/>
    <w:rsid w:val="00393CBB"/>
    <w:rsid w:val="00395844"/>
    <w:rsid w:val="00396715"/>
    <w:rsid w:val="003A2482"/>
    <w:rsid w:val="003A5B83"/>
    <w:rsid w:val="003B091B"/>
    <w:rsid w:val="003B5CCE"/>
    <w:rsid w:val="003B7634"/>
    <w:rsid w:val="003C3096"/>
    <w:rsid w:val="003C4213"/>
    <w:rsid w:val="003C4AEA"/>
    <w:rsid w:val="003D1590"/>
    <w:rsid w:val="003E1CB4"/>
    <w:rsid w:val="003E2698"/>
    <w:rsid w:val="003E2AEB"/>
    <w:rsid w:val="003E5151"/>
    <w:rsid w:val="003E5645"/>
    <w:rsid w:val="003E73B2"/>
    <w:rsid w:val="003E7C73"/>
    <w:rsid w:val="003F06E8"/>
    <w:rsid w:val="00401314"/>
    <w:rsid w:val="00404127"/>
    <w:rsid w:val="00410CDC"/>
    <w:rsid w:val="00411E1A"/>
    <w:rsid w:val="00421A21"/>
    <w:rsid w:val="0044448F"/>
    <w:rsid w:val="0045387A"/>
    <w:rsid w:val="00456A74"/>
    <w:rsid w:val="004632F7"/>
    <w:rsid w:val="004713EE"/>
    <w:rsid w:val="00474520"/>
    <w:rsid w:val="004A4500"/>
    <w:rsid w:val="004B1A02"/>
    <w:rsid w:val="004C2985"/>
    <w:rsid w:val="004E400A"/>
    <w:rsid w:val="004E7FDE"/>
    <w:rsid w:val="005001C5"/>
    <w:rsid w:val="00522F60"/>
    <w:rsid w:val="0053412C"/>
    <w:rsid w:val="005402BB"/>
    <w:rsid w:val="00542877"/>
    <w:rsid w:val="0055659E"/>
    <w:rsid w:val="0056369D"/>
    <w:rsid w:val="00572930"/>
    <w:rsid w:val="0057346E"/>
    <w:rsid w:val="00575F31"/>
    <w:rsid w:val="005762EC"/>
    <w:rsid w:val="0058075D"/>
    <w:rsid w:val="00582D76"/>
    <w:rsid w:val="0058467A"/>
    <w:rsid w:val="00587514"/>
    <w:rsid w:val="005A2C16"/>
    <w:rsid w:val="005A6F16"/>
    <w:rsid w:val="005A7B02"/>
    <w:rsid w:val="005C09C3"/>
    <w:rsid w:val="005C2344"/>
    <w:rsid w:val="005D6018"/>
    <w:rsid w:val="005D617C"/>
    <w:rsid w:val="005D6F77"/>
    <w:rsid w:val="005F33A8"/>
    <w:rsid w:val="005F5C41"/>
    <w:rsid w:val="00605D87"/>
    <w:rsid w:val="00622F36"/>
    <w:rsid w:val="006268F8"/>
    <w:rsid w:val="0063212A"/>
    <w:rsid w:val="00657A4D"/>
    <w:rsid w:val="006617A8"/>
    <w:rsid w:val="006659A4"/>
    <w:rsid w:val="00681C03"/>
    <w:rsid w:val="006859D5"/>
    <w:rsid w:val="00686207"/>
    <w:rsid w:val="00694346"/>
    <w:rsid w:val="006B3B3D"/>
    <w:rsid w:val="006B40D9"/>
    <w:rsid w:val="006B6D21"/>
    <w:rsid w:val="006D2BF6"/>
    <w:rsid w:val="006D3958"/>
    <w:rsid w:val="006D688D"/>
    <w:rsid w:val="006D7C74"/>
    <w:rsid w:val="006E1160"/>
    <w:rsid w:val="006E31EC"/>
    <w:rsid w:val="006F01CD"/>
    <w:rsid w:val="00703FD4"/>
    <w:rsid w:val="00704505"/>
    <w:rsid w:val="007201B5"/>
    <w:rsid w:val="00722B4B"/>
    <w:rsid w:val="0073565E"/>
    <w:rsid w:val="0078513E"/>
    <w:rsid w:val="007A2688"/>
    <w:rsid w:val="007A3115"/>
    <w:rsid w:val="007A7D66"/>
    <w:rsid w:val="007B3B78"/>
    <w:rsid w:val="007B483D"/>
    <w:rsid w:val="007B70EB"/>
    <w:rsid w:val="007C62B4"/>
    <w:rsid w:val="007F01BB"/>
    <w:rsid w:val="007F2FB1"/>
    <w:rsid w:val="007F6021"/>
    <w:rsid w:val="007F775B"/>
    <w:rsid w:val="00803F27"/>
    <w:rsid w:val="008056C8"/>
    <w:rsid w:val="00822095"/>
    <w:rsid w:val="00852BE9"/>
    <w:rsid w:val="0085508F"/>
    <w:rsid w:val="00860455"/>
    <w:rsid w:val="008950D6"/>
    <w:rsid w:val="008A201F"/>
    <w:rsid w:val="008A6140"/>
    <w:rsid w:val="008B167B"/>
    <w:rsid w:val="008B520F"/>
    <w:rsid w:val="008B7F73"/>
    <w:rsid w:val="008C47A2"/>
    <w:rsid w:val="008E0D9A"/>
    <w:rsid w:val="009020C6"/>
    <w:rsid w:val="00902800"/>
    <w:rsid w:val="0090463F"/>
    <w:rsid w:val="00933F7C"/>
    <w:rsid w:val="00942E7C"/>
    <w:rsid w:val="00952669"/>
    <w:rsid w:val="00973750"/>
    <w:rsid w:val="00983C6C"/>
    <w:rsid w:val="009973C0"/>
    <w:rsid w:val="00997910"/>
    <w:rsid w:val="009A4CDF"/>
    <w:rsid w:val="009A53FA"/>
    <w:rsid w:val="009A556C"/>
    <w:rsid w:val="009A55E6"/>
    <w:rsid w:val="009C0A92"/>
    <w:rsid w:val="009E0B60"/>
    <w:rsid w:val="00A10FF9"/>
    <w:rsid w:val="00A11E44"/>
    <w:rsid w:val="00A234F0"/>
    <w:rsid w:val="00A4115E"/>
    <w:rsid w:val="00A71523"/>
    <w:rsid w:val="00A719F3"/>
    <w:rsid w:val="00A800B1"/>
    <w:rsid w:val="00A80221"/>
    <w:rsid w:val="00A81129"/>
    <w:rsid w:val="00A8478D"/>
    <w:rsid w:val="00A93998"/>
    <w:rsid w:val="00A94119"/>
    <w:rsid w:val="00AA1D8D"/>
    <w:rsid w:val="00AA7618"/>
    <w:rsid w:val="00AB7B11"/>
    <w:rsid w:val="00AC0AD3"/>
    <w:rsid w:val="00AD0FDC"/>
    <w:rsid w:val="00AE1F81"/>
    <w:rsid w:val="00AF5006"/>
    <w:rsid w:val="00B011CF"/>
    <w:rsid w:val="00B22029"/>
    <w:rsid w:val="00B3012C"/>
    <w:rsid w:val="00B47730"/>
    <w:rsid w:val="00B57CCF"/>
    <w:rsid w:val="00B700F3"/>
    <w:rsid w:val="00B72542"/>
    <w:rsid w:val="00B73061"/>
    <w:rsid w:val="00B75C3E"/>
    <w:rsid w:val="00B75D98"/>
    <w:rsid w:val="00B77FFD"/>
    <w:rsid w:val="00B960D7"/>
    <w:rsid w:val="00BC39E0"/>
    <w:rsid w:val="00BE07FA"/>
    <w:rsid w:val="00BE3B11"/>
    <w:rsid w:val="00BE61ED"/>
    <w:rsid w:val="00C1111E"/>
    <w:rsid w:val="00C17228"/>
    <w:rsid w:val="00C25586"/>
    <w:rsid w:val="00C35265"/>
    <w:rsid w:val="00C36718"/>
    <w:rsid w:val="00C46362"/>
    <w:rsid w:val="00C55BCD"/>
    <w:rsid w:val="00C7502E"/>
    <w:rsid w:val="00C81024"/>
    <w:rsid w:val="00C846EC"/>
    <w:rsid w:val="00C855D6"/>
    <w:rsid w:val="00C878C2"/>
    <w:rsid w:val="00C91BAA"/>
    <w:rsid w:val="00C92823"/>
    <w:rsid w:val="00CA4FD6"/>
    <w:rsid w:val="00CA685A"/>
    <w:rsid w:val="00CB0664"/>
    <w:rsid w:val="00CB2185"/>
    <w:rsid w:val="00CB2DA4"/>
    <w:rsid w:val="00CD1611"/>
    <w:rsid w:val="00CD6CC0"/>
    <w:rsid w:val="00D0534A"/>
    <w:rsid w:val="00D2260D"/>
    <w:rsid w:val="00D4400D"/>
    <w:rsid w:val="00D445CD"/>
    <w:rsid w:val="00D520B5"/>
    <w:rsid w:val="00D53794"/>
    <w:rsid w:val="00D548F7"/>
    <w:rsid w:val="00D55E1E"/>
    <w:rsid w:val="00D561F0"/>
    <w:rsid w:val="00D60A87"/>
    <w:rsid w:val="00D62EAD"/>
    <w:rsid w:val="00D637F7"/>
    <w:rsid w:val="00D63B70"/>
    <w:rsid w:val="00D6515E"/>
    <w:rsid w:val="00D71C53"/>
    <w:rsid w:val="00D81840"/>
    <w:rsid w:val="00D94D73"/>
    <w:rsid w:val="00DA0E08"/>
    <w:rsid w:val="00DA1F3E"/>
    <w:rsid w:val="00DA39FB"/>
    <w:rsid w:val="00DB3EE7"/>
    <w:rsid w:val="00DB5ED9"/>
    <w:rsid w:val="00DB770A"/>
    <w:rsid w:val="00DC2CFF"/>
    <w:rsid w:val="00DE2FF5"/>
    <w:rsid w:val="00DE7A48"/>
    <w:rsid w:val="00DF0862"/>
    <w:rsid w:val="00E02BD3"/>
    <w:rsid w:val="00E030A0"/>
    <w:rsid w:val="00E05D82"/>
    <w:rsid w:val="00E1198C"/>
    <w:rsid w:val="00E1683B"/>
    <w:rsid w:val="00E20D78"/>
    <w:rsid w:val="00E23736"/>
    <w:rsid w:val="00E3208F"/>
    <w:rsid w:val="00E46691"/>
    <w:rsid w:val="00E619AC"/>
    <w:rsid w:val="00E62EEE"/>
    <w:rsid w:val="00E75B4A"/>
    <w:rsid w:val="00E87C7C"/>
    <w:rsid w:val="00E92E20"/>
    <w:rsid w:val="00E96139"/>
    <w:rsid w:val="00E975D7"/>
    <w:rsid w:val="00EA0C86"/>
    <w:rsid w:val="00EA5EAC"/>
    <w:rsid w:val="00EA7450"/>
    <w:rsid w:val="00EB0B7E"/>
    <w:rsid w:val="00EC0D57"/>
    <w:rsid w:val="00ED5237"/>
    <w:rsid w:val="00ED56FF"/>
    <w:rsid w:val="00EE60CE"/>
    <w:rsid w:val="00EF2DFE"/>
    <w:rsid w:val="00EF42C4"/>
    <w:rsid w:val="00EF7C44"/>
    <w:rsid w:val="00F0662D"/>
    <w:rsid w:val="00F128A7"/>
    <w:rsid w:val="00F14198"/>
    <w:rsid w:val="00F25C93"/>
    <w:rsid w:val="00F30D66"/>
    <w:rsid w:val="00F365A1"/>
    <w:rsid w:val="00F7021B"/>
    <w:rsid w:val="00F81A22"/>
    <w:rsid w:val="00F82DFD"/>
    <w:rsid w:val="00F8451B"/>
    <w:rsid w:val="00FA1259"/>
    <w:rsid w:val="00FA2F97"/>
    <w:rsid w:val="00FB3DA8"/>
    <w:rsid w:val="00FB4F00"/>
    <w:rsid w:val="00FC492C"/>
    <w:rsid w:val="00FC693F"/>
    <w:rsid w:val="00FD347F"/>
    <w:rsid w:val="00FE506C"/>
    <w:rsid w:val="00FF771B"/>
    <w:rsid w:val="00FF7E0C"/>
    <w:rsid w:val="02A754EF"/>
    <w:rsid w:val="05A0ACFB"/>
    <w:rsid w:val="0F99A717"/>
    <w:rsid w:val="11328759"/>
    <w:rsid w:val="119FF27E"/>
    <w:rsid w:val="136E4DCB"/>
    <w:rsid w:val="13E9611E"/>
    <w:rsid w:val="1538E32B"/>
    <w:rsid w:val="15726825"/>
    <w:rsid w:val="1779E270"/>
    <w:rsid w:val="1814E7E6"/>
    <w:rsid w:val="1DF24D16"/>
    <w:rsid w:val="1EC64D21"/>
    <w:rsid w:val="291997DE"/>
    <w:rsid w:val="2AD430D5"/>
    <w:rsid w:val="3B3BA915"/>
    <w:rsid w:val="3D3CA453"/>
    <w:rsid w:val="3E539F82"/>
    <w:rsid w:val="3F3E304D"/>
    <w:rsid w:val="436C96C0"/>
    <w:rsid w:val="47C25AE4"/>
    <w:rsid w:val="48ACC2D6"/>
    <w:rsid w:val="4B70D8A1"/>
    <w:rsid w:val="4B88AC8C"/>
    <w:rsid w:val="4C4DF070"/>
    <w:rsid w:val="4DA1A42F"/>
    <w:rsid w:val="4E46EFB2"/>
    <w:rsid w:val="4FF676D8"/>
    <w:rsid w:val="50B89F2E"/>
    <w:rsid w:val="5230810B"/>
    <w:rsid w:val="5420BF40"/>
    <w:rsid w:val="54AFDCF1"/>
    <w:rsid w:val="557EDF37"/>
    <w:rsid w:val="574FB0D9"/>
    <w:rsid w:val="5CBD20D0"/>
    <w:rsid w:val="5ED65093"/>
    <w:rsid w:val="5FFA1A2C"/>
    <w:rsid w:val="60B94243"/>
    <w:rsid w:val="664F841D"/>
    <w:rsid w:val="7559D5FD"/>
    <w:rsid w:val="75C5D126"/>
    <w:rsid w:val="7A135A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8CEAA0D-4C45-4888-9EFD-D400254B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7"/>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8"/>
      </w:numPr>
      <w:contextualSpacing/>
    </w:pPr>
  </w:style>
  <w:style w:type="paragraph" w:styleId="ListNumber">
    <w:name w:val="List Number"/>
    <w:basedOn w:val="Normal"/>
    <w:uiPriority w:val="99"/>
    <w:unhideWhenUsed/>
    <w:rsid w:val="00326F90"/>
    <w:pPr>
      <w:numPr>
        <w:numId w:val="11"/>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EB0B7E"/>
    <w:rPr>
      <w:sz w:val="16"/>
      <w:szCs w:val="16"/>
    </w:rPr>
  </w:style>
  <w:style w:type="paragraph" w:styleId="CommentText">
    <w:name w:val="annotation text"/>
    <w:basedOn w:val="Normal"/>
    <w:link w:val="CommentTextChar"/>
    <w:uiPriority w:val="99"/>
    <w:unhideWhenUsed/>
    <w:rsid w:val="00EB0B7E"/>
    <w:pPr>
      <w:spacing w:line="240" w:lineRule="auto"/>
    </w:pPr>
    <w:rPr>
      <w:sz w:val="20"/>
      <w:szCs w:val="20"/>
    </w:rPr>
  </w:style>
  <w:style w:type="character" w:customStyle="1" w:styleId="CommentTextChar">
    <w:name w:val="Comment Text Char"/>
    <w:basedOn w:val="DefaultParagraphFont"/>
    <w:link w:val="CommentText"/>
    <w:uiPriority w:val="99"/>
    <w:rsid w:val="00EB0B7E"/>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B0B7E"/>
    <w:rPr>
      <w:b/>
      <w:bCs/>
    </w:rPr>
  </w:style>
  <w:style w:type="character" w:customStyle="1" w:styleId="CommentSubjectChar">
    <w:name w:val="Comment Subject Char"/>
    <w:basedOn w:val="CommentTextChar"/>
    <w:link w:val="CommentSubject"/>
    <w:uiPriority w:val="99"/>
    <w:semiHidden/>
    <w:rsid w:val="00EB0B7E"/>
    <w:rPr>
      <w:rFonts w:ascii="Calibri" w:hAnsi="Calibri"/>
      <w:b/>
      <w:bCs/>
      <w:sz w:val="20"/>
      <w:szCs w:val="20"/>
    </w:rPr>
  </w:style>
  <w:style w:type="paragraph" w:styleId="BalloonText">
    <w:name w:val="Balloon Text"/>
    <w:basedOn w:val="Normal"/>
    <w:link w:val="BalloonTextChar"/>
    <w:uiPriority w:val="99"/>
    <w:semiHidden/>
    <w:unhideWhenUsed/>
    <w:rsid w:val="00EB0B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B7E"/>
    <w:rPr>
      <w:rFonts w:ascii="Segoe UI" w:hAnsi="Segoe UI" w:cs="Segoe UI"/>
      <w:sz w:val="18"/>
      <w:szCs w:val="18"/>
    </w:rPr>
  </w:style>
  <w:style w:type="paragraph" w:styleId="Revision">
    <w:name w:val="Revision"/>
    <w:hidden/>
    <w:uiPriority w:val="99"/>
    <w:semiHidden/>
    <w:rsid w:val="00143EA0"/>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f26464-7b6c-4c9c-b07c-5081a319ed42">
      <Terms xmlns="http://schemas.microsoft.com/office/infopath/2007/PartnerControls"/>
    </lcf76f155ced4ddcb4097134ff3c332f>
    <TaxCatchAll xmlns="fb40a522-a4ef-4cb2-942e-b3db5c5e8f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B3DB3FAA89B14D9AE7C37594A13666" ma:contentTypeVersion="11" ma:contentTypeDescription="Create a new document." ma:contentTypeScope="" ma:versionID="4a55bbbdd872e29bdab1f9b0842166c2">
  <xsd:schema xmlns:xsd="http://www.w3.org/2001/XMLSchema" xmlns:xs="http://www.w3.org/2001/XMLSchema" xmlns:p="http://schemas.microsoft.com/office/2006/metadata/properties" xmlns:ns2="32f26464-7b6c-4c9c-b07c-5081a319ed42" xmlns:ns3="fb40a522-a4ef-4cb2-942e-b3db5c5e8f73" targetNamespace="http://schemas.microsoft.com/office/2006/metadata/properties" ma:root="true" ma:fieldsID="c997aa9832e2c2fe2376e2c8485b5cf2" ns2:_="" ns3:_="">
    <xsd:import namespace="32f26464-7b6c-4c9c-b07c-5081a319ed42"/>
    <xsd:import namespace="fb40a522-a4ef-4cb2-942e-b3db5c5e8f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6464-7b6c-4c9c-b07c-5081a319e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0a522-a4ef-4cb2-942e-b3db5c5e8f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61d17f-3e7e-4865-b3da-3b1c11bcf5f0}" ma:internalName="TaxCatchAll" ma:showField="CatchAllData" ma:web="fb40a522-a4ef-4cb2-942e-b3db5c5e8f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51033E-3B9E-4139-8AEF-CA42BDDAAAA7}">
  <ds:schemaRefs>
    <ds:schemaRef ds:uri="http://schemas.microsoft.com/office/2006/metadata/properties"/>
    <ds:schemaRef ds:uri="http://schemas.microsoft.com/office/infopath/2007/PartnerControls"/>
    <ds:schemaRef ds:uri="32f26464-7b6c-4c9c-b07c-5081a319ed42"/>
    <ds:schemaRef ds:uri="fb40a522-a4ef-4cb2-942e-b3db5c5e8f73"/>
  </ds:schemaRefs>
</ds:datastoreItem>
</file>

<file path=customXml/itemProps2.xml><?xml version="1.0" encoding="utf-8"?>
<ds:datastoreItem xmlns:ds="http://schemas.openxmlformats.org/officeDocument/2006/customXml" ds:itemID="{77FE65CA-0176-41A8-9488-2291BE574024}">
  <ds:schemaRefs>
    <ds:schemaRef ds:uri="http://schemas.microsoft.com/sharepoint/v3/contenttype/forms"/>
  </ds:schemaRefs>
</ds:datastoreItem>
</file>

<file path=customXml/itemProps3.xml><?xml version="1.0" encoding="utf-8"?>
<ds:datastoreItem xmlns:ds="http://schemas.openxmlformats.org/officeDocument/2006/customXml" ds:itemID="{D8AF4C10-FA27-48B7-97E0-1E72976E1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6464-7b6c-4c9c-b07c-5081a319ed42"/>
    <ds:schemaRef ds:uri="fb40a522-a4ef-4cb2-942e-b3db5c5e8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1228</Words>
  <Characters>7004</Characters>
  <Application>Microsoft Office Word</Application>
  <DocSecurity>0</DocSecurity>
  <Lines>58</Lines>
  <Paragraphs>16</Paragraphs>
  <ScaleCrop>false</ScaleCrop>
  <Manager/>
  <Company/>
  <LinksUpToDate>false</LinksUpToDate>
  <CharactersWithSpaces>8216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Elena Apetri</cp:lastModifiedBy>
  <cp:revision>5</cp:revision>
  <dcterms:created xsi:type="dcterms:W3CDTF">2026-08-04T07:58:00Z</dcterms:created>
  <dcterms:modified xsi:type="dcterms:W3CDTF">2026-08-17T12:58:00Z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0x01010074B3DB3FAA89B14D9AE7C37594A13666</vt:lpwstr>
  </property>
  <property fmtid="{D5CDD505-2E9C-101B-9397-08002B2CF9AE}" pid="3" name="MediaServiceImageTags">
    <vt:lpwstr/>
  </property>
</Properties>
</file>