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E1B86" w14:textId="5BA20A53" w:rsidR="0018332B" w:rsidRPr="00A8478D" w:rsidRDefault="75C5D126" w:rsidP="136E4DCB">
      <w:pPr>
        <w:rPr>
          <w:rFonts w:ascii="Aptos" w:hAnsi="Aptos"/>
          <w:b/>
          <w:bCs/>
          <w:color w:val="2F5496"/>
          <w:sz w:val="40"/>
          <w:szCs w:val="40"/>
          <w:lang w:val="ro-RO"/>
        </w:rPr>
      </w:pPr>
      <w:r>
        <w:rPr>
          <w:noProof/>
        </w:rPr>
        <w:drawing>
          <wp:inline distT="0" distB="0" distL="0" distR="0" wp14:anchorId="748B6EA5" wp14:editId="758C3920">
            <wp:extent cx="1051560" cy="1066800"/>
            <wp:effectExtent l="0" t="0" r="0" b="0"/>
            <wp:docPr id="2" name="Picture 1" descr="A blue and white flag with white stars  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3D11AE34-43A0-4123-BA71-32EC76C5143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blue and white flag with white stars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136E4DCB">
        <w:rPr>
          <w:rFonts w:ascii="Aptos" w:hAnsi="Aptos"/>
          <w:b/>
          <w:bCs/>
          <w:color w:val="2F5496"/>
          <w:sz w:val="40"/>
          <w:szCs w:val="40"/>
          <w:lang w:val="ro-RO"/>
        </w:rPr>
        <w:t xml:space="preserve">                            </w:t>
      </w:r>
      <w:r w:rsidRPr="136E4DCB">
        <w:rPr>
          <w:rFonts w:ascii="Aptos" w:hAnsi="Aptos"/>
          <w:lang w:val="ro-RO"/>
        </w:rPr>
        <w:t xml:space="preserve">                                                             </w:t>
      </w:r>
      <w:r w:rsidRPr="136E4DCB">
        <w:rPr>
          <w:rFonts w:ascii="Aptos" w:hAnsi="Aptos"/>
          <w:b/>
          <w:bCs/>
          <w:color w:val="2F5496"/>
          <w:sz w:val="40"/>
          <w:szCs w:val="40"/>
          <w:lang w:val="ro-RO"/>
        </w:rPr>
        <w:t xml:space="preserve">                      </w:t>
      </w:r>
      <w:r>
        <w:rPr>
          <w:noProof/>
        </w:rPr>
        <w:drawing>
          <wp:inline distT="0" distB="0" distL="0" distR="0" wp14:anchorId="68331324" wp14:editId="0A6DCAA6">
            <wp:extent cx="822960" cy="1257300"/>
            <wp:effectExtent l="0" t="0" r="0" b="0"/>
            <wp:docPr id="1364260600" name="Picture 2" descr="A blue and white logo with white text  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D67805C7-4EF8-42EE-8F72-17AE4ECCBF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blue and white logo with white 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CFC8C" w14:textId="62022AEA" w:rsidR="0018332B" w:rsidRPr="009E0B60" w:rsidRDefault="291997DE" w:rsidP="136E4DCB">
      <w:pPr>
        <w:rPr>
          <w:rFonts w:cs="Calibri"/>
          <w:b/>
          <w:bCs/>
          <w:sz w:val="28"/>
          <w:szCs w:val="28"/>
          <w:lang w:val="ro-RO"/>
        </w:rPr>
      </w:pPr>
      <w:r w:rsidRPr="136E4DCB">
        <w:rPr>
          <w:rFonts w:cs="Calibri"/>
          <w:b/>
          <w:bCs/>
          <w:sz w:val="28"/>
          <w:szCs w:val="28"/>
          <w:lang w:val="ro-RO"/>
        </w:rPr>
        <w:t>Приложение 1</w:t>
      </w:r>
    </w:p>
    <w:p w14:paraId="1A107D86" w14:textId="12E92D7E" w:rsidR="006D3958" w:rsidRPr="0044448F" w:rsidRDefault="5CBD20D0" w:rsidP="136E4DCB">
      <w:pPr>
        <w:jc w:val="center"/>
        <w:rPr>
          <w:rFonts w:cs="Calibri"/>
          <w:b/>
          <w:bCs/>
          <w:sz w:val="28"/>
          <w:szCs w:val="28"/>
          <w:lang w:val="ro-RO"/>
        </w:rPr>
      </w:pPr>
      <w:r w:rsidRPr="136E4DCB">
        <w:rPr>
          <w:rFonts w:cs="Calibri"/>
          <w:b/>
          <w:bCs/>
          <w:sz w:val="28"/>
          <w:szCs w:val="28"/>
          <w:lang w:val="ro-RO"/>
        </w:rPr>
        <w:t>ЗАЯВОЧНАЯ ФОРМА</w:t>
      </w:r>
    </w:p>
    <w:p w14:paraId="26A4BA93" w14:textId="77777777" w:rsidR="00C92823" w:rsidRPr="00C92823" w:rsidRDefault="5FFA1A2C" w:rsidP="136E4DCB">
      <w:pPr>
        <w:spacing w:after="120" w:line="240" w:lineRule="auto"/>
        <w:jc w:val="center"/>
        <w:rPr>
          <w:rFonts w:eastAsia="Calibri" w:cs="Calibri"/>
          <w:b/>
          <w:bCs/>
          <w:color w:val="003399"/>
          <w:sz w:val="36"/>
          <w:szCs w:val="36"/>
          <w:lang w:val="ro-RO"/>
        </w:rPr>
      </w:pPr>
      <w:r w:rsidRPr="136E4DCB">
        <w:rPr>
          <w:rFonts w:eastAsia="Calibri" w:cs="Calibri"/>
          <w:b/>
          <w:bCs/>
          <w:color w:val="003399"/>
          <w:sz w:val="36"/>
          <w:szCs w:val="36"/>
          <w:lang w:val="ro-RO"/>
        </w:rPr>
        <w:t>Программа грантов по содействию регистрации фермеров</w:t>
      </w:r>
    </w:p>
    <w:p w14:paraId="6A614C23" w14:textId="77777777" w:rsidR="00293C5C" w:rsidRPr="0044448F" w:rsidRDefault="00293C5C" w:rsidP="136E4DCB">
      <w:pPr>
        <w:spacing w:after="360"/>
        <w:jc w:val="center"/>
        <w:rPr>
          <w:rFonts w:cs="Calibri"/>
          <w:b/>
          <w:bCs/>
          <w:color w:val="4F81BD"/>
          <w:sz w:val="24"/>
          <w:szCs w:val="24"/>
          <w:lang w:val="ro-RO"/>
        </w:rPr>
      </w:pPr>
    </w:p>
    <w:p w14:paraId="3979621E" w14:textId="77777777" w:rsidR="006D3958" w:rsidRPr="0044448F" w:rsidRDefault="5CBD20D0" w:rsidP="136E4DCB">
      <w:pPr>
        <w:pBdr>
          <w:bottom w:val="single" w:sz="6" w:space="1" w:color="4F81BD"/>
        </w:pBdr>
        <w:spacing w:before="480" w:after="240"/>
        <w:rPr>
          <w:rFonts w:eastAsia="Calibri" w:cs="Calibri"/>
          <w:b/>
          <w:bCs/>
          <w:color w:val="003399"/>
          <w:sz w:val="24"/>
          <w:szCs w:val="24"/>
          <w:lang w:val="ro-RO"/>
        </w:rPr>
      </w:pPr>
      <w:r w:rsidRPr="136E4DCB">
        <w:rPr>
          <w:rFonts w:eastAsia="Calibri" w:cs="Calibri"/>
          <w:b/>
          <w:bCs/>
          <w:color w:val="003399"/>
          <w:sz w:val="24"/>
          <w:szCs w:val="24"/>
          <w:lang w:val="ro-RO"/>
        </w:rPr>
        <w:t>РАЗДЕЛ 1: ОБЩАЯ ИНФОРМАЦИЯ</w:t>
      </w:r>
    </w:p>
    <w:p w14:paraId="00B5F570" w14:textId="77777777" w:rsidR="006D3958" w:rsidRPr="0044448F" w:rsidRDefault="5CBD20D0" w:rsidP="136E4DCB">
      <w:pPr>
        <w:spacing w:before="240" w:after="120"/>
        <w:rPr>
          <w:rFonts w:cs="Calibri"/>
          <w:lang w:val="ro-RO"/>
        </w:rPr>
      </w:pPr>
      <w:r w:rsidRPr="136E4DCB">
        <w:rPr>
          <w:rFonts w:cs="Calibri"/>
          <w:b/>
          <w:bCs/>
          <w:sz w:val="24"/>
          <w:szCs w:val="24"/>
          <w:lang w:val="ro-RO"/>
        </w:rPr>
        <w:t>1.1. Сведения об организации-заявителе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040"/>
        <w:gridCol w:w="5040"/>
      </w:tblGrid>
      <w:tr w:rsidR="006D3958" w:rsidRPr="0044448F" w14:paraId="63E0F40E" w14:textId="77777777" w:rsidTr="136E4DCB">
        <w:tc>
          <w:tcPr>
            <w:tcW w:w="5040" w:type="dxa"/>
          </w:tcPr>
          <w:p w14:paraId="5F9589AD" w14:textId="07F06424" w:rsidR="006D3958" w:rsidRPr="0044448F" w:rsidRDefault="5CBD20D0" w:rsidP="136E4DCB">
            <w:pPr>
              <w:rPr>
                <w:rFonts w:cs="Calibri"/>
                <w:lang w:val="ro-RO"/>
              </w:rPr>
            </w:pPr>
            <w:r w:rsidRPr="136E4DCB">
              <w:rPr>
                <w:rFonts w:cs="Calibri"/>
                <w:lang w:val="ro-RO"/>
              </w:rPr>
              <w:t>Полное наименование организации</w:t>
            </w:r>
          </w:p>
        </w:tc>
        <w:tc>
          <w:tcPr>
            <w:tcW w:w="5040" w:type="dxa"/>
          </w:tcPr>
          <w:p w14:paraId="06CF9056" w14:textId="77777777" w:rsidR="006D3958" w:rsidRPr="0044448F" w:rsidRDefault="006D3958" w:rsidP="136E4DCB">
            <w:pPr>
              <w:rPr>
                <w:rFonts w:cs="Calibri"/>
                <w:lang w:val="ro-RO"/>
              </w:rPr>
            </w:pPr>
          </w:p>
        </w:tc>
      </w:tr>
      <w:tr w:rsidR="006D3958" w:rsidRPr="0044448F" w14:paraId="1289414A" w14:textId="77777777" w:rsidTr="136E4DCB">
        <w:tc>
          <w:tcPr>
            <w:tcW w:w="5040" w:type="dxa"/>
          </w:tcPr>
          <w:p w14:paraId="47FF9B7F" w14:textId="77777777" w:rsidR="006D3958" w:rsidRPr="0044448F" w:rsidRDefault="5CBD20D0" w:rsidP="136E4DCB">
            <w:pPr>
              <w:rPr>
                <w:rFonts w:cs="Calibri"/>
                <w:lang w:val="ro-RO"/>
              </w:rPr>
            </w:pPr>
            <w:r w:rsidRPr="136E4DCB">
              <w:rPr>
                <w:rFonts w:cs="Calibri"/>
                <w:lang w:val="ro-RO"/>
              </w:rPr>
              <w:t>Фискальный код (IDNO)</w:t>
            </w:r>
          </w:p>
        </w:tc>
        <w:tc>
          <w:tcPr>
            <w:tcW w:w="5040" w:type="dxa"/>
          </w:tcPr>
          <w:p w14:paraId="33FD2BE2" w14:textId="77777777" w:rsidR="006D3958" w:rsidRPr="0044448F" w:rsidRDefault="006D3958" w:rsidP="136E4DCB">
            <w:pPr>
              <w:rPr>
                <w:rFonts w:cs="Calibri"/>
                <w:lang w:val="ro-RO"/>
              </w:rPr>
            </w:pPr>
          </w:p>
        </w:tc>
      </w:tr>
      <w:tr w:rsidR="006D3958" w:rsidRPr="0044448F" w14:paraId="3A44ABB5" w14:textId="77777777" w:rsidTr="136E4DCB">
        <w:tc>
          <w:tcPr>
            <w:tcW w:w="5040" w:type="dxa"/>
          </w:tcPr>
          <w:p w14:paraId="369A7299" w14:textId="5EC1EABA" w:rsidR="006D3958" w:rsidRPr="0044448F" w:rsidRDefault="5CBD20D0" w:rsidP="136E4DCB">
            <w:pPr>
              <w:rPr>
                <w:rFonts w:cs="Calibri"/>
                <w:lang w:val="ro-RO"/>
              </w:rPr>
            </w:pPr>
            <w:r w:rsidRPr="136E4DCB">
              <w:rPr>
                <w:rFonts w:cs="Calibri"/>
                <w:lang w:val="ro-RO"/>
              </w:rPr>
              <w:t>Год регистрации</w:t>
            </w:r>
          </w:p>
        </w:tc>
        <w:tc>
          <w:tcPr>
            <w:tcW w:w="5040" w:type="dxa"/>
          </w:tcPr>
          <w:p w14:paraId="5E2B32B1" w14:textId="77777777" w:rsidR="006D3958" w:rsidRPr="0044448F" w:rsidRDefault="006D3958" w:rsidP="136E4DCB">
            <w:pPr>
              <w:rPr>
                <w:rFonts w:cs="Calibri"/>
                <w:lang w:val="ro-RO"/>
              </w:rPr>
            </w:pPr>
          </w:p>
        </w:tc>
      </w:tr>
      <w:tr w:rsidR="006D3958" w:rsidRPr="005F5458" w14:paraId="56A86937" w14:textId="77777777" w:rsidTr="136E4DCB">
        <w:tc>
          <w:tcPr>
            <w:tcW w:w="5040" w:type="dxa"/>
          </w:tcPr>
          <w:p w14:paraId="777C1ECF" w14:textId="77777777" w:rsidR="006D3958" w:rsidRPr="0044448F" w:rsidRDefault="5CBD20D0" w:rsidP="136E4DCB">
            <w:pPr>
              <w:rPr>
                <w:rFonts w:cs="Calibri"/>
                <w:lang w:val="ro-RO"/>
              </w:rPr>
            </w:pPr>
            <w:r w:rsidRPr="136E4DCB">
              <w:rPr>
                <w:rFonts w:cs="Calibri"/>
                <w:lang w:val="ro-RO"/>
              </w:rPr>
              <w:t>Юридический статус</w:t>
            </w:r>
          </w:p>
        </w:tc>
        <w:tc>
          <w:tcPr>
            <w:tcW w:w="5040" w:type="dxa"/>
          </w:tcPr>
          <w:p w14:paraId="5015BB0E" w14:textId="38EE6595" w:rsidR="006D3958" w:rsidRPr="00157C89" w:rsidRDefault="5ED65093" w:rsidP="136E4DCB">
            <w:pPr>
              <w:rPr>
                <w:rFonts w:cs="Calibri"/>
                <w:lang w:val="ro-RO"/>
              </w:rPr>
            </w:pPr>
            <w:r w:rsidRPr="136E4DCB">
              <w:rPr>
                <w:rFonts w:ascii="Segoe UI Symbol" w:hAnsi="Segoe UI Symbol" w:cs="Segoe UI Symbol"/>
                <w:lang w:val="ro-RO"/>
              </w:rPr>
              <w:t>☐</w:t>
            </w:r>
            <w:r w:rsidRPr="136E4DCB">
              <w:rPr>
                <w:rFonts w:cs="Calibri"/>
                <w:lang w:val="ro-RO"/>
              </w:rPr>
              <w:t xml:space="preserve"> Ассоциация фермеров</w:t>
            </w:r>
            <w:r w:rsidRPr="00157C89">
              <w:rPr>
                <w:lang w:val="ru-MD"/>
              </w:rPr>
              <w:br/>
            </w:r>
            <w:r w:rsidRPr="136E4DCB">
              <w:rPr>
                <w:rFonts w:ascii="Segoe UI Symbol" w:hAnsi="Segoe UI Symbol" w:cs="Segoe UI Symbol"/>
                <w:lang w:val="ro-RO"/>
              </w:rPr>
              <w:t>☐</w:t>
            </w:r>
            <w:r w:rsidRPr="136E4DCB">
              <w:rPr>
                <w:rFonts w:cs="Calibri"/>
                <w:lang w:val="ro-RO"/>
              </w:rPr>
              <w:t xml:space="preserve"> Сельскохозяйственная палата</w:t>
            </w:r>
            <w:r w:rsidRPr="00157C89">
              <w:rPr>
                <w:lang w:val="ru-MD"/>
              </w:rPr>
              <w:br/>
            </w:r>
            <w:r w:rsidRPr="136E4DCB">
              <w:rPr>
                <w:rFonts w:ascii="Segoe UI Symbol" w:hAnsi="Segoe UI Symbol" w:cs="Segoe UI Symbol"/>
                <w:lang w:val="ro-RO"/>
              </w:rPr>
              <w:t>☐</w:t>
            </w:r>
            <w:r w:rsidRPr="136E4DCB">
              <w:rPr>
                <w:rFonts w:cs="Calibri"/>
                <w:lang w:val="ro-RO"/>
              </w:rPr>
              <w:t xml:space="preserve"> Группа местных действий (ГМД)</w:t>
            </w:r>
            <w:r w:rsidRPr="00157C89">
              <w:rPr>
                <w:lang w:val="ru-MD"/>
              </w:rPr>
              <w:br/>
            </w:r>
            <w:r w:rsidRPr="136E4DCB">
              <w:rPr>
                <w:rFonts w:ascii="Segoe UI Symbol" w:hAnsi="Segoe UI Symbol" w:cs="Segoe UI Symbol"/>
                <w:lang w:val="ro-RO"/>
              </w:rPr>
              <w:t>☐</w:t>
            </w:r>
            <w:r w:rsidRPr="136E4DCB">
              <w:rPr>
                <w:rFonts w:cs="Calibri"/>
                <w:lang w:val="ro-RO"/>
              </w:rPr>
              <w:t xml:space="preserve"> Иная некоммерческая организация (пожалуйста, укажите):</w:t>
            </w:r>
          </w:p>
          <w:p w14:paraId="6FB6E627" w14:textId="56FB70DA" w:rsidR="006D3958" w:rsidRPr="0044448F" w:rsidRDefault="006D3958" w:rsidP="136E4DCB">
            <w:pPr>
              <w:rPr>
                <w:rFonts w:cs="Calibri"/>
                <w:lang w:val="ro-RO"/>
              </w:rPr>
            </w:pPr>
          </w:p>
        </w:tc>
      </w:tr>
      <w:tr w:rsidR="006D3958" w:rsidRPr="0044448F" w14:paraId="5758C50D" w14:textId="77777777" w:rsidTr="136E4DCB">
        <w:tc>
          <w:tcPr>
            <w:tcW w:w="5040" w:type="dxa"/>
          </w:tcPr>
          <w:p w14:paraId="15D95759" w14:textId="766749E7" w:rsidR="006D3958" w:rsidRPr="0044448F" w:rsidRDefault="5CBD20D0" w:rsidP="136E4DCB">
            <w:pPr>
              <w:rPr>
                <w:rFonts w:cs="Calibri"/>
                <w:lang w:val="ro-RO"/>
              </w:rPr>
            </w:pPr>
            <w:r w:rsidRPr="136E4DCB">
              <w:rPr>
                <w:rFonts w:cs="Calibri"/>
                <w:lang w:val="ro-RO"/>
              </w:rPr>
              <w:t>Полный юридический адрес</w:t>
            </w:r>
          </w:p>
        </w:tc>
        <w:tc>
          <w:tcPr>
            <w:tcW w:w="5040" w:type="dxa"/>
          </w:tcPr>
          <w:p w14:paraId="4DF8A82E" w14:textId="77777777" w:rsidR="006D3958" w:rsidRPr="0044448F" w:rsidRDefault="006D3958" w:rsidP="136E4DCB">
            <w:pPr>
              <w:rPr>
                <w:rFonts w:cs="Calibri"/>
                <w:lang w:val="ro-RO"/>
              </w:rPr>
            </w:pPr>
          </w:p>
        </w:tc>
      </w:tr>
      <w:tr w:rsidR="006D3958" w:rsidRPr="0044448F" w14:paraId="6648004C" w14:textId="77777777" w:rsidTr="136E4DCB">
        <w:tc>
          <w:tcPr>
            <w:tcW w:w="5040" w:type="dxa"/>
          </w:tcPr>
          <w:p w14:paraId="038C637C" w14:textId="39DB0483" w:rsidR="006D3958" w:rsidRPr="0044448F" w:rsidRDefault="5CBD20D0" w:rsidP="136E4DCB">
            <w:pPr>
              <w:rPr>
                <w:rFonts w:cs="Calibri"/>
                <w:lang w:val="ro-RO"/>
              </w:rPr>
            </w:pPr>
            <w:r w:rsidRPr="136E4DCB">
              <w:rPr>
                <w:rFonts w:cs="Calibri"/>
                <w:lang w:val="ro-RO"/>
              </w:rPr>
              <w:t>Контактный e-mail</w:t>
            </w:r>
          </w:p>
        </w:tc>
        <w:tc>
          <w:tcPr>
            <w:tcW w:w="5040" w:type="dxa"/>
          </w:tcPr>
          <w:p w14:paraId="3BD144C5" w14:textId="77777777" w:rsidR="006D3958" w:rsidRPr="0044448F" w:rsidRDefault="006D3958" w:rsidP="136E4DCB">
            <w:pPr>
              <w:rPr>
                <w:rFonts w:cs="Calibri"/>
                <w:lang w:val="ro-RO"/>
              </w:rPr>
            </w:pPr>
          </w:p>
        </w:tc>
      </w:tr>
      <w:tr w:rsidR="006D3958" w:rsidRPr="0044448F" w14:paraId="3A72F914" w14:textId="77777777" w:rsidTr="136E4DCB">
        <w:tc>
          <w:tcPr>
            <w:tcW w:w="5040" w:type="dxa"/>
          </w:tcPr>
          <w:p w14:paraId="73404F6E" w14:textId="6DC552C1" w:rsidR="006D3958" w:rsidRPr="0044448F" w:rsidRDefault="5CBD20D0" w:rsidP="136E4DCB">
            <w:pPr>
              <w:rPr>
                <w:rFonts w:cs="Calibri"/>
                <w:lang w:val="ro-RO"/>
              </w:rPr>
            </w:pPr>
            <w:r w:rsidRPr="136E4DCB">
              <w:rPr>
                <w:rFonts w:cs="Calibri"/>
                <w:lang w:val="ro-RO"/>
              </w:rPr>
              <w:t>Контактный номер телефона</w:t>
            </w:r>
          </w:p>
        </w:tc>
        <w:tc>
          <w:tcPr>
            <w:tcW w:w="5040" w:type="dxa"/>
          </w:tcPr>
          <w:p w14:paraId="0534176A" w14:textId="77777777" w:rsidR="006D3958" w:rsidRPr="0044448F" w:rsidRDefault="006D3958" w:rsidP="136E4DCB">
            <w:pPr>
              <w:rPr>
                <w:rFonts w:cs="Calibri"/>
                <w:lang w:val="ro-RO"/>
              </w:rPr>
            </w:pPr>
          </w:p>
        </w:tc>
      </w:tr>
      <w:tr w:rsidR="006D3958" w:rsidRPr="005F5458" w14:paraId="1A96A66C" w14:textId="77777777" w:rsidTr="136E4DCB">
        <w:tc>
          <w:tcPr>
            <w:tcW w:w="5040" w:type="dxa"/>
          </w:tcPr>
          <w:p w14:paraId="67CA3740" w14:textId="719EDD0B" w:rsidR="006D3958" w:rsidRPr="0044448F" w:rsidRDefault="7A135AF5" w:rsidP="136E4DCB">
            <w:pPr>
              <w:rPr>
                <w:rFonts w:cs="Calibri"/>
                <w:lang w:val="ro-RO"/>
              </w:rPr>
            </w:pPr>
            <w:r w:rsidRPr="136E4DCB">
              <w:rPr>
                <w:rFonts w:cs="Calibri"/>
                <w:lang w:val="ro-RO"/>
              </w:rPr>
              <w:t>Веб-сайт / страница в социальных сетях</w:t>
            </w:r>
          </w:p>
        </w:tc>
        <w:tc>
          <w:tcPr>
            <w:tcW w:w="5040" w:type="dxa"/>
          </w:tcPr>
          <w:p w14:paraId="53B67AED" w14:textId="77777777" w:rsidR="006D3958" w:rsidRPr="0044448F" w:rsidRDefault="006D3958" w:rsidP="136E4DCB">
            <w:pPr>
              <w:rPr>
                <w:rFonts w:cs="Calibri"/>
                <w:lang w:val="ro-RO"/>
              </w:rPr>
            </w:pPr>
          </w:p>
        </w:tc>
      </w:tr>
    </w:tbl>
    <w:p w14:paraId="207B4C49" w14:textId="77777777" w:rsidR="006D3958" w:rsidRPr="0044448F" w:rsidRDefault="006D3958" w:rsidP="136E4DCB">
      <w:pPr>
        <w:rPr>
          <w:rFonts w:cs="Calibri"/>
          <w:lang w:val="ro-RO"/>
        </w:rPr>
      </w:pPr>
    </w:p>
    <w:p w14:paraId="352A5833" w14:textId="446AF722" w:rsidR="006D3958" w:rsidRPr="0044448F" w:rsidRDefault="5CBD20D0" w:rsidP="136E4DCB">
      <w:pPr>
        <w:spacing w:before="240" w:after="120"/>
        <w:rPr>
          <w:rFonts w:cs="Calibri"/>
          <w:lang w:val="ro-RO"/>
        </w:rPr>
      </w:pPr>
      <w:r w:rsidRPr="136E4DCB">
        <w:rPr>
          <w:rFonts w:cs="Calibri"/>
          <w:b/>
          <w:bCs/>
          <w:sz w:val="24"/>
          <w:szCs w:val="24"/>
          <w:lang w:val="ro-RO"/>
        </w:rPr>
        <w:t>1.2. Законный представитель организации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040"/>
        <w:gridCol w:w="5040"/>
      </w:tblGrid>
      <w:tr w:rsidR="006D3958" w:rsidRPr="0044448F" w14:paraId="3E75E513" w14:textId="77777777" w:rsidTr="136E4DCB">
        <w:tc>
          <w:tcPr>
            <w:tcW w:w="5040" w:type="dxa"/>
          </w:tcPr>
          <w:p w14:paraId="3486618A" w14:textId="7A93CFDD" w:rsidR="006D3958" w:rsidRPr="0044448F" w:rsidRDefault="5CBD20D0" w:rsidP="136E4DCB">
            <w:pPr>
              <w:rPr>
                <w:rFonts w:cs="Calibri"/>
                <w:lang w:val="ro-RO"/>
              </w:rPr>
            </w:pPr>
            <w:r w:rsidRPr="136E4DCB">
              <w:rPr>
                <w:rFonts w:cs="Calibri"/>
                <w:lang w:val="ro-RO"/>
              </w:rPr>
              <w:t>Полное имя</w:t>
            </w:r>
          </w:p>
        </w:tc>
        <w:tc>
          <w:tcPr>
            <w:tcW w:w="5040" w:type="dxa"/>
          </w:tcPr>
          <w:p w14:paraId="2258A9C6" w14:textId="77777777" w:rsidR="006D3958" w:rsidRPr="0044448F" w:rsidRDefault="006D3958" w:rsidP="136E4DCB">
            <w:pPr>
              <w:rPr>
                <w:rFonts w:cs="Calibri"/>
                <w:lang w:val="ro-RO"/>
              </w:rPr>
            </w:pPr>
          </w:p>
        </w:tc>
      </w:tr>
      <w:tr w:rsidR="006D3958" w:rsidRPr="0044448F" w14:paraId="6F9BEA09" w14:textId="77777777" w:rsidTr="136E4DCB">
        <w:tc>
          <w:tcPr>
            <w:tcW w:w="5040" w:type="dxa"/>
          </w:tcPr>
          <w:p w14:paraId="4BE1E311" w14:textId="77777777" w:rsidR="006D3958" w:rsidRPr="0044448F" w:rsidRDefault="5CBD20D0" w:rsidP="136E4DCB">
            <w:pPr>
              <w:rPr>
                <w:rFonts w:cs="Calibri"/>
                <w:lang w:val="ro-RO"/>
              </w:rPr>
            </w:pPr>
            <w:r w:rsidRPr="136E4DCB">
              <w:rPr>
                <w:rFonts w:cs="Calibri"/>
                <w:lang w:val="ro-RO"/>
              </w:rPr>
              <w:t>Должность</w:t>
            </w:r>
          </w:p>
        </w:tc>
        <w:tc>
          <w:tcPr>
            <w:tcW w:w="5040" w:type="dxa"/>
          </w:tcPr>
          <w:p w14:paraId="33D0E2DC" w14:textId="77777777" w:rsidR="006D3958" w:rsidRPr="0044448F" w:rsidRDefault="006D3958" w:rsidP="136E4DCB">
            <w:pPr>
              <w:rPr>
                <w:rFonts w:cs="Calibri"/>
                <w:lang w:val="ro-RO"/>
              </w:rPr>
            </w:pPr>
          </w:p>
        </w:tc>
      </w:tr>
      <w:tr w:rsidR="006D3958" w:rsidRPr="0044448F" w14:paraId="7E49D99D" w14:textId="77777777" w:rsidTr="136E4DCB">
        <w:tc>
          <w:tcPr>
            <w:tcW w:w="5040" w:type="dxa"/>
          </w:tcPr>
          <w:p w14:paraId="4B6E4C7C" w14:textId="77777777" w:rsidR="006D3958" w:rsidRPr="0044448F" w:rsidRDefault="5CBD20D0" w:rsidP="136E4DCB">
            <w:pPr>
              <w:rPr>
                <w:rFonts w:cs="Calibri"/>
                <w:lang w:val="ro-RO"/>
              </w:rPr>
            </w:pPr>
            <w:r w:rsidRPr="136E4DCB">
              <w:rPr>
                <w:rFonts w:cs="Calibri"/>
                <w:lang w:val="ro-RO"/>
              </w:rPr>
              <w:t>E-mail</w:t>
            </w:r>
          </w:p>
        </w:tc>
        <w:tc>
          <w:tcPr>
            <w:tcW w:w="5040" w:type="dxa"/>
          </w:tcPr>
          <w:p w14:paraId="61791C91" w14:textId="77777777" w:rsidR="006D3958" w:rsidRPr="0044448F" w:rsidRDefault="006D3958" w:rsidP="136E4DCB">
            <w:pPr>
              <w:rPr>
                <w:rFonts w:cs="Calibri"/>
                <w:lang w:val="ro-RO"/>
              </w:rPr>
            </w:pPr>
          </w:p>
        </w:tc>
      </w:tr>
      <w:tr w:rsidR="006D3958" w:rsidRPr="0044448F" w14:paraId="19B0F20E" w14:textId="77777777" w:rsidTr="136E4DCB">
        <w:tc>
          <w:tcPr>
            <w:tcW w:w="5040" w:type="dxa"/>
          </w:tcPr>
          <w:p w14:paraId="722E4E4C" w14:textId="74D97049" w:rsidR="006D3958" w:rsidRPr="0044448F" w:rsidRDefault="5CBD20D0" w:rsidP="136E4DCB">
            <w:pPr>
              <w:rPr>
                <w:rFonts w:cs="Calibri"/>
                <w:lang w:val="ro-RO"/>
              </w:rPr>
            </w:pPr>
            <w:r w:rsidRPr="136E4DCB">
              <w:rPr>
                <w:rFonts w:cs="Calibri"/>
                <w:lang w:val="ro-RO"/>
              </w:rPr>
              <w:t>Номер телефона</w:t>
            </w:r>
          </w:p>
        </w:tc>
        <w:tc>
          <w:tcPr>
            <w:tcW w:w="5040" w:type="dxa"/>
          </w:tcPr>
          <w:p w14:paraId="757EB9F5" w14:textId="77777777" w:rsidR="006D3958" w:rsidRPr="0044448F" w:rsidRDefault="006D3958" w:rsidP="136E4DCB">
            <w:pPr>
              <w:rPr>
                <w:rFonts w:cs="Calibri"/>
                <w:lang w:val="ro-RO"/>
              </w:rPr>
            </w:pPr>
          </w:p>
        </w:tc>
      </w:tr>
    </w:tbl>
    <w:p w14:paraId="3442B4EA" w14:textId="77777777" w:rsidR="006D3958" w:rsidRPr="0044448F" w:rsidRDefault="006D3958" w:rsidP="136E4DCB">
      <w:pPr>
        <w:rPr>
          <w:rFonts w:cs="Calibri"/>
          <w:lang w:val="ro-RO"/>
        </w:rPr>
      </w:pPr>
    </w:p>
    <w:p w14:paraId="7E2346D3" w14:textId="4DFDF9C7" w:rsidR="006D3958" w:rsidRPr="0044448F" w:rsidRDefault="5CBD20D0" w:rsidP="136E4DCB">
      <w:pPr>
        <w:spacing w:before="240" w:after="120"/>
        <w:rPr>
          <w:rFonts w:cs="Calibri"/>
          <w:lang w:val="ro-RO"/>
        </w:rPr>
      </w:pPr>
      <w:r w:rsidRPr="136E4DCB">
        <w:rPr>
          <w:rFonts w:cs="Calibri"/>
          <w:b/>
          <w:bCs/>
          <w:sz w:val="24"/>
          <w:szCs w:val="24"/>
          <w:lang w:val="ro-RO"/>
        </w:rPr>
        <w:t>1.3. Контактное лицо по проекту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040"/>
        <w:gridCol w:w="5040"/>
      </w:tblGrid>
      <w:tr w:rsidR="006D3958" w:rsidRPr="0044448F" w14:paraId="2A6FA804" w14:textId="77777777" w:rsidTr="136E4DCB">
        <w:tc>
          <w:tcPr>
            <w:tcW w:w="5040" w:type="dxa"/>
          </w:tcPr>
          <w:p w14:paraId="2A611A58" w14:textId="5406ABDB" w:rsidR="006D3958" w:rsidRPr="0044448F" w:rsidRDefault="5CBD20D0" w:rsidP="136E4DCB">
            <w:pPr>
              <w:rPr>
                <w:rFonts w:cs="Calibri"/>
                <w:lang w:val="ro-RO"/>
              </w:rPr>
            </w:pPr>
            <w:r w:rsidRPr="136E4DCB">
              <w:rPr>
                <w:rFonts w:cs="Calibri"/>
                <w:lang w:val="ro-RO"/>
              </w:rPr>
              <w:t>Полное имя</w:t>
            </w:r>
          </w:p>
        </w:tc>
        <w:tc>
          <w:tcPr>
            <w:tcW w:w="5040" w:type="dxa"/>
          </w:tcPr>
          <w:p w14:paraId="6A3C6806" w14:textId="77777777" w:rsidR="006D3958" w:rsidRPr="0044448F" w:rsidRDefault="006D3958" w:rsidP="136E4DCB">
            <w:pPr>
              <w:rPr>
                <w:rFonts w:cs="Calibri"/>
                <w:lang w:val="ro-RO"/>
              </w:rPr>
            </w:pPr>
          </w:p>
        </w:tc>
      </w:tr>
      <w:tr w:rsidR="006D3958" w:rsidRPr="0044448F" w14:paraId="25079248" w14:textId="77777777" w:rsidTr="136E4DCB">
        <w:tc>
          <w:tcPr>
            <w:tcW w:w="5040" w:type="dxa"/>
          </w:tcPr>
          <w:p w14:paraId="188D6245" w14:textId="77777777" w:rsidR="006D3958" w:rsidRPr="0044448F" w:rsidRDefault="5CBD20D0" w:rsidP="136E4DCB">
            <w:pPr>
              <w:rPr>
                <w:rFonts w:cs="Calibri"/>
                <w:lang w:val="ro-RO"/>
              </w:rPr>
            </w:pPr>
            <w:r w:rsidRPr="136E4DCB">
              <w:rPr>
                <w:rFonts w:cs="Calibri"/>
                <w:lang w:val="ro-RO"/>
              </w:rPr>
              <w:t>Должность</w:t>
            </w:r>
          </w:p>
        </w:tc>
        <w:tc>
          <w:tcPr>
            <w:tcW w:w="5040" w:type="dxa"/>
          </w:tcPr>
          <w:p w14:paraId="02FFA91E" w14:textId="77777777" w:rsidR="006D3958" w:rsidRPr="0044448F" w:rsidRDefault="006D3958" w:rsidP="136E4DCB">
            <w:pPr>
              <w:rPr>
                <w:rFonts w:cs="Calibri"/>
                <w:lang w:val="ro-RO"/>
              </w:rPr>
            </w:pPr>
          </w:p>
        </w:tc>
      </w:tr>
      <w:tr w:rsidR="006D3958" w:rsidRPr="0044448F" w14:paraId="64E35AFB" w14:textId="77777777" w:rsidTr="136E4DCB">
        <w:tc>
          <w:tcPr>
            <w:tcW w:w="5040" w:type="dxa"/>
          </w:tcPr>
          <w:p w14:paraId="2E839858" w14:textId="77777777" w:rsidR="006D3958" w:rsidRPr="0044448F" w:rsidRDefault="5CBD20D0" w:rsidP="136E4DCB">
            <w:pPr>
              <w:rPr>
                <w:rFonts w:cs="Calibri"/>
                <w:lang w:val="ro-RO"/>
              </w:rPr>
            </w:pPr>
            <w:r w:rsidRPr="136E4DCB">
              <w:rPr>
                <w:rFonts w:cs="Calibri"/>
                <w:lang w:val="ro-RO"/>
              </w:rPr>
              <w:t>E-mail</w:t>
            </w:r>
          </w:p>
        </w:tc>
        <w:tc>
          <w:tcPr>
            <w:tcW w:w="5040" w:type="dxa"/>
          </w:tcPr>
          <w:p w14:paraId="09783DB1" w14:textId="77777777" w:rsidR="006D3958" w:rsidRPr="0044448F" w:rsidRDefault="006D3958" w:rsidP="136E4DCB">
            <w:pPr>
              <w:rPr>
                <w:rFonts w:cs="Calibri"/>
                <w:lang w:val="ro-RO"/>
              </w:rPr>
            </w:pPr>
          </w:p>
        </w:tc>
      </w:tr>
      <w:tr w:rsidR="006D3958" w:rsidRPr="0044448F" w14:paraId="5ACE0C66" w14:textId="77777777" w:rsidTr="136E4DCB">
        <w:tc>
          <w:tcPr>
            <w:tcW w:w="5040" w:type="dxa"/>
          </w:tcPr>
          <w:p w14:paraId="01264B6B" w14:textId="0C3C472B" w:rsidR="006D3958" w:rsidRPr="0044448F" w:rsidRDefault="5CBD20D0" w:rsidP="136E4DCB">
            <w:pPr>
              <w:rPr>
                <w:rFonts w:cs="Calibri"/>
                <w:lang w:val="ro-RO"/>
              </w:rPr>
            </w:pPr>
            <w:r w:rsidRPr="136E4DCB">
              <w:rPr>
                <w:rFonts w:cs="Calibri"/>
                <w:lang w:val="ro-RO"/>
              </w:rPr>
              <w:t>Номер телефона</w:t>
            </w:r>
          </w:p>
        </w:tc>
        <w:tc>
          <w:tcPr>
            <w:tcW w:w="5040" w:type="dxa"/>
          </w:tcPr>
          <w:p w14:paraId="3528017E" w14:textId="77777777" w:rsidR="006D3958" w:rsidRPr="0044448F" w:rsidRDefault="006D3958" w:rsidP="136E4DCB">
            <w:pPr>
              <w:rPr>
                <w:rFonts w:cs="Calibri"/>
                <w:lang w:val="ro-RO"/>
              </w:rPr>
            </w:pPr>
          </w:p>
        </w:tc>
      </w:tr>
    </w:tbl>
    <w:p w14:paraId="2DBE914A" w14:textId="77777777" w:rsidR="006D3958" w:rsidRDefault="006D3958" w:rsidP="136E4DCB">
      <w:pPr>
        <w:rPr>
          <w:rFonts w:cs="Calibri"/>
          <w:lang w:val="ro-RO"/>
        </w:rPr>
      </w:pPr>
    </w:p>
    <w:p w14:paraId="02D89928" w14:textId="5BA3D360" w:rsidR="006D3958" w:rsidRPr="0044448F" w:rsidRDefault="5CBD20D0" w:rsidP="136E4DCB">
      <w:pPr>
        <w:spacing w:before="240" w:after="120"/>
        <w:rPr>
          <w:rFonts w:cs="Calibri"/>
          <w:lang w:val="ro-RO"/>
        </w:rPr>
      </w:pPr>
      <w:r w:rsidRPr="136E4DCB">
        <w:rPr>
          <w:rFonts w:cs="Calibri"/>
          <w:b/>
          <w:bCs/>
          <w:sz w:val="24"/>
          <w:szCs w:val="24"/>
          <w:lang w:val="ro-RO"/>
        </w:rPr>
        <w:lastRenderedPageBreak/>
        <w:t>1.4. Географический охват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040"/>
        <w:gridCol w:w="5040"/>
      </w:tblGrid>
      <w:tr w:rsidR="006D3958" w:rsidRPr="0044448F" w14:paraId="01ECD2DA" w14:textId="77777777" w:rsidTr="136E4DCB">
        <w:tc>
          <w:tcPr>
            <w:tcW w:w="5040" w:type="dxa"/>
          </w:tcPr>
          <w:p w14:paraId="1E640C5C" w14:textId="77777777" w:rsidR="006659A4" w:rsidRPr="0044448F" w:rsidRDefault="436C96C0" w:rsidP="136E4DCB">
            <w:pPr>
              <w:rPr>
                <w:rFonts w:cs="Calibri"/>
                <w:lang w:val="ro-RO"/>
              </w:rPr>
            </w:pPr>
            <w:r w:rsidRPr="136E4DCB">
              <w:rPr>
                <w:rFonts w:cs="Calibri"/>
                <w:lang w:val="ro-RO"/>
              </w:rPr>
              <w:t>Пожалуйста, выберите один или несколько регионов, которые будут охвачены в рамках данного Конкурса на получение грантов:</w:t>
            </w:r>
          </w:p>
          <w:p w14:paraId="4A783BC4" w14:textId="5EF5FFD2" w:rsidR="006D3958" w:rsidRPr="0044448F" w:rsidRDefault="006D3958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5040" w:type="dxa"/>
          </w:tcPr>
          <w:p w14:paraId="0199BCCE" w14:textId="1DEE8241" w:rsidR="00FB4F00" w:rsidRPr="0044448F" w:rsidRDefault="1814E7E6" w:rsidP="136E4DCB">
            <w:pPr>
              <w:rPr>
                <w:rFonts w:cs="Calibri"/>
                <w:lang w:val="ro-RO"/>
              </w:rPr>
            </w:pPr>
            <w:r w:rsidRPr="136E4DCB">
              <w:rPr>
                <w:rFonts w:ascii="Segoe UI Symbol" w:hAnsi="Segoe UI Symbol" w:cs="Segoe UI Symbol"/>
                <w:lang w:val="ro-RO"/>
              </w:rPr>
              <w:t>☐</w:t>
            </w:r>
            <w:r w:rsidRPr="136E4DCB">
              <w:rPr>
                <w:rFonts w:cs="Calibri"/>
                <w:lang w:val="ro-RO"/>
              </w:rPr>
              <w:t xml:space="preserve"> Север</w:t>
            </w:r>
            <w:r w:rsidR="00FB4F00">
              <w:br/>
            </w:r>
            <w:r w:rsidRPr="136E4DCB">
              <w:rPr>
                <w:rFonts w:ascii="Segoe UI Symbol" w:hAnsi="Segoe UI Symbol" w:cs="Segoe UI Symbol"/>
                <w:lang w:val="ro-RO"/>
              </w:rPr>
              <w:t>☐</w:t>
            </w:r>
            <w:r w:rsidRPr="136E4DCB">
              <w:rPr>
                <w:rFonts w:cs="Calibri"/>
                <w:lang w:val="ro-RO"/>
              </w:rPr>
              <w:t xml:space="preserve"> Центр</w:t>
            </w:r>
            <w:r w:rsidR="00FB4F00">
              <w:br/>
            </w:r>
            <w:r w:rsidRPr="136E4DCB">
              <w:rPr>
                <w:rFonts w:ascii="Segoe UI Symbol" w:hAnsi="Segoe UI Symbol" w:cs="Segoe UI Symbol"/>
                <w:lang w:val="ro-RO"/>
              </w:rPr>
              <w:t>☐</w:t>
            </w:r>
            <w:r w:rsidRPr="136E4DCB">
              <w:rPr>
                <w:rFonts w:cs="Calibri"/>
                <w:lang w:val="ro-RO"/>
              </w:rPr>
              <w:t xml:space="preserve"> Юг</w:t>
            </w:r>
          </w:p>
        </w:tc>
      </w:tr>
    </w:tbl>
    <w:p w14:paraId="7FA6A88E" w14:textId="576A085B" w:rsidR="006D3958" w:rsidRPr="0044448F" w:rsidRDefault="5CBD20D0" w:rsidP="136E4DCB">
      <w:pPr>
        <w:pBdr>
          <w:bottom w:val="single" w:sz="6" w:space="1" w:color="4F81BD"/>
        </w:pBdr>
        <w:spacing w:before="480" w:after="240"/>
        <w:rPr>
          <w:rFonts w:eastAsia="Calibri" w:cs="Calibri"/>
          <w:b/>
          <w:bCs/>
          <w:color w:val="003399"/>
          <w:sz w:val="24"/>
          <w:szCs w:val="24"/>
          <w:lang w:val="ro-RO"/>
        </w:rPr>
      </w:pPr>
      <w:r w:rsidRPr="136E4DCB">
        <w:rPr>
          <w:rFonts w:eastAsia="Calibri" w:cs="Calibri"/>
          <w:b/>
          <w:bCs/>
          <w:color w:val="003399"/>
          <w:sz w:val="24"/>
          <w:szCs w:val="24"/>
          <w:lang w:val="ro-RO"/>
        </w:rPr>
        <w:t>РАЗДЕЛ 2: ОРГАНИЗАЦИОННЫЙ ПРОФИЛЬ И ОПЫТ</w:t>
      </w:r>
      <w:r w:rsidR="007824C0">
        <w:rPr>
          <w:rFonts w:eastAsia="Calibri" w:cs="Calibri"/>
          <w:b/>
          <w:bCs/>
          <w:color w:val="003399"/>
          <w:sz w:val="24"/>
          <w:szCs w:val="24"/>
          <w:lang w:val="ro-RO"/>
        </w:rPr>
        <w:t xml:space="preserve"> </w:t>
      </w:r>
      <w:r w:rsidR="007824C0" w:rsidRPr="007824C0">
        <w:rPr>
          <w:rFonts w:eastAsia="Calibri" w:cs="Calibri"/>
          <w:b/>
          <w:bCs/>
          <w:color w:val="003399"/>
          <w:sz w:val="24"/>
          <w:szCs w:val="24"/>
          <w:lang w:val="ro-RO"/>
        </w:rPr>
        <w:t>(не более 5 страниц)</w:t>
      </w:r>
    </w:p>
    <w:p w14:paraId="379D5A94" w14:textId="33B84808" w:rsidR="006D3958" w:rsidRPr="0044448F" w:rsidRDefault="5CBD20D0" w:rsidP="136E4DCB">
      <w:pPr>
        <w:spacing w:before="240" w:after="120"/>
        <w:rPr>
          <w:rFonts w:cs="Calibri"/>
          <w:lang w:val="ro-RO"/>
        </w:rPr>
      </w:pPr>
      <w:r w:rsidRPr="136E4DCB">
        <w:rPr>
          <w:rFonts w:cs="Calibri"/>
          <w:b/>
          <w:bCs/>
          <w:sz w:val="24"/>
          <w:szCs w:val="24"/>
          <w:lang w:val="ro-RO"/>
        </w:rPr>
        <w:t>2.1. Миссия и деятельность</w:t>
      </w:r>
    </w:p>
    <w:p w14:paraId="2AA8B782" w14:textId="275F34A2" w:rsidR="006D3958" w:rsidRPr="000216FD" w:rsidRDefault="5CBD20D0" w:rsidP="136E4DCB">
      <w:pPr>
        <w:spacing w:after="120"/>
        <w:ind w:left="360"/>
        <w:rPr>
          <w:rFonts w:cs="Calibri"/>
          <w:lang w:val="ro-RO"/>
        </w:rPr>
      </w:pPr>
      <w:r w:rsidRPr="136E4DCB">
        <w:rPr>
          <w:rFonts w:cs="Calibri"/>
          <w:i/>
          <w:iCs/>
          <w:color w:val="595959" w:themeColor="text1" w:themeTint="A6"/>
          <w:lang w:val="ro-RO"/>
        </w:rPr>
        <w:t>Опишите основную цель, миссию и основную деятельность вашей организации. Пожалуйста, укажите соответствие поддержке фермеров, развитию сельских территорий, гендерному равенству и расширению прав и возможностей женщин или цифровой инклюзии.</w:t>
      </w:r>
    </w:p>
    <w:p w14:paraId="574721A2" w14:textId="630FF5A6" w:rsidR="006D3958" w:rsidRPr="0044448F" w:rsidRDefault="00BC39E0" w:rsidP="136E4DCB">
      <w:pPr>
        <w:rPr>
          <w:rFonts w:cs="Calibri"/>
          <w:lang w:val="ro-RO"/>
        </w:rPr>
      </w:pPr>
      <w:r w:rsidRPr="00157C89">
        <w:rPr>
          <w:lang w:val="ru-MD"/>
        </w:rPr>
        <w:br/>
        <w:t>2.2. Организационный опыт</w:t>
      </w:r>
    </w:p>
    <w:p w14:paraId="5EE22DF3" w14:textId="629D3918" w:rsidR="006D3958" w:rsidRPr="000216FD" w:rsidRDefault="5CBD20D0" w:rsidP="136E4DCB">
      <w:pPr>
        <w:spacing w:after="120"/>
        <w:ind w:left="360"/>
        <w:rPr>
          <w:rFonts w:cs="Calibri"/>
          <w:lang w:val="ro-RO"/>
        </w:rPr>
      </w:pPr>
      <w:r w:rsidRPr="136E4DCB">
        <w:rPr>
          <w:rFonts w:cs="Calibri"/>
          <w:i/>
          <w:iCs/>
          <w:color w:val="595959" w:themeColor="text1" w:themeTint="A6"/>
          <w:lang w:val="ro-RO"/>
        </w:rPr>
        <w:t>Пожалуйста, опишите опыт вашей организации за последние 3 года, уделив особое внимание:</w:t>
      </w:r>
    </w:p>
    <w:p w14:paraId="2609A4E9" w14:textId="70AFAD66" w:rsidR="006D3958" w:rsidRPr="0044448F" w:rsidRDefault="5CBD20D0" w:rsidP="136E4DCB">
      <w:pPr>
        <w:pStyle w:val="ListBullet2"/>
        <w:rPr>
          <w:rFonts w:cs="Calibri"/>
          <w:lang w:val="ro-RO"/>
        </w:rPr>
      </w:pPr>
      <w:r w:rsidRPr="136E4DCB">
        <w:rPr>
          <w:rFonts w:cs="Calibri"/>
          <w:lang w:val="ro-RO"/>
        </w:rPr>
        <w:t xml:space="preserve">Информирование и вовлечение общин: Опишите ваш опыт проведения местных информационных кампаний, мобилизации общин и распространения информации, особенно в сельских районах. </w:t>
      </w:r>
      <w:r w:rsidR="00157C89" w:rsidRPr="00157C89">
        <w:rPr>
          <w:rFonts w:cs="Calibri"/>
          <w:lang w:val="ro-RO"/>
        </w:rPr>
        <w:t>Приведите примеры из вашего опыта использования языка, учитывающего гендерные аспекты, а также каналов и коммуникационных кампаний, ориентированных на гендерные особенности</w:t>
      </w:r>
      <w:r w:rsidRPr="136E4DCB">
        <w:rPr>
          <w:rFonts w:cs="Calibri"/>
          <w:lang w:val="ro-RO"/>
        </w:rPr>
        <w:t>.</w:t>
      </w:r>
    </w:p>
    <w:p w14:paraId="5B084C1E" w14:textId="392E4692" w:rsidR="006D3958" w:rsidRPr="0044448F" w:rsidRDefault="5ED65093" w:rsidP="136E4DCB">
      <w:pPr>
        <w:pStyle w:val="ListBullet2"/>
        <w:rPr>
          <w:rFonts w:cs="Calibri"/>
          <w:lang w:val="ro-RO"/>
        </w:rPr>
      </w:pPr>
      <w:r w:rsidRPr="136E4DCB">
        <w:rPr>
          <w:rFonts w:cs="Calibri"/>
          <w:lang w:val="ro-RO"/>
        </w:rPr>
        <w:t>Поддержка женщин и уязвимых групп: Подробно опишите ваш опыт работы с мелкими производителями, женщинами-фермерами, сельской молодёжью и другими уязвимыми группами.</w:t>
      </w:r>
    </w:p>
    <w:p w14:paraId="685D140E" w14:textId="092395FD" w:rsidR="006D3958" w:rsidRPr="0044448F" w:rsidRDefault="5CBD20D0" w:rsidP="136E4DCB">
      <w:pPr>
        <w:pStyle w:val="ListBullet2"/>
        <w:rPr>
          <w:rFonts w:cs="Calibri"/>
          <w:lang w:val="ro-RO"/>
        </w:rPr>
      </w:pPr>
      <w:r w:rsidRPr="136E4DCB">
        <w:rPr>
          <w:rFonts w:cs="Calibri"/>
          <w:lang w:val="ro-RO"/>
        </w:rPr>
        <w:t>Многолокационные проекты: Приведите примеры проектов, реализованных в нескольких общинах или районах.</w:t>
      </w:r>
    </w:p>
    <w:p w14:paraId="55D75246" w14:textId="2D83BC1B" w:rsidR="006D3958" w:rsidRPr="0044448F" w:rsidRDefault="5CBD20D0" w:rsidP="136E4DCB">
      <w:pPr>
        <w:pStyle w:val="ListBullet2"/>
        <w:rPr>
          <w:rFonts w:cs="Calibri"/>
          <w:lang w:val="ro-RO"/>
        </w:rPr>
      </w:pPr>
      <w:r w:rsidRPr="136E4DCB">
        <w:rPr>
          <w:rFonts w:cs="Calibri"/>
          <w:lang w:val="ro-RO"/>
        </w:rPr>
        <w:t>Цифровая/административная поддержка: Опишите любой опыт предоставления обучения цифровой грамотности, административной помощи или консультационных услуг фермерам или сельскому населению.</w:t>
      </w:r>
    </w:p>
    <w:p w14:paraId="407C2491" w14:textId="68070C16" w:rsidR="006D3958" w:rsidRPr="0044448F" w:rsidRDefault="006D3958" w:rsidP="136E4DCB">
      <w:pPr>
        <w:rPr>
          <w:rFonts w:cs="Calibri"/>
          <w:lang w:val="ro-RO"/>
        </w:rPr>
      </w:pPr>
    </w:p>
    <w:p w14:paraId="7593A00C" w14:textId="18DC2E91" w:rsidR="006D3958" w:rsidRPr="00F71054" w:rsidRDefault="5CBD20D0" w:rsidP="136E4DCB">
      <w:pPr>
        <w:pBdr>
          <w:bottom w:val="single" w:sz="6" w:space="1" w:color="4F81BD"/>
        </w:pBdr>
        <w:spacing w:before="480" w:after="240"/>
        <w:rPr>
          <w:rFonts w:eastAsia="Calibri" w:cs="Calibri"/>
          <w:b/>
          <w:bCs/>
          <w:color w:val="003399"/>
          <w:sz w:val="24"/>
          <w:szCs w:val="24"/>
          <w:lang w:val="ru-MD"/>
        </w:rPr>
      </w:pPr>
      <w:r w:rsidRPr="136E4DCB">
        <w:rPr>
          <w:rFonts w:eastAsia="Calibri" w:cs="Calibri"/>
          <w:b/>
          <w:bCs/>
          <w:color w:val="003399"/>
          <w:sz w:val="24"/>
          <w:szCs w:val="24"/>
          <w:lang w:val="ro-RO"/>
        </w:rPr>
        <w:t>РАЗДЕЛ 3: ПРОЕКТНОЕ ПРЕДЛОЖЕНИЕ</w:t>
      </w:r>
      <w:r w:rsidR="00F71054">
        <w:rPr>
          <w:rFonts w:eastAsia="Calibri" w:cs="Calibri"/>
          <w:b/>
          <w:bCs/>
          <w:color w:val="003399"/>
          <w:sz w:val="24"/>
          <w:szCs w:val="24"/>
          <w:lang w:val="ro-RO"/>
        </w:rPr>
        <w:t xml:space="preserve"> </w:t>
      </w:r>
      <w:r w:rsidR="00F71054" w:rsidRPr="00F71054">
        <w:rPr>
          <w:rFonts w:eastAsia="Calibri" w:cs="Calibri"/>
          <w:b/>
          <w:bCs/>
          <w:color w:val="003399"/>
          <w:sz w:val="24"/>
          <w:szCs w:val="24"/>
          <w:lang w:val="ro-RO"/>
        </w:rPr>
        <w:t xml:space="preserve">(не более </w:t>
      </w:r>
      <w:r w:rsidR="00F71054">
        <w:rPr>
          <w:rFonts w:eastAsia="Calibri" w:cs="Calibri"/>
          <w:b/>
          <w:bCs/>
          <w:color w:val="003399"/>
          <w:sz w:val="24"/>
          <w:szCs w:val="24"/>
          <w:lang w:val="ro-RO"/>
        </w:rPr>
        <w:t>8</w:t>
      </w:r>
      <w:r w:rsidR="00F71054" w:rsidRPr="00F71054">
        <w:rPr>
          <w:rFonts w:eastAsia="Calibri" w:cs="Calibri"/>
          <w:b/>
          <w:bCs/>
          <w:color w:val="003399"/>
          <w:sz w:val="24"/>
          <w:szCs w:val="24"/>
          <w:lang w:val="ro-RO"/>
        </w:rPr>
        <w:t xml:space="preserve"> страниц)</w:t>
      </w:r>
    </w:p>
    <w:p w14:paraId="3B6FD03D" w14:textId="431E082F" w:rsidR="006D3958" w:rsidRDefault="5CBD20D0" w:rsidP="136E4DCB">
      <w:pPr>
        <w:spacing w:before="240" w:after="120"/>
        <w:rPr>
          <w:rFonts w:cs="Calibri"/>
          <w:b/>
          <w:bCs/>
          <w:sz w:val="24"/>
          <w:szCs w:val="24"/>
          <w:lang w:val="ro-RO"/>
        </w:rPr>
      </w:pPr>
      <w:r w:rsidRPr="136E4DCB">
        <w:rPr>
          <w:rFonts w:cs="Calibri"/>
          <w:b/>
          <w:bCs/>
          <w:sz w:val="24"/>
          <w:szCs w:val="24"/>
          <w:lang w:val="ro-RO"/>
        </w:rPr>
        <w:t>3.1. Методология и подход к реализации</w:t>
      </w:r>
    </w:p>
    <w:p w14:paraId="4B9492F2" w14:textId="77777777" w:rsidR="006D3958" w:rsidRPr="000216FD" w:rsidRDefault="5CBD20D0" w:rsidP="136E4DCB">
      <w:pPr>
        <w:spacing w:before="240" w:after="120"/>
        <w:rPr>
          <w:rFonts w:cs="Calibri"/>
          <w:lang w:val="ro-RO"/>
        </w:rPr>
      </w:pPr>
      <w:r w:rsidRPr="004B1A02">
        <w:rPr>
          <w:rFonts w:cs="Calibri"/>
          <w:sz w:val="24"/>
          <w:szCs w:val="24"/>
          <w:lang w:val="ro-RO"/>
        </w:rPr>
        <w:t>A. Стратегия информирования (Мероприятие 1)</w:t>
      </w:r>
    </w:p>
    <w:p w14:paraId="1DD61F24" w14:textId="0A457965" w:rsidR="006D3958" w:rsidRPr="000216FD" w:rsidRDefault="5ED65093" w:rsidP="136E4DCB">
      <w:pPr>
        <w:spacing w:after="120"/>
        <w:ind w:left="360"/>
        <w:rPr>
          <w:rFonts w:cs="Calibri"/>
          <w:lang w:val="ro-RO"/>
        </w:rPr>
      </w:pPr>
      <w:r w:rsidRPr="136E4DCB">
        <w:rPr>
          <w:rFonts w:cs="Calibri"/>
          <w:i/>
          <w:iCs/>
          <w:color w:val="595959" w:themeColor="text1" w:themeTint="A6"/>
          <w:lang w:val="ro-RO"/>
        </w:rPr>
        <w:t xml:space="preserve">Опишите методологию информирования и </w:t>
      </w:r>
      <w:r w:rsidR="00E41928" w:rsidRPr="00E41928">
        <w:rPr>
          <w:rFonts w:cs="Calibri"/>
          <w:i/>
          <w:iCs/>
          <w:color w:val="595959" w:themeColor="text1" w:themeTint="A6"/>
          <w:lang w:val="ro-RO"/>
        </w:rPr>
        <w:t>консультирования</w:t>
      </w:r>
      <w:r w:rsidRPr="136E4DCB">
        <w:rPr>
          <w:rFonts w:cs="Calibri"/>
          <w:i/>
          <w:iCs/>
          <w:color w:val="595959" w:themeColor="text1" w:themeTint="A6"/>
          <w:lang w:val="ro-RO"/>
        </w:rPr>
        <w:t xml:space="preserve"> как минимум 500 фермеров как минимум в 10 населённых пунктах в отношении Реестра фермеров. Объясните выбор коммуникационных каналов (например, информационные сессии, местные СМИ, цифровые каналы, индивидуальные визиты) и то, как вы будете охватывать фермеров в отдалённых или уязвимых районах. Опишите, каким образом ваши информационные мероприятия могли бы преодолеть специфические барьеры, с которыми сталкиваются женщины-фермеры, включая цифровой доступ, мобильность, информационные пробелы, нехватку времени и ограниченное институциональное представительство.</w:t>
      </w:r>
    </w:p>
    <w:p w14:paraId="6C7A5B62" w14:textId="77777777" w:rsidR="00763D01" w:rsidRDefault="00763D01" w:rsidP="136E4DCB">
      <w:pPr>
        <w:rPr>
          <w:lang w:val="ro-MD"/>
        </w:rPr>
      </w:pPr>
    </w:p>
    <w:p w14:paraId="42B0AEFC" w14:textId="1384E60E" w:rsidR="006D3958" w:rsidRPr="000216FD" w:rsidRDefault="00BC39E0" w:rsidP="136E4DCB">
      <w:pPr>
        <w:rPr>
          <w:rFonts w:cs="Calibri"/>
          <w:lang w:val="ro-RO"/>
        </w:rPr>
      </w:pPr>
      <w:r w:rsidRPr="00157C89">
        <w:rPr>
          <w:lang w:val="ru-MD"/>
        </w:rPr>
        <w:br/>
      </w:r>
      <w:r>
        <w:t>B</w:t>
      </w:r>
      <w:r w:rsidRPr="00157C89">
        <w:rPr>
          <w:lang w:val="ru-MD"/>
        </w:rPr>
        <w:t>. План технической помощи (Мероприятие 2)</w:t>
      </w:r>
    </w:p>
    <w:p w14:paraId="0F35C30E" w14:textId="0E3784AF" w:rsidR="006D3958" w:rsidRPr="002C4A50" w:rsidRDefault="5CBD20D0" w:rsidP="136E4DCB">
      <w:pPr>
        <w:spacing w:after="120"/>
        <w:ind w:left="360"/>
        <w:rPr>
          <w:rFonts w:cs="Calibri"/>
          <w:lang w:val="ro-RO"/>
        </w:rPr>
      </w:pPr>
      <w:r w:rsidRPr="003E5645">
        <w:rPr>
          <w:rFonts w:cs="Calibri"/>
          <w:i/>
          <w:iCs/>
          <w:color w:val="595959"/>
          <w:lang w:val="ro-RO"/>
        </w:rPr>
        <w:t>Подробно опишите ваш подход к оказанию прямой технической помощи с целью помочь как минимум 500 фермерам завершить регистрацию. Как вы обеспечите, чтобы как минимум 35 % из них самостоятельно зарегистрировались и чтобы как минимум 30 % самостоятельно зарегистрировавшихся пользователей составляли женщины? Опишите целевую поддержку, которую вы предоставите (например, создание пунктов поддержки, индивидуальное сопровождение, устранение неполадок), исходя из специфических уязвимостей и потребностей бенефициаров (например, пол, инвалидность, преклонный возраст, принадлежность к этническому меньшинству, лица, пережившие гендерное насилие).</w:t>
      </w:r>
    </w:p>
    <w:p w14:paraId="1C88AAD5" w14:textId="530E350F" w:rsidR="006D3958" w:rsidRPr="002C4A50" w:rsidRDefault="006D3958" w:rsidP="136E4DCB">
      <w:pPr>
        <w:rPr>
          <w:rFonts w:cs="Calibri"/>
          <w:lang w:val="ro-RO"/>
        </w:rPr>
      </w:pPr>
    </w:p>
    <w:p w14:paraId="420E7071" w14:textId="77777777" w:rsidR="006D3958" w:rsidRPr="002C4A50" w:rsidRDefault="5CBD20D0" w:rsidP="136E4DCB">
      <w:pPr>
        <w:spacing w:before="240" w:after="120"/>
        <w:rPr>
          <w:rFonts w:cs="Calibri"/>
          <w:lang w:val="ro-RO"/>
        </w:rPr>
      </w:pPr>
      <w:r w:rsidRPr="002C4A50">
        <w:rPr>
          <w:rFonts w:cs="Calibri"/>
          <w:sz w:val="24"/>
          <w:szCs w:val="24"/>
          <w:lang w:val="ro-RO"/>
        </w:rPr>
        <w:t>C. План укрепления потенциала (Мероприятие 3)</w:t>
      </w:r>
    </w:p>
    <w:p w14:paraId="3EFC6855" w14:textId="7C735213" w:rsidR="006D3958" w:rsidRPr="000216FD" w:rsidRDefault="5CBD20D0" w:rsidP="136E4DCB">
      <w:pPr>
        <w:spacing w:after="120"/>
        <w:ind w:left="360"/>
        <w:rPr>
          <w:rFonts w:cs="Calibri"/>
          <w:lang w:val="ro-RO"/>
        </w:rPr>
      </w:pPr>
      <w:r w:rsidRPr="00A10FF9">
        <w:rPr>
          <w:rFonts w:cs="Calibri"/>
          <w:i/>
          <w:iCs/>
          <w:color w:val="595959"/>
          <w:lang w:val="ro-RO"/>
        </w:rPr>
        <w:t xml:space="preserve">Объясните ваш план обучения местных субъектов (например, персонала </w:t>
      </w:r>
      <w:r w:rsidR="00A9476A">
        <w:rPr>
          <w:rFonts w:cs="Calibri"/>
          <w:i/>
          <w:iCs/>
          <w:color w:val="595959"/>
          <w:lang w:val="ru-MD"/>
        </w:rPr>
        <w:t>м</w:t>
      </w:r>
      <w:r w:rsidR="00E02E47" w:rsidRPr="00E02E47">
        <w:rPr>
          <w:rFonts w:cs="Calibri"/>
          <w:i/>
          <w:iCs/>
          <w:color w:val="595959"/>
          <w:lang w:val="ro-RO"/>
        </w:rPr>
        <w:t>естны</w:t>
      </w:r>
      <w:r w:rsidR="00A9476A">
        <w:rPr>
          <w:rFonts w:cs="Calibri"/>
          <w:i/>
          <w:iCs/>
          <w:color w:val="595959"/>
          <w:lang w:val="ru-MD"/>
        </w:rPr>
        <w:t>х</w:t>
      </w:r>
      <w:r w:rsidR="00E02E47" w:rsidRPr="00E02E47">
        <w:rPr>
          <w:rFonts w:cs="Calibri"/>
          <w:i/>
          <w:iCs/>
          <w:color w:val="595959"/>
          <w:lang w:val="ro-RO"/>
        </w:rPr>
        <w:t xml:space="preserve"> орган</w:t>
      </w:r>
      <w:r w:rsidR="00A9476A">
        <w:rPr>
          <w:rFonts w:cs="Calibri"/>
          <w:i/>
          <w:iCs/>
          <w:color w:val="595959"/>
          <w:lang w:val="ru-MD"/>
        </w:rPr>
        <w:t>ов</w:t>
      </w:r>
      <w:r w:rsidR="00E02E47" w:rsidRPr="00E02E47">
        <w:rPr>
          <w:rFonts w:cs="Calibri"/>
          <w:i/>
          <w:iCs/>
          <w:color w:val="595959"/>
          <w:lang w:val="ro-RO"/>
        </w:rPr>
        <w:t xml:space="preserve"> власти</w:t>
      </w:r>
      <w:r w:rsidRPr="00A10FF9">
        <w:rPr>
          <w:rFonts w:cs="Calibri"/>
          <w:i/>
          <w:iCs/>
          <w:color w:val="595959"/>
          <w:lang w:val="ro-RO"/>
        </w:rPr>
        <w:t>, лидеров общин, сельскохозяйственных консультантов) инклюзивным, учитывающим гендерные аспекты и интерсекциональным образом (например, пожилые женщины, женщины с инвалидностью, женщины-ромки, лица, пережившие гендерное насилие). Какие темы охватит обучение и как вы обеспечите, чтобы они были готовы эффективно поддерживать фермеров, должным образом учитывая специфические риски, уязвимости и потребности?</w:t>
      </w:r>
    </w:p>
    <w:p w14:paraId="1C99CDEC" w14:textId="77777777" w:rsidR="00543200" w:rsidRDefault="00543200" w:rsidP="136E4DCB">
      <w:pPr>
        <w:rPr>
          <w:lang w:val="ro-RO"/>
        </w:rPr>
      </w:pPr>
    </w:p>
    <w:p w14:paraId="1384FBC6" w14:textId="06CAEB2D" w:rsidR="00543200" w:rsidRDefault="00543200" w:rsidP="136E4DCB">
      <w:pPr>
        <w:rPr>
          <w:lang w:val="ro-RO"/>
        </w:rPr>
      </w:pPr>
      <w:r w:rsidRPr="00543200">
        <w:rPr>
          <w:b/>
          <w:bCs/>
          <w:lang w:val="ro-RO"/>
        </w:rPr>
        <w:t>Примечание:</w:t>
      </w:r>
      <w:r w:rsidRPr="00543200">
        <w:rPr>
          <w:lang w:val="ro-RO"/>
        </w:rPr>
        <w:t xml:space="preserve"> В отношении всех трех разделов пункта 3.1 просим четко определить результаты, которых вы планируете достичь, и указать целевые значения соответствующих индикаторов прогресса, которые будут использоваться для их мониторинга и оценки.</w:t>
      </w:r>
    </w:p>
    <w:p w14:paraId="22A2620E" w14:textId="7D896FFA" w:rsidR="006D3958" w:rsidRPr="00B90B32" w:rsidRDefault="00BC39E0" w:rsidP="136E4DCB">
      <w:pPr>
        <w:rPr>
          <w:rFonts w:cs="Calibri"/>
          <w:b/>
          <w:bCs/>
          <w:sz w:val="24"/>
          <w:szCs w:val="24"/>
          <w:lang w:val="ro-RO"/>
        </w:rPr>
      </w:pPr>
      <w:r w:rsidRPr="003A2482">
        <w:rPr>
          <w:lang w:val="ro-RO"/>
        </w:rPr>
        <w:br/>
      </w:r>
      <w:r w:rsidRPr="00B90B32">
        <w:rPr>
          <w:b/>
          <w:bCs/>
          <w:sz w:val="24"/>
          <w:szCs w:val="24"/>
          <w:lang w:val="ro-RO"/>
        </w:rPr>
        <w:t>3.2. План работы</w:t>
      </w:r>
    </w:p>
    <w:p w14:paraId="4A987B3E" w14:textId="59D210D5" w:rsidR="006D3958" w:rsidRPr="00B90B32" w:rsidRDefault="5CBD20D0" w:rsidP="136E4DCB">
      <w:pPr>
        <w:spacing w:after="120"/>
        <w:ind w:left="360"/>
        <w:rPr>
          <w:rFonts w:cs="Calibri"/>
          <w:lang w:val="ro-RO"/>
        </w:rPr>
      </w:pPr>
      <w:r w:rsidRPr="00B90B32">
        <w:rPr>
          <w:rFonts w:cs="Calibri"/>
          <w:i/>
          <w:iCs/>
          <w:color w:val="595959" w:themeColor="text1" w:themeTint="A6"/>
          <w:lang w:val="ro-RO"/>
        </w:rPr>
        <w:t>Представьте краткое описание основных мероприятий и ориентировочный график на период реализации проекта. Пожалуйста, укажите, где будут собираться и представляться данные в разбивке по полу, если это применимо.</w:t>
      </w:r>
    </w:p>
    <w:p w14:paraId="3E9E725D" w14:textId="77777777" w:rsidR="006D3958" w:rsidRDefault="006D3958" w:rsidP="136E4DCB">
      <w:pPr>
        <w:rPr>
          <w:rFonts w:cs="Calibri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720"/>
        <w:gridCol w:w="630"/>
        <w:gridCol w:w="720"/>
        <w:gridCol w:w="720"/>
        <w:gridCol w:w="630"/>
        <w:gridCol w:w="720"/>
        <w:gridCol w:w="720"/>
        <w:gridCol w:w="720"/>
        <w:gridCol w:w="720"/>
        <w:gridCol w:w="628"/>
        <w:gridCol w:w="628"/>
      </w:tblGrid>
      <w:tr w:rsidR="00A719F3" w14:paraId="3D572771" w14:textId="77777777" w:rsidTr="136E4DCB">
        <w:tc>
          <w:tcPr>
            <w:tcW w:w="2605" w:type="dxa"/>
            <w:shd w:val="clear" w:color="auto" w:fill="DBE5F1" w:themeFill="accent1" w:themeFillTint="33"/>
          </w:tcPr>
          <w:p w14:paraId="2E938640" w14:textId="039F7C5E" w:rsidR="009C0A92" w:rsidRDefault="3F3E304D" w:rsidP="136E4DCB">
            <w:pPr>
              <w:rPr>
                <w:rFonts w:cs="Calibri"/>
                <w:lang w:val="ro-RO"/>
              </w:rPr>
            </w:pPr>
            <w:r w:rsidRPr="136E4DCB">
              <w:rPr>
                <w:rFonts w:cs="Calibri"/>
                <w:i/>
                <w:iCs/>
                <w:lang w:val="ro-RO"/>
              </w:rPr>
              <w:t>Мероприятия и подмероприятия</w:t>
            </w:r>
          </w:p>
        </w:tc>
        <w:tc>
          <w:tcPr>
            <w:tcW w:w="720" w:type="dxa"/>
            <w:shd w:val="clear" w:color="auto" w:fill="DBE5F1" w:themeFill="accent1" w:themeFillTint="33"/>
          </w:tcPr>
          <w:p w14:paraId="6C920BD4" w14:textId="5EB50E21" w:rsidR="009C0A92" w:rsidRDefault="557EDF37" w:rsidP="136E4DCB">
            <w:pPr>
              <w:rPr>
                <w:rFonts w:cs="Calibri"/>
                <w:lang w:val="ro-RO"/>
              </w:rPr>
            </w:pPr>
            <w:r w:rsidRPr="136E4DCB">
              <w:rPr>
                <w:rFonts w:cs="Calibri"/>
                <w:lang w:val="ro-RO"/>
              </w:rPr>
              <w:t>М1</w:t>
            </w:r>
          </w:p>
        </w:tc>
        <w:tc>
          <w:tcPr>
            <w:tcW w:w="630" w:type="dxa"/>
            <w:shd w:val="clear" w:color="auto" w:fill="DBE5F1" w:themeFill="accent1" w:themeFillTint="33"/>
          </w:tcPr>
          <w:p w14:paraId="39DCC844" w14:textId="12FD7D3F" w:rsidR="009C0A92" w:rsidRDefault="557EDF37" w:rsidP="136E4DCB">
            <w:pPr>
              <w:rPr>
                <w:rFonts w:cs="Calibri"/>
                <w:lang w:val="ro-RO"/>
              </w:rPr>
            </w:pPr>
            <w:r w:rsidRPr="136E4DCB">
              <w:rPr>
                <w:rFonts w:cs="Calibri"/>
                <w:lang w:val="ro-RO"/>
              </w:rPr>
              <w:t>М2</w:t>
            </w:r>
          </w:p>
        </w:tc>
        <w:tc>
          <w:tcPr>
            <w:tcW w:w="720" w:type="dxa"/>
            <w:shd w:val="clear" w:color="auto" w:fill="DBE5F1" w:themeFill="accent1" w:themeFillTint="33"/>
          </w:tcPr>
          <w:p w14:paraId="65FBA31B" w14:textId="0B722A1C" w:rsidR="009C0A92" w:rsidRDefault="557EDF37" w:rsidP="136E4DCB">
            <w:pPr>
              <w:rPr>
                <w:rFonts w:cs="Calibri"/>
                <w:lang w:val="ro-RO"/>
              </w:rPr>
            </w:pPr>
            <w:r w:rsidRPr="136E4DCB">
              <w:rPr>
                <w:rFonts w:cs="Calibri"/>
                <w:lang w:val="ro-RO"/>
              </w:rPr>
              <w:t>М3</w:t>
            </w:r>
          </w:p>
        </w:tc>
        <w:tc>
          <w:tcPr>
            <w:tcW w:w="720" w:type="dxa"/>
            <w:shd w:val="clear" w:color="auto" w:fill="DBE5F1" w:themeFill="accent1" w:themeFillTint="33"/>
          </w:tcPr>
          <w:p w14:paraId="01AD2AD0" w14:textId="371B8093" w:rsidR="009C0A92" w:rsidRDefault="557EDF37" w:rsidP="136E4DCB">
            <w:pPr>
              <w:rPr>
                <w:rFonts w:cs="Calibri"/>
                <w:lang w:val="ro-RO"/>
              </w:rPr>
            </w:pPr>
            <w:r w:rsidRPr="136E4DCB">
              <w:rPr>
                <w:rFonts w:cs="Calibri"/>
                <w:lang w:val="ro-RO"/>
              </w:rPr>
              <w:t>М4</w:t>
            </w:r>
          </w:p>
        </w:tc>
        <w:tc>
          <w:tcPr>
            <w:tcW w:w="630" w:type="dxa"/>
            <w:shd w:val="clear" w:color="auto" w:fill="DBE5F1" w:themeFill="accent1" w:themeFillTint="33"/>
          </w:tcPr>
          <w:p w14:paraId="6B502588" w14:textId="34AA0B6E" w:rsidR="009C0A92" w:rsidRDefault="3F3E304D" w:rsidP="136E4DCB">
            <w:pPr>
              <w:rPr>
                <w:rFonts w:cs="Calibri"/>
                <w:lang w:val="ro-RO"/>
              </w:rPr>
            </w:pPr>
            <w:r w:rsidRPr="136E4DCB">
              <w:rPr>
                <w:rFonts w:cs="Calibri"/>
                <w:lang w:val="ro-RO"/>
              </w:rPr>
              <w:t>М5</w:t>
            </w:r>
          </w:p>
        </w:tc>
        <w:tc>
          <w:tcPr>
            <w:tcW w:w="720" w:type="dxa"/>
            <w:shd w:val="clear" w:color="auto" w:fill="DBE5F1" w:themeFill="accent1" w:themeFillTint="33"/>
          </w:tcPr>
          <w:p w14:paraId="7CBCC68B" w14:textId="68D96538" w:rsidR="009C0A92" w:rsidRDefault="3F3E304D" w:rsidP="136E4DCB">
            <w:pPr>
              <w:rPr>
                <w:rFonts w:cs="Calibri"/>
                <w:lang w:val="ro-RO"/>
              </w:rPr>
            </w:pPr>
            <w:r w:rsidRPr="136E4DCB">
              <w:rPr>
                <w:rFonts w:cs="Calibri"/>
                <w:lang w:val="ro-RO"/>
              </w:rPr>
              <w:t>М6</w:t>
            </w:r>
          </w:p>
        </w:tc>
        <w:tc>
          <w:tcPr>
            <w:tcW w:w="720" w:type="dxa"/>
            <w:shd w:val="clear" w:color="auto" w:fill="DBE5F1" w:themeFill="accent1" w:themeFillTint="33"/>
          </w:tcPr>
          <w:p w14:paraId="7119C83E" w14:textId="49938977" w:rsidR="009C0A92" w:rsidRDefault="3F3E304D" w:rsidP="136E4DCB">
            <w:pPr>
              <w:rPr>
                <w:rFonts w:cs="Calibri"/>
                <w:lang w:val="ro-RO"/>
              </w:rPr>
            </w:pPr>
            <w:r w:rsidRPr="136E4DCB">
              <w:rPr>
                <w:rFonts w:cs="Calibri"/>
                <w:lang w:val="ro-RO"/>
              </w:rPr>
              <w:t>М7</w:t>
            </w:r>
          </w:p>
        </w:tc>
        <w:tc>
          <w:tcPr>
            <w:tcW w:w="720" w:type="dxa"/>
            <w:shd w:val="clear" w:color="auto" w:fill="DBE5F1" w:themeFill="accent1" w:themeFillTint="33"/>
          </w:tcPr>
          <w:p w14:paraId="0523D535" w14:textId="6C4A1B47" w:rsidR="009C0A92" w:rsidRDefault="3F3E304D" w:rsidP="136E4DCB">
            <w:pPr>
              <w:rPr>
                <w:rFonts w:cs="Calibri"/>
                <w:lang w:val="ro-RO"/>
              </w:rPr>
            </w:pPr>
            <w:r w:rsidRPr="136E4DCB">
              <w:rPr>
                <w:rFonts w:cs="Calibri"/>
                <w:lang w:val="ro-RO"/>
              </w:rPr>
              <w:t>М8</w:t>
            </w:r>
          </w:p>
        </w:tc>
        <w:tc>
          <w:tcPr>
            <w:tcW w:w="720" w:type="dxa"/>
            <w:shd w:val="clear" w:color="auto" w:fill="DBE5F1" w:themeFill="accent1" w:themeFillTint="33"/>
          </w:tcPr>
          <w:p w14:paraId="4AB70E45" w14:textId="51C3E44D" w:rsidR="009C0A92" w:rsidRDefault="3F3E304D" w:rsidP="136E4DCB">
            <w:pPr>
              <w:rPr>
                <w:rFonts w:cs="Calibri"/>
                <w:lang w:val="ro-RO"/>
              </w:rPr>
            </w:pPr>
            <w:r w:rsidRPr="136E4DCB">
              <w:rPr>
                <w:rFonts w:cs="Calibri"/>
                <w:lang w:val="ro-RO"/>
              </w:rPr>
              <w:t>М9</w:t>
            </w:r>
          </w:p>
        </w:tc>
        <w:tc>
          <w:tcPr>
            <w:tcW w:w="628" w:type="dxa"/>
            <w:shd w:val="clear" w:color="auto" w:fill="DBE5F1" w:themeFill="accent1" w:themeFillTint="33"/>
          </w:tcPr>
          <w:p w14:paraId="6BAB59DC" w14:textId="2279C78B" w:rsidR="009C0A92" w:rsidRDefault="3F3E304D" w:rsidP="136E4DCB">
            <w:pPr>
              <w:rPr>
                <w:rFonts w:cs="Calibri"/>
                <w:lang w:val="ro-RO"/>
              </w:rPr>
            </w:pPr>
            <w:r w:rsidRPr="136E4DCB">
              <w:rPr>
                <w:rFonts w:cs="Calibri"/>
                <w:lang w:val="ro-RO"/>
              </w:rPr>
              <w:t>М10</w:t>
            </w:r>
          </w:p>
        </w:tc>
        <w:tc>
          <w:tcPr>
            <w:tcW w:w="628" w:type="dxa"/>
            <w:shd w:val="clear" w:color="auto" w:fill="DBE5F1" w:themeFill="accent1" w:themeFillTint="33"/>
          </w:tcPr>
          <w:p w14:paraId="27A3433C" w14:textId="4F379411" w:rsidR="009C0A92" w:rsidRDefault="3F3E304D" w:rsidP="136E4DCB">
            <w:pPr>
              <w:rPr>
                <w:rFonts w:cs="Calibri"/>
                <w:lang w:val="ro-RO"/>
              </w:rPr>
            </w:pPr>
            <w:r w:rsidRPr="136E4DCB">
              <w:rPr>
                <w:rFonts w:cs="Calibri"/>
                <w:lang w:val="ro-RO"/>
              </w:rPr>
              <w:t>М11</w:t>
            </w:r>
          </w:p>
        </w:tc>
      </w:tr>
      <w:tr w:rsidR="00A719F3" w14:paraId="06206C38" w14:textId="77777777" w:rsidTr="136E4DCB">
        <w:tc>
          <w:tcPr>
            <w:tcW w:w="2605" w:type="dxa"/>
          </w:tcPr>
          <w:p w14:paraId="5391014D" w14:textId="5F5323DB" w:rsidR="00A719F3" w:rsidRDefault="3F3E304D" w:rsidP="136E4DCB">
            <w:pPr>
              <w:rPr>
                <w:rFonts w:cs="Calibri"/>
                <w:lang w:val="ro-RO"/>
              </w:rPr>
            </w:pPr>
            <w:r w:rsidRPr="136E4DCB">
              <w:rPr>
                <w:rFonts w:cs="Calibri"/>
                <w:lang w:val="ro-RO"/>
              </w:rPr>
              <w:t>Мероприятие 1: Информирование</w:t>
            </w:r>
          </w:p>
        </w:tc>
        <w:tc>
          <w:tcPr>
            <w:tcW w:w="720" w:type="dxa"/>
          </w:tcPr>
          <w:p w14:paraId="7CEBCC59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630" w:type="dxa"/>
          </w:tcPr>
          <w:p w14:paraId="7D0B6951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39D43359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1CC2BEF7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630" w:type="dxa"/>
          </w:tcPr>
          <w:p w14:paraId="7624D734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7E60DF0C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6559C49F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3FD8EBF1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7FE050C4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628" w:type="dxa"/>
          </w:tcPr>
          <w:p w14:paraId="5B8775B3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628" w:type="dxa"/>
          </w:tcPr>
          <w:p w14:paraId="76BB2FA9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</w:tr>
      <w:tr w:rsidR="00A719F3" w14:paraId="4948B8B1" w14:textId="77777777" w:rsidTr="136E4DCB">
        <w:tc>
          <w:tcPr>
            <w:tcW w:w="2605" w:type="dxa"/>
          </w:tcPr>
          <w:p w14:paraId="24E463B5" w14:textId="13937EE0" w:rsidR="00A719F3" w:rsidRDefault="3F3E304D" w:rsidP="136E4DCB">
            <w:pPr>
              <w:rPr>
                <w:rFonts w:cs="Calibri"/>
                <w:lang w:val="ro-RO"/>
              </w:rPr>
            </w:pPr>
            <w:r w:rsidRPr="136E4DCB">
              <w:rPr>
                <w:rFonts w:cs="Calibri"/>
                <w:i/>
                <w:iCs/>
                <w:lang w:val="ro-RO"/>
              </w:rPr>
              <w:t>Подмероприятие 1.1</w:t>
            </w:r>
          </w:p>
        </w:tc>
        <w:tc>
          <w:tcPr>
            <w:tcW w:w="720" w:type="dxa"/>
          </w:tcPr>
          <w:p w14:paraId="68D1D58B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630" w:type="dxa"/>
          </w:tcPr>
          <w:p w14:paraId="54FA1794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196759B1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2CE8955F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630" w:type="dxa"/>
          </w:tcPr>
          <w:p w14:paraId="71B72E95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1B82F880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0A840F69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074FD882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1D31B0E5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628" w:type="dxa"/>
          </w:tcPr>
          <w:p w14:paraId="165C077A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628" w:type="dxa"/>
          </w:tcPr>
          <w:p w14:paraId="63979555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</w:tr>
      <w:tr w:rsidR="00A719F3" w14:paraId="2BE8E894" w14:textId="77777777" w:rsidTr="136E4DCB">
        <w:tc>
          <w:tcPr>
            <w:tcW w:w="2605" w:type="dxa"/>
          </w:tcPr>
          <w:p w14:paraId="05E23DD7" w14:textId="1C770396" w:rsidR="00A719F3" w:rsidRDefault="3F3E304D" w:rsidP="136E4DCB">
            <w:pPr>
              <w:rPr>
                <w:rFonts w:cs="Calibri"/>
                <w:lang w:val="ro-RO"/>
              </w:rPr>
            </w:pPr>
            <w:r w:rsidRPr="136E4DCB">
              <w:rPr>
                <w:rFonts w:cs="Calibri"/>
                <w:i/>
                <w:iCs/>
                <w:lang w:val="ro-RO"/>
              </w:rPr>
              <w:t>Подмероприятие 1.2</w:t>
            </w:r>
          </w:p>
        </w:tc>
        <w:tc>
          <w:tcPr>
            <w:tcW w:w="720" w:type="dxa"/>
          </w:tcPr>
          <w:p w14:paraId="536B04EC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630" w:type="dxa"/>
          </w:tcPr>
          <w:p w14:paraId="4BA8A4D4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1FC843B7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60DA9021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630" w:type="dxa"/>
          </w:tcPr>
          <w:p w14:paraId="3BD83B39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7164CF7F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43793A84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1CC6ABB4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0CB5D263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628" w:type="dxa"/>
          </w:tcPr>
          <w:p w14:paraId="3654EA12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628" w:type="dxa"/>
          </w:tcPr>
          <w:p w14:paraId="72A480AA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</w:tr>
      <w:tr w:rsidR="00A719F3" w:rsidRPr="005F5458" w14:paraId="7A6BEF19" w14:textId="77777777" w:rsidTr="136E4DCB">
        <w:tc>
          <w:tcPr>
            <w:tcW w:w="2605" w:type="dxa"/>
          </w:tcPr>
          <w:p w14:paraId="212F421F" w14:textId="4FEFE013" w:rsidR="00A719F3" w:rsidRDefault="3F3E304D" w:rsidP="136E4DCB">
            <w:pPr>
              <w:rPr>
                <w:rFonts w:cs="Calibri"/>
                <w:lang w:val="ro-RO"/>
              </w:rPr>
            </w:pPr>
            <w:r w:rsidRPr="136E4DCB">
              <w:rPr>
                <w:rFonts w:cs="Calibri"/>
                <w:lang w:val="ro-RO"/>
              </w:rPr>
              <w:t>Мероприятие 2: Техническая помощь, мониторинг и отчётность</w:t>
            </w:r>
          </w:p>
        </w:tc>
        <w:tc>
          <w:tcPr>
            <w:tcW w:w="720" w:type="dxa"/>
          </w:tcPr>
          <w:p w14:paraId="2D085643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630" w:type="dxa"/>
          </w:tcPr>
          <w:p w14:paraId="33E20841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01637D22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60C43AD2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630" w:type="dxa"/>
          </w:tcPr>
          <w:p w14:paraId="63117057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2F0FAE0C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0794C02E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709D5290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5E7564CF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628" w:type="dxa"/>
          </w:tcPr>
          <w:p w14:paraId="58A934D6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628" w:type="dxa"/>
          </w:tcPr>
          <w:p w14:paraId="6E5CD533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</w:tr>
      <w:tr w:rsidR="00A719F3" w14:paraId="3C127C08" w14:textId="77777777" w:rsidTr="136E4DCB">
        <w:tc>
          <w:tcPr>
            <w:tcW w:w="2605" w:type="dxa"/>
          </w:tcPr>
          <w:p w14:paraId="19C08FBD" w14:textId="7CA72B75" w:rsidR="00A719F3" w:rsidRDefault="3F3E304D" w:rsidP="136E4DCB">
            <w:pPr>
              <w:rPr>
                <w:rFonts w:cs="Calibri"/>
                <w:lang w:val="ro-RO"/>
              </w:rPr>
            </w:pPr>
            <w:r w:rsidRPr="136E4DCB">
              <w:rPr>
                <w:rFonts w:cs="Calibri"/>
                <w:i/>
                <w:iCs/>
                <w:lang w:val="ro-RO"/>
              </w:rPr>
              <w:t>Подмероприятие 2.1</w:t>
            </w:r>
          </w:p>
        </w:tc>
        <w:tc>
          <w:tcPr>
            <w:tcW w:w="720" w:type="dxa"/>
          </w:tcPr>
          <w:p w14:paraId="0B5710AB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630" w:type="dxa"/>
          </w:tcPr>
          <w:p w14:paraId="26271CC8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4587E206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08F6D0F5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630" w:type="dxa"/>
          </w:tcPr>
          <w:p w14:paraId="7FBAF322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420E5F08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3C607D2A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5CAE8421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2E0FD7F5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628" w:type="dxa"/>
          </w:tcPr>
          <w:p w14:paraId="30DC900C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628" w:type="dxa"/>
          </w:tcPr>
          <w:p w14:paraId="188EDF20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</w:tr>
      <w:tr w:rsidR="00A719F3" w14:paraId="12AD1B4C" w14:textId="77777777" w:rsidTr="136E4DCB">
        <w:tc>
          <w:tcPr>
            <w:tcW w:w="2605" w:type="dxa"/>
          </w:tcPr>
          <w:p w14:paraId="2C2D1B98" w14:textId="343B2589" w:rsidR="00A719F3" w:rsidRDefault="3F3E304D" w:rsidP="136E4DCB">
            <w:pPr>
              <w:rPr>
                <w:rFonts w:cs="Calibri"/>
                <w:lang w:val="ro-RO"/>
              </w:rPr>
            </w:pPr>
            <w:r w:rsidRPr="136E4DCB">
              <w:rPr>
                <w:rFonts w:cs="Calibri"/>
                <w:i/>
                <w:iCs/>
                <w:lang w:val="ro-RO"/>
              </w:rPr>
              <w:t>Подмероприятие 2.2</w:t>
            </w:r>
          </w:p>
        </w:tc>
        <w:tc>
          <w:tcPr>
            <w:tcW w:w="720" w:type="dxa"/>
          </w:tcPr>
          <w:p w14:paraId="59886425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630" w:type="dxa"/>
          </w:tcPr>
          <w:p w14:paraId="6076B5AF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4524D709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315A53A8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630" w:type="dxa"/>
          </w:tcPr>
          <w:p w14:paraId="71481045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74A528C4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7F19D139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1C7C78D0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6E3375D6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628" w:type="dxa"/>
          </w:tcPr>
          <w:p w14:paraId="473C8E60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628" w:type="dxa"/>
          </w:tcPr>
          <w:p w14:paraId="792EC79F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</w:tr>
      <w:tr w:rsidR="00A719F3" w14:paraId="5E47D258" w14:textId="77777777" w:rsidTr="136E4DCB">
        <w:tc>
          <w:tcPr>
            <w:tcW w:w="2605" w:type="dxa"/>
          </w:tcPr>
          <w:p w14:paraId="15FCE1E4" w14:textId="2BC7999A" w:rsidR="00A719F3" w:rsidRDefault="3F3E304D" w:rsidP="136E4DCB">
            <w:pPr>
              <w:rPr>
                <w:rFonts w:cs="Calibri"/>
                <w:lang w:val="ro-RO"/>
              </w:rPr>
            </w:pPr>
            <w:r w:rsidRPr="136E4DCB">
              <w:rPr>
                <w:rFonts w:cs="Calibri"/>
                <w:lang w:val="ro-RO"/>
              </w:rPr>
              <w:lastRenderedPageBreak/>
              <w:t>Мероприятие 3: Укрепление потенциала</w:t>
            </w:r>
          </w:p>
        </w:tc>
        <w:tc>
          <w:tcPr>
            <w:tcW w:w="720" w:type="dxa"/>
          </w:tcPr>
          <w:p w14:paraId="2172B2E9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630" w:type="dxa"/>
          </w:tcPr>
          <w:p w14:paraId="48464845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4B4F5EAD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3EEFE3FF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630" w:type="dxa"/>
          </w:tcPr>
          <w:p w14:paraId="140A7C9D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715B57BE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58420384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778DC394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149502CC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628" w:type="dxa"/>
          </w:tcPr>
          <w:p w14:paraId="339913AB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628" w:type="dxa"/>
          </w:tcPr>
          <w:p w14:paraId="12944C82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</w:tr>
      <w:tr w:rsidR="00A719F3" w14:paraId="21CE48A4" w14:textId="77777777" w:rsidTr="136E4DCB">
        <w:tc>
          <w:tcPr>
            <w:tcW w:w="2605" w:type="dxa"/>
          </w:tcPr>
          <w:p w14:paraId="045D5FE0" w14:textId="235C6FE8" w:rsidR="00A719F3" w:rsidRDefault="3F3E304D" w:rsidP="136E4DCB">
            <w:pPr>
              <w:rPr>
                <w:rFonts w:cs="Calibri"/>
                <w:lang w:val="ro-RO"/>
              </w:rPr>
            </w:pPr>
            <w:r w:rsidRPr="136E4DCB">
              <w:rPr>
                <w:rFonts w:cs="Calibri"/>
                <w:i/>
                <w:iCs/>
                <w:lang w:val="ro-RO"/>
              </w:rPr>
              <w:t>Подмероприятие 3.1</w:t>
            </w:r>
          </w:p>
        </w:tc>
        <w:tc>
          <w:tcPr>
            <w:tcW w:w="720" w:type="dxa"/>
          </w:tcPr>
          <w:p w14:paraId="0D33C90E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630" w:type="dxa"/>
          </w:tcPr>
          <w:p w14:paraId="16B4C5CD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3015074A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31C5761A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630" w:type="dxa"/>
          </w:tcPr>
          <w:p w14:paraId="7F50A393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53A04054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45D0AF28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71DC66CC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720" w:type="dxa"/>
          </w:tcPr>
          <w:p w14:paraId="2F609513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628" w:type="dxa"/>
          </w:tcPr>
          <w:p w14:paraId="2743C236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628" w:type="dxa"/>
          </w:tcPr>
          <w:p w14:paraId="6D7E4FF5" w14:textId="77777777" w:rsidR="00A719F3" w:rsidRDefault="00A719F3" w:rsidP="136E4DCB">
            <w:pPr>
              <w:rPr>
                <w:rFonts w:cs="Calibri"/>
                <w:lang w:val="ro-RO"/>
              </w:rPr>
            </w:pPr>
          </w:p>
        </w:tc>
      </w:tr>
    </w:tbl>
    <w:p w14:paraId="0FCFF9EF" w14:textId="77777777" w:rsidR="00312211" w:rsidRDefault="00312211" w:rsidP="136E4DCB">
      <w:pPr>
        <w:rPr>
          <w:rFonts w:cs="Calibri"/>
          <w:lang w:val="ro-RO"/>
        </w:rPr>
      </w:pPr>
    </w:p>
    <w:p w14:paraId="5F96333F" w14:textId="77777777" w:rsidR="006D3958" w:rsidRPr="0044448F" w:rsidRDefault="5CBD20D0" w:rsidP="136E4DCB">
      <w:pPr>
        <w:spacing w:before="240" w:after="120"/>
        <w:rPr>
          <w:rFonts w:cs="Calibri"/>
          <w:lang w:val="ro-RO"/>
        </w:rPr>
      </w:pPr>
      <w:r w:rsidRPr="136E4DCB">
        <w:rPr>
          <w:rFonts w:cs="Calibri"/>
          <w:b/>
          <w:bCs/>
          <w:sz w:val="24"/>
          <w:szCs w:val="24"/>
          <w:lang w:val="ro-RO"/>
        </w:rPr>
        <w:t>3.3. Управление рисками</w:t>
      </w:r>
    </w:p>
    <w:p w14:paraId="2038F372" w14:textId="48F24AE1" w:rsidR="006D3958" w:rsidRPr="001E5E2D" w:rsidRDefault="5CBD20D0" w:rsidP="136E4DCB">
      <w:pPr>
        <w:spacing w:after="120"/>
        <w:ind w:left="360"/>
        <w:rPr>
          <w:rFonts w:cs="Calibri"/>
          <w:lang w:val="ro-RO"/>
        </w:rPr>
      </w:pPr>
      <w:r w:rsidRPr="001E5E2D">
        <w:rPr>
          <w:rFonts w:cs="Calibri"/>
          <w:i/>
          <w:iCs/>
          <w:color w:val="595959" w:themeColor="text1" w:themeTint="A6"/>
          <w:lang w:val="ro-RO"/>
        </w:rPr>
        <w:t>Определите потенциальные риски для реализации проекта и предложите меры по их снижению. Пожалуйста, учтите возможные уязвимости и специфические гендерные и интерсекциональные потребности (например, более низкое участие женщин из-за обязанностей по уходу, цифровая маргинализация пожилых женщин).</w:t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525"/>
        <w:gridCol w:w="2520"/>
        <w:gridCol w:w="5058"/>
      </w:tblGrid>
      <w:tr w:rsidR="0085508F" w:rsidRPr="0044448F" w14:paraId="76285218" w14:textId="77777777" w:rsidTr="00BF4891">
        <w:tc>
          <w:tcPr>
            <w:tcW w:w="2525" w:type="dxa"/>
            <w:shd w:val="clear" w:color="auto" w:fill="D9E1F2"/>
            <w:vAlign w:val="center"/>
          </w:tcPr>
          <w:p w14:paraId="43E0240C" w14:textId="3D96252F" w:rsidR="0085508F" w:rsidRPr="0044448F" w:rsidRDefault="11328759" w:rsidP="136E4DCB">
            <w:pPr>
              <w:jc w:val="center"/>
              <w:rPr>
                <w:rFonts w:cs="Calibri"/>
                <w:i/>
                <w:iCs/>
                <w:lang w:val="ro-RO"/>
              </w:rPr>
            </w:pPr>
            <w:r w:rsidRPr="136E4DCB">
              <w:rPr>
                <w:rFonts w:cs="Calibri"/>
                <w:i/>
                <w:iCs/>
                <w:lang w:val="ro-RO"/>
              </w:rPr>
              <w:t>Риск</w:t>
            </w:r>
          </w:p>
        </w:tc>
        <w:tc>
          <w:tcPr>
            <w:tcW w:w="2520" w:type="dxa"/>
            <w:shd w:val="clear" w:color="auto" w:fill="D9E1F2"/>
            <w:vAlign w:val="center"/>
          </w:tcPr>
          <w:p w14:paraId="08D3ACB7" w14:textId="09B2AEE9" w:rsidR="0085508F" w:rsidRPr="0044448F" w:rsidRDefault="11328759" w:rsidP="136E4DCB">
            <w:pPr>
              <w:jc w:val="center"/>
              <w:rPr>
                <w:rFonts w:cs="Calibri"/>
                <w:i/>
                <w:iCs/>
                <w:lang w:val="ro-RO"/>
              </w:rPr>
            </w:pPr>
            <w:r w:rsidRPr="136E4DCB">
              <w:rPr>
                <w:rFonts w:cs="Calibri"/>
                <w:i/>
                <w:iCs/>
                <w:lang w:val="ro-RO"/>
              </w:rPr>
              <w:t>Уровень риска</w:t>
            </w:r>
          </w:p>
        </w:tc>
        <w:tc>
          <w:tcPr>
            <w:tcW w:w="5058" w:type="dxa"/>
            <w:shd w:val="clear" w:color="auto" w:fill="D9E1F2"/>
            <w:vAlign w:val="center"/>
          </w:tcPr>
          <w:p w14:paraId="3B959F7A" w14:textId="664BB7B3" w:rsidR="0085508F" w:rsidRPr="0044448F" w:rsidRDefault="11328759" w:rsidP="136E4DCB">
            <w:pPr>
              <w:jc w:val="center"/>
              <w:rPr>
                <w:rFonts w:cs="Calibri"/>
                <w:i/>
                <w:iCs/>
                <w:lang w:val="ro-RO"/>
              </w:rPr>
            </w:pPr>
            <w:r w:rsidRPr="136E4DCB">
              <w:rPr>
                <w:rFonts w:cs="Calibri"/>
                <w:i/>
                <w:iCs/>
                <w:lang w:val="ro-RO"/>
              </w:rPr>
              <w:t>Меры по снижению</w:t>
            </w:r>
          </w:p>
        </w:tc>
      </w:tr>
      <w:tr w:rsidR="0085508F" w:rsidRPr="0044448F" w14:paraId="6B03A317" w14:textId="77777777" w:rsidTr="00BF4891">
        <w:tc>
          <w:tcPr>
            <w:tcW w:w="2525" w:type="dxa"/>
          </w:tcPr>
          <w:p w14:paraId="03E268EB" w14:textId="77777777" w:rsidR="0085508F" w:rsidRPr="0044448F" w:rsidRDefault="0085508F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2520" w:type="dxa"/>
          </w:tcPr>
          <w:p w14:paraId="1FDFBF23" w14:textId="77777777" w:rsidR="0085508F" w:rsidRPr="0044448F" w:rsidRDefault="0085508F" w:rsidP="136E4DCB">
            <w:pPr>
              <w:jc w:val="center"/>
              <w:rPr>
                <w:rFonts w:cs="Calibri"/>
                <w:lang w:val="ro-RO"/>
              </w:rPr>
            </w:pPr>
          </w:p>
        </w:tc>
        <w:tc>
          <w:tcPr>
            <w:tcW w:w="5058" w:type="dxa"/>
          </w:tcPr>
          <w:p w14:paraId="65B46B4B" w14:textId="77777777" w:rsidR="0085508F" w:rsidRPr="0044448F" w:rsidRDefault="0085508F" w:rsidP="136E4DCB">
            <w:pPr>
              <w:jc w:val="center"/>
              <w:rPr>
                <w:rFonts w:cs="Calibri"/>
                <w:lang w:val="ro-RO"/>
              </w:rPr>
            </w:pPr>
          </w:p>
        </w:tc>
      </w:tr>
      <w:tr w:rsidR="0085508F" w:rsidRPr="0044448F" w14:paraId="4BE1DDF1" w14:textId="77777777" w:rsidTr="00BF4891">
        <w:tc>
          <w:tcPr>
            <w:tcW w:w="2525" w:type="dxa"/>
          </w:tcPr>
          <w:p w14:paraId="05949961" w14:textId="77777777" w:rsidR="0085508F" w:rsidRPr="0044448F" w:rsidRDefault="0085508F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2520" w:type="dxa"/>
          </w:tcPr>
          <w:p w14:paraId="30CCC0A2" w14:textId="77777777" w:rsidR="0085508F" w:rsidRPr="0044448F" w:rsidRDefault="0085508F" w:rsidP="136E4DCB">
            <w:pPr>
              <w:jc w:val="center"/>
              <w:rPr>
                <w:rFonts w:cs="Calibri"/>
                <w:lang w:val="ro-RO"/>
              </w:rPr>
            </w:pPr>
          </w:p>
        </w:tc>
        <w:tc>
          <w:tcPr>
            <w:tcW w:w="5058" w:type="dxa"/>
          </w:tcPr>
          <w:p w14:paraId="3A06C8A4" w14:textId="77777777" w:rsidR="0085508F" w:rsidRPr="0044448F" w:rsidRDefault="0085508F" w:rsidP="136E4DCB">
            <w:pPr>
              <w:jc w:val="center"/>
              <w:rPr>
                <w:rFonts w:cs="Calibri"/>
                <w:lang w:val="ro-RO"/>
              </w:rPr>
            </w:pPr>
          </w:p>
        </w:tc>
      </w:tr>
      <w:tr w:rsidR="0085508F" w:rsidRPr="0044448F" w14:paraId="4EB2467B" w14:textId="77777777" w:rsidTr="00BF4891">
        <w:tc>
          <w:tcPr>
            <w:tcW w:w="2525" w:type="dxa"/>
          </w:tcPr>
          <w:p w14:paraId="330C55F8" w14:textId="77777777" w:rsidR="0085508F" w:rsidRPr="0044448F" w:rsidRDefault="0085508F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2520" w:type="dxa"/>
          </w:tcPr>
          <w:p w14:paraId="7B4AE8C0" w14:textId="77777777" w:rsidR="0085508F" w:rsidRPr="0044448F" w:rsidRDefault="0085508F" w:rsidP="136E4DCB">
            <w:pPr>
              <w:jc w:val="center"/>
              <w:rPr>
                <w:rFonts w:cs="Calibri"/>
                <w:lang w:val="ro-RO"/>
              </w:rPr>
            </w:pPr>
          </w:p>
        </w:tc>
        <w:tc>
          <w:tcPr>
            <w:tcW w:w="5058" w:type="dxa"/>
          </w:tcPr>
          <w:p w14:paraId="03D00FE8" w14:textId="77777777" w:rsidR="0085508F" w:rsidRPr="0044448F" w:rsidRDefault="0085508F" w:rsidP="136E4DCB">
            <w:pPr>
              <w:jc w:val="center"/>
              <w:rPr>
                <w:rFonts w:cs="Calibri"/>
                <w:lang w:val="ro-RO"/>
              </w:rPr>
            </w:pPr>
          </w:p>
        </w:tc>
      </w:tr>
    </w:tbl>
    <w:p w14:paraId="0644ADAE" w14:textId="77777777" w:rsidR="00BF4891" w:rsidRDefault="00BF4891" w:rsidP="136E4DCB">
      <w:pPr>
        <w:pBdr>
          <w:bottom w:val="single" w:sz="6" w:space="1" w:color="4F81BD"/>
        </w:pBdr>
        <w:spacing w:before="480" w:after="240"/>
        <w:rPr>
          <w:rFonts w:eastAsia="Calibri" w:cs="Calibri"/>
          <w:b/>
          <w:bCs/>
          <w:color w:val="003399"/>
          <w:sz w:val="24"/>
          <w:szCs w:val="24"/>
          <w:lang w:val="ru-MD"/>
        </w:rPr>
      </w:pPr>
    </w:p>
    <w:p w14:paraId="2846B088" w14:textId="23664657" w:rsidR="006D3958" w:rsidRPr="0044448F" w:rsidRDefault="5CBD20D0" w:rsidP="136E4DCB">
      <w:pPr>
        <w:pBdr>
          <w:bottom w:val="single" w:sz="6" w:space="1" w:color="4F81BD"/>
        </w:pBdr>
        <w:spacing w:before="480" w:after="240"/>
        <w:rPr>
          <w:rFonts w:eastAsia="Calibri" w:cs="Calibri"/>
          <w:b/>
          <w:bCs/>
          <w:color w:val="003399"/>
          <w:sz w:val="24"/>
          <w:szCs w:val="24"/>
          <w:lang w:val="ro-RO"/>
        </w:rPr>
      </w:pPr>
      <w:r w:rsidRPr="136E4DCB">
        <w:rPr>
          <w:rFonts w:eastAsia="Calibri" w:cs="Calibri"/>
          <w:b/>
          <w:bCs/>
          <w:color w:val="003399"/>
          <w:sz w:val="24"/>
          <w:szCs w:val="24"/>
          <w:lang w:val="ro-RO"/>
        </w:rPr>
        <w:t>РАЗДЕЛ 4: КОМАНДА И БЮДЖЕТ</w:t>
      </w:r>
      <w:r w:rsidR="00F8331D">
        <w:rPr>
          <w:rFonts w:eastAsia="Calibri" w:cs="Calibri"/>
          <w:b/>
          <w:bCs/>
          <w:color w:val="003399"/>
          <w:sz w:val="24"/>
          <w:szCs w:val="24"/>
          <w:lang w:val="ro-RO"/>
        </w:rPr>
        <w:t xml:space="preserve"> </w:t>
      </w:r>
      <w:r w:rsidR="00F8331D" w:rsidRPr="00F8331D">
        <w:rPr>
          <w:rFonts w:eastAsia="Calibri" w:cs="Calibri"/>
          <w:b/>
          <w:bCs/>
          <w:color w:val="003399"/>
          <w:sz w:val="24"/>
          <w:szCs w:val="24"/>
          <w:lang w:val="ro-RO"/>
        </w:rPr>
        <w:t xml:space="preserve">(не более </w:t>
      </w:r>
      <w:r w:rsidR="00F8331D">
        <w:rPr>
          <w:rFonts w:eastAsia="Calibri" w:cs="Calibri"/>
          <w:b/>
          <w:bCs/>
          <w:color w:val="003399"/>
          <w:sz w:val="24"/>
          <w:szCs w:val="24"/>
          <w:lang w:val="ro-RO"/>
        </w:rPr>
        <w:t>3</w:t>
      </w:r>
      <w:r w:rsidR="00F8331D" w:rsidRPr="00F8331D">
        <w:rPr>
          <w:rFonts w:eastAsia="Calibri" w:cs="Calibri"/>
          <w:b/>
          <w:bCs/>
          <w:color w:val="003399"/>
          <w:sz w:val="24"/>
          <w:szCs w:val="24"/>
          <w:lang w:val="ro-RO"/>
        </w:rPr>
        <w:t xml:space="preserve"> страниц)</w:t>
      </w:r>
    </w:p>
    <w:p w14:paraId="3AEF0EB3" w14:textId="77777777" w:rsidR="006D3958" w:rsidRPr="0044448F" w:rsidRDefault="5CBD20D0" w:rsidP="136E4DCB">
      <w:pPr>
        <w:spacing w:before="240" w:after="120"/>
        <w:rPr>
          <w:rFonts w:cs="Calibri"/>
          <w:lang w:val="ro-RO"/>
        </w:rPr>
      </w:pPr>
      <w:r w:rsidRPr="136E4DCB">
        <w:rPr>
          <w:rFonts w:cs="Calibri"/>
          <w:b/>
          <w:bCs/>
          <w:sz w:val="24"/>
          <w:szCs w:val="24"/>
          <w:lang w:val="ro-RO"/>
        </w:rPr>
        <w:t>4.1. Состав команды и экспертиза (20 баллов)</w:t>
      </w:r>
    </w:p>
    <w:p w14:paraId="0013B2D6" w14:textId="1A52118D" w:rsidR="006D3958" w:rsidRPr="00A719F3" w:rsidRDefault="5CBD20D0" w:rsidP="136E4DCB">
      <w:pPr>
        <w:spacing w:after="120"/>
        <w:ind w:left="360"/>
        <w:rPr>
          <w:rFonts w:cs="Calibri"/>
          <w:lang w:val="ro-RO"/>
        </w:rPr>
      </w:pPr>
      <w:r w:rsidRPr="136E4DCB">
        <w:rPr>
          <w:rFonts w:cs="Calibri"/>
          <w:i/>
          <w:iCs/>
          <w:color w:val="595959" w:themeColor="text1" w:themeTint="A6"/>
          <w:lang w:val="ro-RO"/>
        </w:rPr>
        <w:t>Перечислите ключевых членов команды и опишите их соответствующий опыт. Приложите полные резюме в качестве приложения. Пожалуйста, объясните, как вы обеспечите гендерный баланс и включение женщин-экспертов, координаторов и информационного персонала, особенно на полевых должностях.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48"/>
        <w:gridCol w:w="3600"/>
        <w:gridCol w:w="2232"/>
      </w:tblGrid>
      <w:tr w:rsidR="006D3958" w:rsidRPr="0044448F" w14:paraId="36358F68" w14:textId="77777777" w:rsidTr="136E4DCB">
        <w:tc>
          <w:tcPr>
            <w:tcW w:w="4248" w:type="dxa"/>
            <w:shd w:val="clear" w:color="auto" w:fill="D9E1F2"/>
            <w:vAlign w:val="center"/>
          </w:tcPr>
          <w:p w14:paraId="0EC06C00" w14:textId="7C78634E" w:rsidR="006D3958" w:rsidRPr="0044448F" w:rsidRDefault="3E539F82" w:rsidP="136E4DCB">
            <w:pPr>
              <w:jc w:val="center"/>
              <w:rPr>
                <w:rFonts w:cs="Calibri"/>
                <w:i/>
                <w:iCs/>
                <w:lang w:val="ro-RO"/>
              </w:rPr>
            </w:pPr>
            <w:r w:rsidRPr="136E4DCB">
              <w:rPr>
                <w:rFonts w:cs="Calibri"/>
                <w:i/>
                <w:iCs/>
                <w:lang w:val="ro-RO"/>
              </w:rPr>
              <w:t>Имя</w:t>
            </w:r>
          </w:p>
        </w:tc>
        <w:tc>
          <w:tcPr>
            <w:tcW w:w="3600" w:type="dxa"/>
            <w:shd w:val="clear" w:color="auto" w:fill="D9E1F2"/>
            <w:vAlign w:val="center"/>
          </w:tcPr>
          <w:p w14:paraId="06FBEE95" w14:textId="4C59775A" w:rsidR="006D3958" w:rsidRPr="0044448F" w:rsidRDefault="3E539F82" w:rsidP="136E4DCB">
            <w:pPr>
              <w:jc w:val="center"/>
              <w:rPr>
                <w:rFonts w:cs="Calibri"/>
                <w:i/>
                <w:iCs/>
                <w:lang w:val="ro-RO"/>
              </w:rPr>
            </w:pPr>
            <w:r w:rsidRPr="136E4DCB">
              <w:rPr>
                <w:rFonts w:cs="Calibri"/>
                <w:i/>
                <w:iCs/>
                <w:lang w:val="ro-RO"/>
              </w:rPr>
              <w:t>Предлагаемая должность</w:t>
            </w:r>
          </w:p>
        </w:tc>
        <w:tc>
          <w:tcPr>
            <w:tcW w:w="2232" w:type="dxa"/>
            <w:shd w:val="clear" w:color="auto" w:fill="D9E1F2"/>
            <w:vAlign w:val="center"/>
          </w:tcPr>
          <w:p w14:paraId="09FC7C34" w14:textId="55991B7D" w:rsidR="006D3958" w:rsidRPr="0044448F" w:rsidRDefault="3E539F82" w:rsidP="136E4DCB">
            <w:pPr>
              <w:jc w:val="center"/>
              <w:rPr>
                <w:rFonts w:cs="Calibri"/>
                <w:i/>
                <w:iCs/>
                <w:lang w:val="ro-RO"/>
              </w:rPr>
            </w:pPr>
            <w:r w:rsidRPr="136E4DCB">
              <w:rPr>
                <w:rFonts w:cs="Calibri"/>
                <w:i/>
                <w:iCs/>
                <w:lang w:val="ro-RO"/>
              </w:rPr>
              <w:t>Резюме приложено (Д/Н)</w:t>
            </w:r>
          </w:p>
        </w:tc>
      </w:tr>
      <w:tr w:rsidR="006D3958" w:rsidRPr="0044448F" w14:paraId="19A5109C" w14:textId="77777777" w:rsidTr="136E4DCB">
        <w:tc>
          <w:tcPr>
            <w:tcW w:w="4248" w:type="dxa"/>
          </w:tcPr>
          <w:p w14:paraId="3FCB5920" w14:textId="77777777" w:rsidR="006D3958" w:rsidRPr="0044448F" w:rsidRDefault="006D3958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3600" w:type="dxa"/>
          </w:tcPr>
          <w:p w14:paraId="7726E7CE" w14:textId="77777777" w:rsidR="006D3958" w:rsidRPr="0044448F" w:rsidRDefault="5CBD20D0" w:rsidP="136E4DCB">
            <w:pPr>
              <w:rPr>
                <w:rFonts w:cs="Calibri"/>
                <w:lang w:val="ro-RO"/>
              </w:rPr>
            </w:pPr>
            <w:r w:rsidRPr="136E4DCB">
              <w:rPr>
                <w:rFonts w:cs="Calibri"/>
                <w:lang w:val="ro-RO"/>
              </w:rPr>
              <w:t>Руководитель команды</w:t>
            </w:r>
          </w:p>
        </w:tc>
        <w:tc>
          <w:tcPr>
            <w:tcW w:w="2232" w:type="dxa"/>
          </w:tcPr>
          <w:p w14:paraId="2A97B91B" w14:textId="77777777" w:rsidR="006D3958" w:rsidRPr="0044448F" w:rsidRDefault="006D3958" w:rsidP="136E4DCB">
            <w:pPr>
              <w:rPr>
                <w:rFonts w:cs="Calibri"/>
                <w:lang w:val="ro-RO"/>
              </w:rPr>
            </w:pPr>
          </w:p>
        </w:tc>
      </w:tr>
      <w:tr w:rsidR="006D3958" w:rsidRPr="0044448F" w14:paraId="3D69FEA6" w14:textId="77777777" w:rsidTr="136E4DCB">
        <w:tc>
          <w:tcPr>
            <w:tcW w:w="4248" w:type="dxa"/>
          </w:tcPr>
          <w:p w14:paraId="6C7AF54E" w14:textId="77777777" w:rsidR="006D3958" w:rsidRPr="0044448F" w:rsidRDefault="006D3958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3600" w:type="dxa"/>
          </w:tcPr>
          <w:p w14:paraId="442199DC" w14:textId="77777777" w:rsidR="006D3958" w:rsidRPr="0044448F" w:rsidRDefault="5CBD20D0" w:rsidP="136E4DCB">
            <w:pPr>
              <w:rPr>
                <w:rFonts w:cs="Calibri"/>
                <w:lang w:val="ro-RO"/>
              </w:rPr>
            </w:pPr>
            <w:r w:rsidRPr="136E4DCB">
              <w:rPr>
                <w:rFonts w:cs="Calibri"/>
                <w:lang w:val="ro-RO"/>
              </w:rPr>
              <w:t>Эксперт по информированию/коммуникации</w:t>
            </w:r>
          </w:p>
        </w:tc>
        <w:tc>
          <w:tcPr>
            <w:tcW w:w="2232" w:type="dxa"/>
          </w:tcPr>
          <w:p w14:paraId="581875BF" w14:textId="77777777" w:rsidR="006D3958" w:rsidRPr="0044448F" w:rsidRDefault="006D3958" w:rsidP="136E4DCB">
            <w:pPr>
              <w:rPr>
                <w:rFonts w:cs="Calibri"/>
                <w:lang w:val="ro-RO"/>
              </w:rPr>
            </w:pPr>
          </w:p>
        </w:tc>
      </w:tr>
      <w:tr w:rsidR="006D3958" w:rsidRPr="0044448F" w14:paraId="42D890D2" w14:textId="77777777" w:rsidTr="136E4DCB">
        <w:tc>
          <w:tcPr>
            <w:tcW w:w="4248" w:type="dxa"/>
          </w:tcPr>
          <w:p w14:paraId="265AED1D" w14:textId="77777777" w:rsidR="006D3958" w:rsidRPr="0044448F" w:rsidRDefault="006D3958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3600" w:type="dxa"/>
          </w:tcPr>
          <w:p w14:paraId="09473DF7" w14:textId="77777777" w:rsidR="006D3958" w:rsidRPr="0044448F" w:rsidRDefault="5CBD20D0" w:rsidP="136E4DCB">
            <w:pPr>
              <w:rPr>
                <w:rFonts w:cs="Calibri"/>
                <w:lang w:val="ro-RO"/>
              </w:rPr>
            </w:pPr>
            <w:r w:rsidRPr="136E4DCB">
              <w:rPr>
                <w:rFonts w:cs="Calibri"/>
                <w:lang w:val="ro-RO"/>
              </w:rPr>
              <w:t>Специалист по цифровой поддержке</w:t>
            </w:r>
          </w:p>
        </w:tc>
        <w:tc>
          <w:tcPr>
            <w:tcW w:w="2232" w:type="dxa"/>
          </w:tcPr>
          <w:p w14:paraId="0D20EAB3" w14:textId="77777777" w:rsidR="006D3958" w:rsidRPr="0044448F" w:rsidRDefault="006D3958" w:rsidP="136E4DCB">
            <w:pPr>
              <w:rPr>
                <w:rFonts w:cs="Calibri"/>
                <w:lang w:val="ro-RO"/>
              </w:rPr>
            </w:pPr>
          </w:p>
        </w:tc>
      </w:tr>
      <w:tr w:rsidR="006D3958" w:rsidRPr="0044448F" w14:paraId="1A6508FA" w14:textId="77777777" w:rsidTr="136E4DCB">
        <w:tc>
          <w:tcPr>
            <w:tcW w:w="4248" w:type="dxa"/>
          </w:tcPr>
          <w:p w14:paraId="0938A02F" w14:textId="77777777" w:rsidR="006D3958" w:rsidRPr="0044448F" w:rsidRDefault="006D3958" w:rsidP="136E4DCB">
            <w:pPr>
              <w:rPr>
                <w:rFonts w:cs="Calibri"/>
                <w:lang w:val="ro-RO"/>
              </w:rPr>
            </w:pPr>
          </w:p>
        </w:tc>
        <w:tc>
          <w:tcPr>
            <w:tcW w:w="3600" w:type="dxa"/>
          </w:tcPr>
          <w:p w14:paraId="5C65E105" w14:textId="522F0061" w:rsidR="006D3958" w:rsidRPr="0044448F" w:rsidRDefault="5CBD20D0" w:rsidP="136E4DCB">
            <w:pPr>
              <w:rPr>
                <w:rFonts w:cs="Calibri"/>
                <w:lang w:val="ro-RO"/>
              </w:rPr>
            </w:pPr>
            <w:r w:rsidRPr="136E4DCB">
              <w:rPr>
                <w:rFonts w:cs="Calibri"/>
                <w:lang w:val="ro-RO"/>
              </w:rPr>
              <w:t>Местный(ые) координатор(ы)</w:t>
            </w:r>
          </w:p>
        </w:tc>
        <w:tc>
          <w:tcPr>
            <w:tcW w:w="2232" w:type="dxa"/>
          </w:tcPr>
          <w:p w14:paraId="4B7674A0" w14:textId="77777777" w:rsidR="006D3958" w:rsidRPr="0044448F" w:rsidRDefault="006D3958" w:rsidP="136E4DCB">
            <w:pPr>
              <w:rPr>
                <w:rFonts w:cs="Calibri"/>
                <w:lang w:val="ro-RO"/>
              </w:rPr>
            </w:pPr>
          </w:p>
        </w:tc>
      </w:tr>
    </w:tbl>
    <w:p w14:paraId="36E57DFD" w14:textId="2CFEF523" w:rsidR="006D3958" w:rsidRPr="0044448F" w:rsidRDefault="5CBD20D0" w:rsidP="136E4DCB">
      <w:pPr>
        <w:spacing w:before="240" w:after="120"/>
        <w:rPr>
          <w:rFonts w:cs="Calibri"/>
          <w:lang w:val="ro-RO"/>
        </w:rPr>
      </w:pPr>
      <w:r w:rsidRPr="136E4DCB">
        <w:rPr>
          <w:rFonts w:cs="Calibri"/>
          <w:b/>
          <w:bCs/>
          <w:sz w:val="24"/>
          <w:szCs w:val="24"/>
          <w:lang w:val="ro-RO"/>
        </w:rPr>
        <w:t>4.2. Потенциал географического охвата</w:t>
      </w:r>
    </w:p>
    <w:p w14:paraId="1D1F2974" w14:textId="593CEF7C" w:rsidR="006D3958" w:rsidRPr="00A719F3" w:rsidRDefault="5CBD20D0" w:rsidP="136E4DCB">
      <w:pPr>
        <w:spacing w:after="120"/>
        <w:ind w:left="360"/>
        <w:rPr>
          <w:rFonts w:cs="Calibri"/>
          <w:lang w:val="ro-RO"/>
        </w:rPr>
      </w:pPr>
      <w:r w:rsidRPr="136E4DCB">
        <w:rPr>
          <w:rFonts w:cs="Calibri"/>
          <w:i/>
          <w:iCs/>
          <w:color w:val="595959" w:themeColor="text1" w:themeTint="A6"/>
          <w:lang w:val="ro-RO"/>
        </w:rPr>
        <w:t>Опишите способность вашей организации работать на всей предлагаемой географической территории. Укажите местные сети, филиалы или партнёрства, включая организации/сети женщин или НПО, возглавляемые женщинами, которые будут поддерживать информирование удалённых сёл и нескольких общин.</w:t>
      </w:r>
    </w:p>
    <w:p w14:paraId="667E3C6F" w14:textId="43734679" w:rsidR="006D3958" w:rsidRPr="0044448F" w:rsidRDefault="5CBD20D0" w:rsidP="136E4DCB">
      <w:pPr>
        <w:spacing w:before="240" w:after="120"/>
        <w:rPr>
          <w:rFonts w:cs="Calibri"/>
          <w:lang w:val="ro-RO"/>
        </w:rPr>
      </w:pPr>
      <w:r w:rsidRPr="136E4DCB">
        <w:rPr>
          <w:rFonts w:cs="Calibri"/>
          <w:b/>
          <w:bCs/>
          <w:sz w:val="24"/>
          <w:szCs w:val="24"/>
          <w:lang w:val="ro-RO"/>
        </w:rPr>
        <w:t>4.3. Бюджет</w:t>
      </w:r>
    </w:p>
    <w:p w14:paraId="13E1526E" w14:textId="691382AA" w:rsidR="006D3958" w:rsidRPr="003E2698" w:rsidRDefault="5CBD20D0" w:rsidP="136E4DCB">
      <w:pPr>
        <w:spacing w:after="120"/>
        <w:ind w:left="360"/>
        <w:rPr>
          <w:rFonts w:cs="Calibri"/>
          <w:lang w:val="ro-RO"/>
        </w:rPr>
      </w:pPr>
      <w:r w:rsidRPr="136E4DCB">
        <w:rPr>
          <w:rFonts w:cs="Calibri"/>
          <w:i/>
          <w:iCs/>
          <w:color w:val="595959" w:themeColor="text1" w:themeTint="A6"/>
          <w:lang w:val="ro-RO"/>
        </w:rPr>
        <w:t>Приложите подробный бюджет в качестве Приложения 2 согласно предоставленному шаблону. Бюджет должен быть чётким, реалистичным и демонстрировать эффективность затрат.</w:t>
      </w:r>
    </w:p>
    <w:p w14:paraId="6697D679" w14:textId="098A4DCF" w:rsidR="00D63B70" w:rsidRPr="00314749" w:rsidRDefault="7559D5FD" w:rsidP="136E4DCB">
      <w:pPr>
        <w:pBdr>
          <w:bottom w:val="single" w:sz="6" w:space="1" w:color="4F81BD"/>
        </w:pBdr>
        <w:spacing w:before="480" w:after="240"/>
        <w:rPr>
          <w:rFonts w:eastAsia="Calibri" w:cs="Calibri"/>
          <w:b/>
          <w:bCs/>
          <w:color w:val="003399"/>
          <w:sz w:val="24"/>
          <w:szCs w:val="24"/>
          <w:lang w:val="ru-MD"/>
        </w:rPr>
      </w:pPr>
      <w:r w:rsidRPr="136E4DCB">
        <w:rPr>
          <w:rFonts w:eastAsia="Calibri" w:cs="Calibri"/>
          <w:b/>
          <w:bCs/>
          <w:color w:val="003399"/>
          <w:sz w:val="24"/>
          <w:szCs w:val="24"/>
          <w:lang w:val="ro-RO"/>
        </w:rPr>
        <w:lastRenderedPageBreak/>
        <w:t>РАЗДЕЛ 5: ДЕКЛАРАЦИЯ И КОНТРОЛЬНЫЙ ПЕРЕЧЕНЬ ДЛЯ ПОДАЧИ</w:t>
      </w:r>
    </w:p>
    <w:p w14:paraId="70696032" w14:textId="2525ECD7" w:rsidR="006D3958" w:rsidRPr="0044448F" w:rsidRDefault="5CBD20D0" w:rsidP="136E4DCB">
      <w:pPr>
        <w:spacing w:before="240" w:after="120"/>
        <w:rPr>
          <w:rFonts w:cs="Calibri"/>
          <w:lang w:val="ro-RO"/>
        </w:rPr>
      </w:pPr>
      <w:r w:rsidRPr="00C25586">
        <w:rPr>
          <w:rFonts w:cs="Calibri"/>
          <w:b/>
          <w:bCs/>
          <w:sz w:val="24"/>
          <w:szCs w:val="24"/>
          <w:lang w:val="ro-RO"/>
        </w:rPr>
        <w:t>5.1.  Декларация заявителя</w:t>
      </w:r>
    </w:p>
    <w:p w14:paraId="159C609E" w14:textId="587FB09E" w:rsidR="006D3958" w:rsidRPr="0044448F" w:rsidRDefault="5CBD20D0" w:rsidP="136E4DCB">
      <w:pPr>
        <w:rPr>
          <w:rFonts w:cs="Calibri"/>
          <w:lang w:val="ro-RO"/>
        </w:rPr>
      </w:pPr>
      <w:r w:rsidRPr="136E4DCB">
        <w:rPr>
          <w:rFonts w:cs="Calibri"/>
          <w:lang w:val="ro-RO"/>
        </w:rPr>
        <w:t>Я, нижеподписавшийся/нижеподписавшаяся, в качестве законного представителя организации-заявителя, настоящим заявляю, что:</w:t>
      </w:r>
    </w:p>
    <w:p w14:paraId="2B334A04" w14:textId="77777777" w:rsidR="006D3958" w:rsidRPr="0044448F" w:rsidRDefault="5CBD20D0" w:rsidP="136E4DCB">
      <w:pPr>
        <w:pStyle w:val="ListBullet"/>
        <w:rPr>
          <w:rFonts w:cs="Calibri"/>
          <w:lang w:val="ro-RO"/>
        </w:rPr>
      </w:pPr>
      <w:r w:rsidRPr="136E4DCB">
        <w:rPr>
          <w:rFonts w:cs="Calibri"/>
          <w:lang w:val="ro-RO"/>
        </w:rPr>
        <w:t>Информация, представленная в данной заявке, является достоверной и точной.</w:t>
      </w:r>
    </w:p>
    <w:p w14:paraId="69AB5344" w14:textId="77777777" w:rsidR="006D3958" w:rsidRDefault="5CBD20D0" w:rsidP="136E4DCB">
      <w:pPr>
        <w:pStyle w:val="ListBullet"/>
        <w:rPr>
          <w:rFonts w:cs="Calibri"/>
          <w:lang w:val="ro-RO"/>
        </w:rPr>
      </w:pPr>
      <w:r w:rsidRPr="136E4DCB">
        <w:rPr>
          <w:rFonts w:cs="Calibri"/>
          <w:lang w:val="ro-RO"/>
        </w:rPr>
        <w:t>Организация является некоммерческой организацией, законно зарегистрированной в Республике Молдова.</w:t>
      </w:r>
    </w:p>
    <w:p w14:paraId="03E8E5A6" w14:textId="77777777" w:rsidR="0053412C" w:rsidRPr="0053412C" w:rsidRDefault="0053412C" w:rsidP="0053412C">
      <w:pPr>
        <w:pStyle w:val="ListBullet"/>
        <w:rPr>
          <w:rFonts w:cs="Calibri"/>
          <w:lang w:val="ro-RO"/>
        </w:rPr>
      </w:pPr>
      <w:r w:rsidRPr="0053412C">
        <w:rPr>
          <w:rFonts w:cs="Calibri"/>
          <w:lang w:val="ro-RO"/>
        </w:rPr>
        <w:t>Организация соблюдает действующее законодательство и требования ПРООН, применимые к данному конкурсу проектов.</w:t>
      </w:r>
    </w:p>
    <w:p w14:paraId="18BED5F1" w14:textId="77777777" w:rsidR="0053412C" w:rsidRPr="0053412C" w:rsidRDefault="0053412C" w:rsidP="0053412C">
      <w:pPr>
        <w:pStyle w:val="ListBullet"/>
        <w:rPr>
          <w:rFonts w:cs="Calibri"/>
          <w:lang w:val="ro-RO"/>
        </w:rPr>
      </w:pPr>
      <w:r w:rsidRPr="0053412C">
        <w:rPr>
          <w:rFonts w:cs="Calibri"/>
          <w:lang w:val="ro-RO"/>
        </w:rPr>
        <w:t>Отсутствует какой-либо конфликт интересов, реальный или потенциальный, связанный с реализацией данного проекта.</w:t>
      </w:r>
    </w:p>
    <w:p w14:paraId="6CA65368" w14:textId="77777777" w:rsidR="006D3958" w:rsidRPr="0044448F" w:rsidRDefault="5CBD20D0" w:rsidP="136E4DCB">
      <w:pPr>
        <w:pStyle w:val="ListBullet"/>
        <w:rPr>
          <w:rFonts w:cs="Calibri"/>
          <w:lang w:val="ro-RO"/>
        </w:rPr>
      </w:pPr>
      <w:r w:rsidRPr="136E4DCB">
        <w:rPr>
          <w:rFonts w:cs="Calibri"/>
          <w:lang w:val="ro-RO"/>
        </w:rPr>
        <w:t>Организация не имеет просроченной налоговой задолженности и не находится в процессе ликвидации или в судебном разбирательстве, которое могло бы повлиять на реализацию проекта.</w:t>
      </w:r>
    </w:p>
    <w:p w14:paraId="43DAB8B6" w14:textId="06DB8B3C" w:rsidR="006D3958" w:rsidRDefault="5CBD20D0" w:rsidP="136E4DCB">
      <w:pPr>
        <w:pStyle w:val="ListBullet"/>
        <w:rPr>
          <w:rFonts w:cs="Calibri"/>
          <w:lang w:val="ro-RO"/>
        </w:rPr>
      </w:pPr>
      <w:r w:rsidRPr="136E4DCB">
        <w:rPr>
          <w:rFonts w:cs="Calibri"/>
          <w:lang w:val="ro-RO"/>
        </w:rPr>
        <w:t>Это единственное проектное предложение, поданное нашей организацией в рамках данного конкурса.</w:t>
      </w:r>
    </w:p>
    <w:p w14:paraId="204F2090" w14:textId="77777777" w:rsidR="00B9777D" w:rsidRPr="00B9777D" w:rsidRDefault="00B9777D" w:rsidP="00B9777D">
      <w:pPr>
        <w:pStyle w:val="ListBullet"/>
        <w:rPr>
          <w:lang w:val="ru-MD"/>
        </w:rPr>
      </w:pPr>
      <w:r w:rsidRPr="00B9777D">
        <w:rPr>
          <w:lang w:val="ru-MD"/>
        </w:rPr>
        <w:t xml:space="preserve">Организация не имеет какого-либо предыдущего или действующего финансирования, которое пересекается или вступает в конфликт с финансированием, предоставленным через механизмы </w:t>
      </w:r>
      <w:r w:rsidRPr="00B9777D">
        <w:t>HACT</w:t>
      </w:r>
      <w:r w:rsidRPr="00B9777D">
        <w:rPr>
          <w:lang w:val="ru-MD"/>
        </w:rPr>
        <w:t>/гранты ПРООН.</w:t>
      </w:r>
    </w:p>
    <w:p w14:paraId="3B54EC39" w14:textId="77777777" w:rsidR="00B9777D" w:rsidRDefault="00B9777D" w:rsidP="00B9777D">
      <w:pPr>
        <w:pStyle w:val="ListBullet"/>
        <w:numPr>
          <w:ilvl w:val="0"/>
          <w:numId w:val="0"/>
        </w:numPr>
        <w:ind w:left="360"/>
        <w:rPr>
          <w:rFonts w:cs="Calibri"/>
          <w:lang w:val="ro-RO"/>
        </w:rPr>
      </w:pPr>
    </w:p>
    <w:p w14:paraId="452C2521" w14:textId="6BED5807" w:rsidR="00973750" w:rsidRDefault="00973750" w:rsidP="00973750">
      <w:pPr>
        <w:pStyle w:val="ListBullet"/>
        <w:numPr>
          <w:ilvl w:val="0"/>
          <w:numId w:val="0"/>
        </w:numPr>
        <w:ind w:left="360"/>
        <w:rPr>
          <w:rFonts w:cs="Calibri"/>
          <w:lang w:val="ro-RO"/>
        </w:rPr>
      </w:pPr>
    </w:p>
    <w:p w14:paraId="787526B4" w14:textId="4AD42162" w:rsidR="006D3958" w:rsidRPr="0044448F" w:rsidRDefault="5CBD20D0" w:rsidP="136E4DCB">
      <w:pPr>
        <w:rPr>
          <w:rFonts w:cs="Calibri"/>
          <w:lang w:val="ro-RO"/>
        </w:rPr>
      </w:pPr>
      <w:r w:rsidRPr="136E4DCB">
        <w:rPr>
          <w:rFonts w:cs="Calibri"/>
          <w:lang w:val="ro-RO"/>
        </w:rPr>
        <w:t>Подпись:</w:t>
      </w:r>
      <w:r w:rsidR="009A556C">
        <w:rPr>
          <w:rFonts w:cs="Calibri"/>
          <w:lang w:val="ro-RO"/>
        </w:rPr>
        <w:tab/>
      </w:r>
      <w:r w:rsidRPr="136E4DCB">
        <w:rPr>
          <w:rFonts w:cs="Calibri"/>
          <w:lang w:val="ro-RO"/>
        </w:rPr>
        <w:t xml:space="preserve"> _________________________</w:t>
      </w:r>
    </w:p>
    <w:p w14:paraId="415AC4BF" w14:textId="7C9D2DDD" w:rsidR="006D3958" w:rsidRPr="0044448F" w:rsidRDefault="5CBD20D0" w:rsidP="136E4DCB">
      <w:pPr>
        <w:rPr>
          <w:rFonts w:cs="Calibri"/>
          <w:lang w:val="ro-RO"/>
        </w:rPr>
      </w:pPr>
      <w:r w:rsidRPr="136E4DCB">
        <w:rPr>
          <w:rFonts w:cs="Calibri"/>
          <w:lang w:val="ro-RO"/>
        </w:rPr>
        <w:t xml:space="preserve">Полное имя: </w:t>
      </w:r>
      <w:r w:rsidR="005F5458">
        <w:rPr>
          <w:rFonts w:cs="Calibri"/>
          <w:lang w:val="ro-RO"/>
        </w:rPr>
        <w:t xml:space="preserve">     </w:t>
      </w:r>
      <w:r w:rsidRPr="136E4DCB">
        <w:rPr>
          <w:rFonts w:cs="Calibri"/>
          <w:lang w:val="ro-RO"/>
        </w:rPr>
        <w:t>_________________________</w:t>
      </w:r>
    </w:p>
    <w:p w14:paraId="523AA8E1" w14:textId="471198F3" w:rsidR="006D3958" w:rsidRPr="0044448F" w:rsidRDefault="5CBD20D0" w:rsidP="136E4DCB">
      <w:pPr>
        <w:rPr>
          <w:rFonts w:cs="Calibri"/>
          <w:lang w:val="ro-RO"/>
        </w:rPr>
      </w:pPr>
      <w:r w:rsidRPr="136E4DCB">
        <w:rPr>
          <w:rFonts w:cs="Calibri"/>
          <w:lang w:val="ro-RO"/>
        </w:rPr>
        <w:t xml:space="preserve">Дата:     </w:t>
      </w:r>
      <w:r w:rsidR="009A556C">
        <w:rPr>
          <w:rFonts w:cs="Calibri"/>
          <w:lang w:val="ro-RO"/>
        </w:rPr>
        <w:tab/>
      </w:r>
      <w:r w:rsidRPr="136E4DCB">
        <w:rPr>
          <w:rFonts w:cs="Calibri"/>
          <w:lang w:val="ro-RO"/>
        </w:rPr>
        <w:t xml:space="preserve"> _________________________</w:t>
      </w:r>
    </w:p>
    <w:p w14:paraId="4B6BE0F1" w14:textId="77777777" w:rsidR="00CD6CC0" w:rsidRPr="00157C89" w:rsidRDefault="00CD6CC0" w:rsidP="136E4DCB">
      <w:pPr>
        <w:spacing w:before="240"/>
        <w:rPr>
          <w:lang w:val="ru-MD"/>
        </w:rPr>
      </w:pPr>
    </w:p>
    <w:p w14:paraId="3C2C8E4E" w14:textId="77777777" w:rsidR="00CD6CC0" w:rsidRPr="00157C89" w:rsidRDefault="00CD6CC0" w:rsidP="136E4DCB">
      <w:pPr>
        <w:spacing w:before="240"/>
        <w:rPr>
          <w:lang w:val="ru-MD"/>
        </w:rPr>
      </w:pPr>
    </w:p>
    <w:p w14:paraId="1C1C63C2" w14:textId="04A15452" w:rsidR="006D3958" w:rsidRPr="00114630" w:rsidRDefault="00BC39E0" w:rsidP="136E4DCB">
      <w:pPr>
        <w:spacing w:before="240"/>
        <w:rPr>
          <w:rFonts w:cs="Calibri"/>
          <w:lang w:val="ro-RO"/>
        </w:rPr>
      </w:pPr>
      <w:r w:rsidRPr="00157C89">
        <w:rPr>
          <w:lang w:val="ru-MD"/>
        </w:rPr>
        <w:br/>
        <w:t>5.2. Контрольный перечень для подачи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098"/>
      </w:tblGrid>
      <w:tr w:rsidR="00AA7618" w:rsidRPr="005F5458" w14:paraId="34BB89F4" w14:textId="77777777" w:rsidTr="136E4DCB">
        <w:tc>
          <w:tcPr>
            <w:tcW w:w="10098" w:type="dxa"/>
            <w:shd w:val="clear" w:color="auto" w:fill="D9E1F2"/>
            <w:vAlign w:val="center"/>
          </w:tcPr>
          <w:p w14:paraId="11BD45A7" w14:textId="04C0305D" w:rsidR="00AA7618" w:rsidRPr="00114630" w:rsidRDefault="1DF24D16" w:rsidP="136E4DCB">
            <w:pPr>
              <w:spacing w:before="40" w:after="40"/>
              <w:jc w:val="center"/>
              <w:rPr>
                <w:rFonts w:cs="Calibri"/>
                <w:i/>
                <w:iCs/>
                <w:lang w:val="ro-RO"/>
              </w:rPr>
            </w:pPr>
            <w:r w:rsidRPr="136E4DCB">
              <w:rPr>
                <w:rFonts w:cs="Calibri"/>
                <w:i/>
                <w:iCs/>
                <w:lang w:val="ro-RO"/>
              </w:rPr>
              <w:t>Пожалуйста, убедитесь, что все следующие документы включены в письмо с заявкой.</w:t>
            </w:r>
          </w:p>
        </w:tc>
      </w:tr>
      <w:tr w:rsidR="00AA7618" w:rsidRPr="005F5458" w14:paraId="52D1066C" w14:textId="77777777" w:rsidTr="136E4DCB">
        <w:tc>
          <w:tcPr>
            <w:tcW w:w="10098" w:type="dxa"/>
          </w:tcPr>
          <w:p w14:paraId="19A81BA0" w14:textId="7590E657" w:rsidR="00AA7618" w:rsidRPr="00114630" w:rsidRDefault="1DF24D16" w:rsidP="136E4DCB">
            <w:pPr>
              <w:spacing w:before="40" w:after="40"/>
              <w:rPr>
                <w:rFonts w:cs="Calibri"/>
                <w:lang w:val="ro-RO"/>
              </w:rPr>
            </w:pPr>
            <w:r w:rsidRPr="136E4DCB">
              <w:rPr>
                <w:rFonts w:ascii="Segoe UI Symbol" w:hAnsi="Segoe UI Symbol" w:cs="Segoe UI Symbol"/>
                <w:lang w:val="ro-RO"/>
              </w:rPr>
              <w:t>☐</w:t>
            </w:r>
            <w:r w:rsidRPr="136E4DCB">
              <w:rPr>
                <w:rFonts w:cs="Calibri"/>
                <w:lang w:val="ro-RO"/>
              </w:rPr>
              <w:t xml:space="preserve"> Заполненная заявочная форма — Приложение 1 (в формате Word и подписанный PDF)</w:t>
            </w:r>
          </w:p>
        </w:tc>
      </w:tr>
      <w:tr w:rsidR="00AA7618" w:rsidRPr="00114630" w14:paraId="2FACFBAC" w14:textId="77777777" w:rsidTr="136E4DCB">
        <w:tc>
          <w:tcPr>
            <w:tcW w:w="10098" w:type="dxa"/>
          </w:tcPr>
          <w:p w14:paraId="37F03B45" w14:textId="41EDD2E0" w:rsidR="00AA7618" w:rsidRPr="00114630" w:rsidRDefault="1DF24D16" w:rsidP="136E4DCB">
            <w:pPr>
              <w:spacing w:before="40" w:after="40"/>
              <w:rPr>
                <w:rFonts w:cs="Calibri"/>
                <w:lang w:val="ro-RO"/>
              </w:rPr>
            </w:pPr>
            <w:r w:rsidRPr="136E4DCB">
              <w:rPr>
                <w:rFonts w:ascii="Segoe UI Symbol" w:hAnsi="Segoe UI Symbol" w:cs="Segoe UI Symbol"/>
                <w:lang w:val="ro-RO"/>
              </w:rPr>
              <w:t>☐</w:t>
            </w:r>
            <w:r w:rsidRPr="136E4DCB">
              <w:rPr>
                <w:rFonts w:cs="Calibri"/>
                <w:lang w:val="ro-RO"/>
              </w:rPr>
              <w:t xml:space="preserve"> Подробный бюджет — Приложение 2</w:t>
            </w:r>
          </w:p>
        </w:tc>
      </w:tr>
      <w:tr w:rsidR="00AA7618" w:rsidRPr="00114630" w14:paraId="2779885B" w14:textId="77777777" w:rsidTr="136E4DCB">
        <w:tc>
          <w:tcPr>
            <w:tcW w:w="10098" w:type="dxa"/>
          </w:tcPr>
          <w:p w14:paraId="1A3FB254" w14:textId="77777777" w:rsidR="00AA7618" w:rsidRPr="00114630" w:rsidRDefault="1DF24D16" w:rsidP="136E4DCB">
            <w:pPr>
              <w:spacing w:before="40" w:after="40"/>
              <w:rPr>
                <w:rFonts w:cs="Calibri"/>
                <w:lang w:val="ro-RO"/>
              </w:rPr>
            </w:pPr>
            <w:r w:rsidRPr="136E4DCB">
              <w:rPr>
                <w:rFonts w:ascii="Segoe UI Symbol" w:hAnsi="Segoe UI Symbol" w:cs="Segoe UI Symbol"/>
                <w:lang w:val="ro-RO"/>
              </w:rPr>
              <w:t>☐</w:t>
            </w:r>
            <w:r w:rsidRPr="136E4DCB">
              <w:rPr>
                <w:rFonts w:cs="Calibri"/>
                <w:lang w:val="ro-RO"/>
              </w:rPr>
              <w:t xml:space="preserve"> Свидетельство о регистрации</w:t>
            </w:r>
          </w:p>
        </w:tc>
      </w:tr>
      <w:tr w:rsidR="00AA7618" w:rsidRPr="005F5458" w14:paraId="1182B40E" w14:textId="77777777" w:rsidTr="136E4DCB">
        <w:tc>
          <w:tcPr>
            <w:tcW w:w="10098" w:type="dxa"/>
          </w:tcPr>
          <w:p w14:paraId="7C70E1BF" w14:textId="540A49AE" w:rsidR="00AA7618" w:rsidRPr="00E96139" w:rsidRDefault="0053412C" w:rsidP="136E4DCB">
            <w:pPr>
              <w:spacing w:before="40" w:after="40"/>
              <w:rPr>
                <w:rFonts w:cs="Calibri"/>
                <w:highlight w:val="yellow"/>
                <w:lang w:val="ro-RO"/>
              </w:rPr>
            </w:pPr>
            <w:r w:rsidRPr="136E4DCB">
              <w:rPr>
                <w:rFonts w:ascii="Segoe UI Symbol" w:hAnsi="Segoe UI Symbol" w:cs="Segoe UI Symbol"/>
                <w:lang w:val="ro-RO"/>
              </w:rPr>
              <w:t>☐</w:t>
            </w:r>
            <w:r>
              <w:rPr>
                <w:rFonts w:ascii="Segoe UI Symbol" w:hAnsi="Segoe UI Symbol" w:cs="Segoe UI Symbol"/>
                <w:lang w:val="ro-RO"/>
              </w:rPr>
              <w:t xml:space="preserve"> Выписка из Реестра некоммерческих организаций (не старше 3 месяцев)</w:t>
            </w:r>
          </w:p>
        </w:tc>
      </w:tr>
      <w:tr w:rsidR="00AA7618" w:rsidRPr="00114630" w14:paraId="1385CBDE" w14:textId="77777777" w:rsidTr="136E4DCB">
        <w:tc>
          <w:tcPr>
            <w:tcW w:w="10098" w:type="dxa"/>
          </w:tcPr>
          <w:p w14:paraId="5E423B93" w14:textId="77777777" w:rsidR="00AA7618" w:rsidRPr="00114630" w:rsidRDefault="1DF24D16" w:rsidP="136E4DCB">
            <w:pPr>
              <w:spacing w:before="40" w:after="40"/>
              <w:rPr>
                <w:rFonts w:cs="Calibri"/>
                <w:lang w:val="ro-RO"/>
              </w:rPr>
            </w:pPr>
            <w:r w:rsidRPr="136E4DCB">
              <w:rPr>
                <w:rFonts w:ascii="Segoe UI Symbol" w:hAnsi="Segoe UI Symbol" w:cs="Segoe UI Symbol"/>
                <w:lang w:val="ro-RO"/>
              </w:rPr>
              <w:t>☐</w:t>
            </w:r>
            <w:r w:rsidRPr="136E4DCB">
              <w:rPr>
                <w:rFonts w:cs="Calibri"/>
                <w:lang w:val="ro-RO"/>
              </w:rPr>
              <w:t xml:space="preserve"> Копия устава организации</w:t>
            </w:r>
          </w:p>
        </w:tc>
      </w:tr>
      <w:tr w:rsidR="00AA7618" w:rsidRPr="005F5458" w14:paraId="60E51590" w14:textId="77777777" w:rsidTr="136E4DCB">
        <w:tc>
          <w:tcPr>
            <w:tcW w:w="10098" w:type="dxa"/>
          </w:tcPr>
          <w:p w14:paraId="0EEABC39" w14:textId="5C813AC6" w:rsidR="00AA7618" w:rsidRPr="00114630" w:rsidRDefault="1DF24D16" w:rsidP="136E4DCB">
            <w:pPr>
              <w:spacing w:before="40" w:after="40"/>
              <w:rPr>
                <w:rFonts w:cs="Calibri"/>
                <w:lang w:val="ro-RO"/>
              </w:rPr>
            </w:pPr>
            <w:r w:rsidRPr="136E4DCB">
              <w:rPr>
                <w:rFonts w:ascii="Segoe UI Symbol" w:hAnsi="Segoe UI Symbol" w:cs="Segoe UI Symbol"/>
                <w:lang w:val="ro-RO"/>
              </w:rPr>
              <w:t>☐</w:t>
            </w:r>
            <w:r w:rsidRPr="136E4DCB">
              <w:rPr>
                <w:rFonts w:cs="Calibri"/>
                <w:lang w:val="ro-RO"/>
              </w:rPr>
              <w:t xml:space="preserve"> Профиль организации, подтверждающий соответствующий опыт</w:t>
            </w:r>
            <w:r w:rsidR="00F8331D">
              <w:rPr>
                <w:rFonts w:cs="Calibri"/>
                <w:lang w:val="ro-RO"/>
              </w:rPr>
              <w:t xml:space="preserve"> </w:t>
            </w:r>
            <w:r w:rsidR="00F8331D" w:rsidRPr="00F8331D">
              <w:rPr>
                <w:rFonts w:cs="Calibri"/>
                <w:lang w:val="ro-RO"/>
              </w:rPr>
              <w:t xml:space="preserve">(не более </w:t>
            </w:r>
            <w:r w:rsidR="00F8331D">
              <w:rPr>
                <w:rFonts w:cs="Calibri"/>
                <w:lang w:val="ro-RO"/>
              </w:rPr>
              <w:t>5</w:t>
            </w:r>
            <w:r w:rsidR="00F8331D" w:rsidRPr="00F8331D">
              <w:rPr>
                <w:rFonts w:cs="Calibri"/>
                <w:lang w:val="ro-RO"/>
              </w:rPr>
              <w:t xml:space="preserve"> страниц)</w:t>
            </w:r>
          </w:p>
        </w:tc>
      </w:tr>
      <w:tr w:rsidR="00AA7618" w:rsidRPr="005F5458" w14:paraId="5E0CC344" w14:textId="77777777" w:rsidTr="136E4DCB">
        <w:tc>
          <w:tcPr>
            <w:tcW w:w="10098" w:type="dxa"/>
          </w:tcPr>
          <w:p w14:paraId="4F791D03" w14:textId="77777777" w:rsidR="00AA7618" w:rsidRPr="00114630" w:rsidRDefault="1DF24D16" w:rsidP="136E4DCB">
            <w:pPr>
              <w:spacing w:before="40" w:after="40"/>
              <w:rPr>
                <w:rFonts w:cs="Calibri"/>
                <w:lang w:val="ro-RO"/>
              </w:rPr>
            </w:pPr>
            <w:r w:rsidRPr="136E4DCB">
              <w:rPr>
                <w:rFonts w:ascii="Segoe UI Symbol" w:hAnsi="Segoe UI Symbol" w:cs="Segoe UI Symbol"/>
                <w:lang w:val="ro-RO"/>
              </w:rPr>
              <w:t>☐</w:t>
            </w:r>
            <w:r w:rsidRPr="136E4DCB">
              <w:rPr>
                <w:rFonts w:cs="Calibri"/>
                <w:lang w:val="ro-RO"/>
              </w:rPr>
              <w:t xml:space="preserve"> Резюме ключевых экспертов и членов команды</w:t>
            </w:r>
          </w:p>
        </w:tc>
      </w:tr>
      <w:tr w:rsidR="00AA7618" w:rsidRPr="00114630" w14:paraId="3984CD95" w14:textId="77777777" w:rsidTr="136E4DCB">
        <w:tc>
          <w:tcPr>
            <w:tcW w:w="10098" w:type="dxa"/>
          </w:tcPr>
          <w:p w14:paraId="2AABF506" w14:textId="0F54F479" w:rsidR="00AA7618" w:rsidRPr="00114630" w:rsidRDefault="1DF24D16" w:rsidP="136E4DCB">
            <w:pPr>
              <w:spacing w:before="40" w:after="40"/>
              <w:rPr>
                <w:rFonts w:cs="Calibri"/>
                <w:lang w:val="ro-RO"/>
              </w:rPr>
            </w:pPr>
            <w:r w:rsidRPr="136E4DCB">
              <w:rPr>
                <w:rFonts w:ascii="Segoe UI Symbol" w:hAnsi="Segoe UI Symbol" w:cs="Segoe UI Symbol"/>
                <w:lang w:val="ro-RO"/>
              </w:rPr>
              <w:t>☐</w:t>
            </w:r>
            <w:r w:rsidRPr="136E4DCB">
              <w:rPr>
                <w:rFonts w:cs="Calibri"/>
                <w:lang w:val="ro-RO"/>
              </w:rPr>
              <w:t xml:space="preserve"> Последний годовой финансовый отчёт</w:t>
            </w:r>
          </w:p>
        </w:tc>
      </w:tr>
    </w:tbl>
    <w:p w14:paraId="73292773" w14:textId="77777777" w:rsidR="00657A4D" w:rsidRPr="0044448F" w:rsidRDefault="00657A4D" w:rsidP="136E4DCB">
      <w:pPr>
        <w:rPr>
          <w:rFonts w:cs="Calibri"/>
          <w:lang w:val="ro-RO"/>
        </w:rPr>
      </w:pPr>
    </w:p>
    <w:sectPr w:rsidR="00657A4D" w:rsidRPr="0044448F" w:rsidSect="00293C5C">
      <w:pgSz w:w="12240" w:h="15840"/>
      <w:pgMar w:top="864" w:right="864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C5E80B4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3DF44C6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2D007A8"/>
    <w:multiLevelType w:val="hybridMultilevel"/>
    <w:tmpl w:val="DB5032D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6BC52F45"/>
    <w:multiLevelType w:val="hybridMultilevel"/>
    <w:tmpl w:val="3A5C26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-"/>
      <w:lvlJc w:val="left"/>
      <w:pPr>
        <w:ind w:left="108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102536322">
    <w:abstractNumId w:val="4"/>
  </w:num>
  <w:num w:numId="2" w16cid:durableId="1139223390">
    <w:abstractNumId w:val="6"/>
  </w:num>
  <w:num w:numId="3" w16cid:durableId="1589538433">
    <w:abstractNumId w:val="9"/>
  </w:num>
  <w:num w:numId="4" w16cid:durableId="1714690181">
    <w:abstractNumId w:val="3"/>
  </w:num>
  <w:num w:numId="5" w16cid:durableId="1820615706">
    <w:abstractNumId w:val="1"/>
  </w:num>
  <w:num w:numId="6" w16cid:durableId="1973245294">
    <w:abstractNumId w:val="0"/>
  </w:num>
  <w:num w:numId="7" w16cid:durableId="2013407626">
    <w:abstractNumId w:val="8"/>
  </w:num>
  <w:num w:numId="8" w16cid:durableId="360206318">
    <w:abstractNumId w:val="5"/>
  </w:num>
  <w:num w:numId="9" w16cid:durableId="465508127">
    <w:abstractNumId w:val="2"/>
  </w:num>
  <w:num w:numId="10" w16cid:durableId="657031073">
    <w:abstractNumId w:val="10"/>
  </w:num>
  <w:num w:numId="11" w16cid:durableId="6581154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216FD"/>
    <w:rsid w:val="00034616"/>
    <w:rsid w:val="0003542E"/>
    <w:rsid w:val="0006063C"/>
    <w:rsid w:val="00067ECD"/>
    <w:rsid w:val="000A7F56"/>
    <w:rsid w:val="000B3100"/>
    <w:rsid w:val="000D3671"/>
    <w:rsid w:val="000E5377"/>
    <w:rsid w:val="000E541D"/>
    <w:rsid w:val="00100BEE"/>
    <w:rsid w:val="00101C9D"/>
    <w:rsid w:val="00111FF5"/>
    <w:rsid w:val="00114630"/>
    <w:rsid w:val="0014351F"/>
    <w:rsid w:val="00143EA0"/>
    <w:rsid w:val="0015074B"/>
    <w:rsid w:val="00157C89"/>
    <w:rsid w:val="00157E6E"/>
    <w:rsid w:val="0018332B"/>
    <w:rsid w:val="001928CB"/>
    <w:rsid w:val="00195CA4"/>
    <w:rsid w:val="001D25EB"/>
    <w:rsid w:val="001D43A3"/>
    <w:rsid w:val="001D4EC9"/>
    <w:rsid w:val="001E1193"/>
    <w:rsid w:val="001E5E2D"/>
    <w:rsid w:val="001F7070"/>
    <w:rsid w:val="002038E7"/>
    <w:rsid w:val="00220D81"/>
    <w:rsid w:val="00222304"/>
    <w:rsid w:val="00231BC5"/>
    <w:rsid w:val="002359C2"/>
    <w:rsid w:val="0024532D"/>
    <w:rsid w:val="00247A98"/>
    <w:rsid w:val="002551A9"/>
    <w:rsid w:val="0026290E"/>
    <w:rsid w:val="002730B2"/>
    <w:rsid w:val="002825C5"/>
    <w:rsid w:val="00286956"/>
    <w:rsid w:val="00293C5C"/>
    <w:rsid w:val="0029639D"/>
    <w:rsid w:val="002C4A50"/>
    <w:rsid w:val="002E5703"/>
    <w:rsid w:val="00300AA9"/>
    <w:rsid w:val="00303F8A"/>
    <w:rsid w:val="00312211"/>
    <w:rsid w:val="00314749"/>
    <w:rsid w:val="00326F90"/>
    <w:rsid w:val="00334322"/>
    <w:rsid w:val="00344CEF"/>
    <w:rsid w:val="003671CC"/>
    <w:rsid w:val="00390D6F"/>
    <w:rsid w:val="00393CBB"/>
    <w:rsid w:val="00395844"/>
    <w:rsid w:val="00396715"/>
    <w:rsid w:val="003A2482"/>
    <w:rsid w:val="003B091B"/>
    <w:rsid w:val="003B3C2E"/>
    <w:rsid w:val="003B5CCE"/>
    <w:rsid w:val="003C3096"/>
    <w:rsid w:val="003E2698"/>
    <w:rsid w:val="003E2AEB"/>
    <w:rsid w:val="003E5151"/>
    <w:rsid w:val="003E5645"/>
    <w:rsid w:val="00401314"/>
    <w:rsid w:val="00404127"/>
    <w:rsid w:val="00410CDC"/>
    <w:rsid w:val="0044448F"/>
    <w:rsid w:val="004A4500"/>
    <w:rsid w:val="004B1A02"/>
    <w:rsid w:val="004C2985"/>
    <w:rsid w:val="004E400A"/>
    <w:rsid w:val="004E686A"/>
    <w:rsid w:val="004E7FDE"/>
    <w:rsid w:val="005001C5"/>
    <w:rsid w:val="00522F60"/>
    <w:rsid w:val="0053412C"/>
    <w:rsid w:val="005402BB"/>
    <w:rsid w:val="00542877"/>
    <w:rsid w:val="00543200"/>
    <w:rsid w:val="0055659E"/>
    <w:rsid w:val="00572930"/>
    <w:rsid w:val="0057346E"/>
    <w:rsid w:val="00575F31"/>
    <w:rsid w:val="005762EC"/>
    <w:rsid w:val="0058075D"/>
    <w:rsid w:val="00582D76"/>
    <w:rsid w:val="00587514"/>
    <w:rsid w:val="005A7B02"/>
    <w:rsid w:val="005C2344"/>
    <w:rsid w:val="005D6018"/>
    <w:rsid w:val="005D617C"/>
    <w:rsid w:val="005D6F77"/>
    <w:rsid w:val="005F5458"/>
    <w:rsid w:val="00605D87"/>
    <w:rsid w:val="00622F36"/>
    <w:rsid w:val="0063212A"/>
    <w:rsid w:val="00657A4D"/>
    <w:rsid w:val="006617A8"/>
    <w:rsid w:val="006659A4"/>
    <w:rsid w:val="00681C03"/>
    <w:rsid w:val="006859D5"/>
    <w:rsid w:val="006B40D9"/>
    <w:rsid w:val="006D2BF6"/>
    <w:rsid w:val="006D3958"/>
    <w:rsid w:val="006D688D"/>
    <w:rsid w:val="006D7C74"/>
    <w:rsid w:val="006E1160"/>
    <w:rsid w:val="00704505"/>
    <w:rsid w:val="007201B5"/>
    <w:rsid w:val="00722B4B"/>
    <w:rsid w:val="00763D01"/>
    <w:rsid w:val="007824C0"/>
    <w:rsid w:val="0078513E"/>
    <w:rsid w:val="007A3115"/>
    <w:rsid w:val="007A7D66"/>
    <w:rsid w:val="007B70EB"/>
    <w:rsid w:val="007C62B4"/>
    <w:rsid w:val="007F2FB1"/>
    <w:rsid w:val="008056C8"/>
    <w:rsid w:val="00822095"/>
    <w:rsid w:val="00852BE9"/>
    <w:rsid w:val="0085508F"/>
    <w:rsid w:val="00860455"/>
    <w:rsid w:val="008950D6"/>
    <w:rsid w:val="008A201F"/>
    <w:rsid w:val="008A6140"/>
    <w:rsid w:val="008B167B"/>
    <w:rsid w:val="008B7F73"/>
    <w:rsid w:val="008C47A2"/>
    <w:rsid w:val="008E0D9A"/>
    <w:rsid w:val="009020C6"/>
    <w:rsid w:val="00902800"/>
    <w:rsid w:val="0090463F"/>
    <w:rsid w:val="00942E7C"/>
    <w:rsid w:val="00964890"/>
    <w:rsid w:val="00973750"/>
    <w:rsid w:val="00997910"/>
    <w:rsid w:val="009A4CDF"/>
    <w:rsid w:val="009A53FA"/>
    <w:rsid w:val="009A556C"/>
    <w:rsid w:val="009A55E6"/>
    <w:rsid w:val="009C0A92"/>
    <w:rsid w:val="009E0B60"/>
    <w:rsid w:val="00A10FF9"/>
    <w:rsid w:val="00A71523"/>
    <w:rsid w:val="00A719F3"/>
    <w:rsid w:val="00A800B1"/>
    <w:rsid w:val="00A81129"/>
    <w:rsid w:val="00A8478D"/>
    <w:rsid w:val="00A94119"/>
    <w:rsid w:val="00A9476A"/>
    <w:rsid w:val="00AA1D8D"/>
    <w:rsid w:val="00AA7618"/>
    <w:rsid w:val="00AB7B11"/>
    <w:rsid w:val="00AC0AD3"/>
    <w:rsid w:val="00AD0FDC"/>
    <w:rsid w:val="00B3012C"/>
    <w:rsid w:val="00B47730"/>
    <w:rsid w:val="00B700F3"/>
    <w:rsid w:val="00B73061"/>
    <w:rsid w:val="00B75C3E"/>
    <w:rsid w:val="00B75D98"/>
    <w:rsid w:val="00B90B32"/>
    <w:rsid w:val="00B960D7"/>
    <w:rsid w:val="00B9777D"/>
    <w:rsid w:val="00BC39E0"/>
    <w:rsid w:val="00BE07FA"/>
    <w:rsid w:val="00BE3B11"/>
    <w:rsid w:val="00BE61ED"/>
    <w:rsid w:val="00BF4891"/>
    <w:rsid w:val="00C1111E"/>
    <w:rsid w:val="00C17228"/>
    <w:rsid w:val="00C25586"/>
    <w:rsid w:val="00C36718"/>
    <w:rsid w:val="00C46362"/>
    <w:rsid w:val="00C55BCD"/>
    <w:rsid w:val="00C855D6"/>
    <w:rsid w:val="00C91BAA"/>
    <w:rsid w:val="00C92823"/>
    <w:rsid w:val="00CA4FD6"/>
    <w:rsid w:val="00CA685A"/>
    <w:rsid w:val="00CB0664"/>
    <w:rsid w:val="00CB2185"/>
    <w:rsid w:val="00CB2DA4"/>
    <w:rsid w:val="00CC0657"/>
    <w:rsid w:val="00CD1611"/>
    <w:rsid w:val="00CD6CC0"/>
    <w:rsid w:val="00D2260D"/>
    <w:rsid w:val="00D4400D"/>
    <w:rsid w:val="00D520B5"/>
    <w:rsid w:val="00D53794"/>
    <w:rsid w:val="00D548F7"/>
    <w:rsid w:val="00D55E1E"/>
    <w:rsid w:val="00D561F0"/>
    <w:rsid w:val="00D60A87"/>
    <w:rsid w:val="00D62EAD"/>
    <w:rsid w:val="00D63B70"/>
    <w:rsid w:val="00D71C53"/>
    <w:rsid w:val="00DB3EE7"/>
    <w:rsid w:val="00DC2CFF"/>
    <w:rsid w:val="00E02E47"/>
    <w:rsid w:val="00E030A0"/>
    <w:rsid w:val="00E05D82"/>
    <w:rsid w:val="00E1198C"/>
    <w:rsid w:val="00E1683B"/>
    <w:rsid w:val="00E20D78"/>
    <w:rsid w:val="00E41928"/>
    <w:rsid w:val="00E46691"/>
    <w:rsid w:val="00E619AC"/>
    <w:rsid w:val="00E75B4A"/>
    <w:rsid w:val="00E96139"/>
    <w:rsid w:val="00E975D7"/>
    <w:rsid w:val="00EA5EAC"/>
    <w:rsid w:val="00EA7450"/>
    <w:rsid w:val="00EB0B7E"/>
    <w:rsid w:val="00EC0D57"/>
    <w:rsid w:val="00ED56FF"/>
    <w:rsid w:val="00EE60CE"/>
    <w:rsid w:val="00EF2DFE"/>
    <w:rsid w:val="00EF42C4"/>
    <w:rsid w:val="00F0662D"/>
    <w:rsid w:val="00F30D66"/>
    <w:rsid w:val="00F365A1"/>
    <w:rsid w:val="00F71054"/>
    <w:rsid w:val="00F81A22"/>
    <w:rsid w:val="00F8331D"/>
    <w:rsid w:val="00F8451B"/>
    <w:rsid w:val="00FA1259"/>
    <w:rsid w:val="00FB4F00"/>
    <w:rsid w:val="00FC492C"/>
    <w:rsid w:val="00FC693F"/>
    <w:rsid w:val="00FD347F"/>
    <w:rsid w:val="00FE506C"/>
    <w:rsid w:val="02A754EF"/>
    <w:rsid w:val="0F99A717"/>
    <w:rsid w:val="11328759"/>
    <w:rsid w:val="136E4DCB"/>
    <w:rsid w:val="1538E32B"/>
    <w:rsid w:val="15726825"/>
    <w:rsid w:val="1814E7E6"/>
    <w:rsid w:val="1DF24D16"/>
    <w:rsid w:val="1EC64D21"/>
    <w:rsid w:val="291997DE"/>
    <w:rsid w:val="2AD430D5"/>
    <w:rsid w:val="3E539F82"/>
    <w:rsid w:val="3F3E304D"/>
    <w:rsid w:val="436C96C0"/>
    <w:rsid w:val="47C25AE4"/>
    <w:rsid w:val="4B70D8A1"/>
    <w:rsid w:val="4C4DF070"/>
    <w:rsid w:val="4DA1A42F"/>
    <w:rsid w:val="4FF676D8"/>
    <w:rsid w:val="50B89F2E"/>
    <w:rsid w:val="5230810B"/>
    <w:rsid w:val="557EDF37"/>
    <w:rsid w:val="574FB0D9"/>
    <w:rsid w:val="5CBD20D0"/>
    <w:rsid w:val="5ED65093"/>
    <w:rsid w:val="5FFA1A2C"/>
    <w:rsid w:val="60B94243"/>
    <w:rsid w:val="7559D5FD"/>
    <w:rsid w:val="75C5D126"/>
    <w:rsid w:val="7A13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1DDA6750-4A06-4A71-A014-F3B0B8CA6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B0B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0B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0B7E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0B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0B7E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0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B7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43EA0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f26464-7b6c-4c9c-b07c-5081a319ed42">
      <Terms xmlns="http://schemas.microsoft.com/office/infopath/2007/PartnerControls"/>
    </lcf76f155ced4ddcb4097134ff3c332f>
    <TaxCatchAll xmlns="fb40a522-a4ef-4cb2-942e-b3db5c5e8f7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B3DB3FAA89B14D9AE7C37594A13666" ma:contentTypeVersion="11" ma:contentTypeDescription="Create a new document." ma:contentTypeScope="" ma:versionID="4a55bbbdd872e29bdab1f9b0842166c2">
  <xsd:schema xmlns:xsd="http://www.w3.org/2001/XMLSchema" xmlns:xs="http://www.w3.org/2001/XMLSchema" xmlns:p="http://schemas.microsoft.com/office/2006/metadata/properties" xmlns:ns2="32f26464-7b6c-4c9c-b07c-5081a319ed42" xmlns:ns3="fb40a522-a4ef-4cb2-942e-b3db5c5e8f73" targetNamespace="http://schemas.microsoft.com/office/2006/metadata/properties" ma:root="true" ma:fieldsID="c997aa9832e2c2fe2376e2c8485b5cf2" ns2:_="" ns3:_="">
    <xsd:import namespace="32f26464-7b6c-4c9c-b07c-5081a319ed42"/>
    <xsd:import namespace="fb40a522-a4ef-4cb2-942e-b3db5c5e8f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f26464-7b6c-4c9c-b07c-5081a319ed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0a522-a4ef-4cb2-942e-b3db5c5e8f7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361d17f-3e7e-4865-b3da-3b1c11bcf5f0}" ma:internalName="TaxCatchAll" ma:showField="CatchAllData" ma:web="fb40a522-a4ef-4cb2-942e-b3db5c5e8f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01953C-7AFE-4310-93D6-2501AB421A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C6BE49-6F03-43FD-90E0-518251FC9FAF}">
  <ds:schemaRefs>
    <ds:schemaRef ds:uri="http://schemas.microsoft.com/office/2006/metadata/properties"/>
    <ds:schemaRef ds:uri="http://schemas.microsoft.com/office/infopath/2007/PartnerControls"/>
    <ds:schemaRef ds:uri="32f26464-7b6c-4c9c-b07c-5081a319ed42"/>
    <ds:schemaRef ds:uri="fb40a522-a4ef-4cb2-942e-b3db5c5e8f73"/>
  </ds:schemaRefs>
</ds:datastoreItem>
</file>

<file path=customXml/itemProps3.xml><?xml version="1.0" encoding="utf-8"?>
<ds:datastoreItem xmlns:ds="http://schemas.openxmlformats.org/officeDocument/2006/customXml" ds:itemID="{C58AC102-43FE-400E-9A37-97ABC72BFE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f26464-7b6c-4c9c-b07c-5081a319ed42"/>
    <ds:schemaRef ds:uri="fb40a522-a4ef-4cb2-942e-b3db5c5e8f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1223</Words>
  <Characters>6974</Characters>
  <Application>Microsoft Office Word</Application>
  <DocSecurity>0</DocSecurity>
  <Lines>58</Lines>
  <Paragraphs>16</Paragraphs>
  <ScaleCrop>false</ScaleCrop>
  <Manager/>
  <Company/>
  <LinksUpToDate>false</LinksUpToDate>
  <CharactersWithSpaces>8181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Elena Apetri</cp:lastModifiedBy>
  <cp:revision>178</cp:revision>
  <dcterms:created xsi:type="dcterms:W3CDTF">2026-07-03T01:10:00Z</dcterms:created>
  <dcterms:modified xsi:type="dcterms:W3CDTF">2026-08-17T12:57:00Z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0x01010074B3DB3FAA89B14D9AE7C37594A13666</vt:lpwstr>
  </property>
  <property fmtid="{D5CDD505-2E9C-101B-9397-08002B2CF9AE}" pid="3" name="MediaServiceImageTags">
    <vt:lpwstr/>
  </property>
</Properties>
</file>