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17BC1" w14:textId="77777777" w:rsidR="00822457" w:rsidRPr="005B7111" w:rsidRDefault="00822457" w:rsidP="00822457">
      <w:pPr>
        <w:spacing w:after="13" w:line="248" w:lineRule="auto"/>
        <w:ind w:left="-5" w:right="74"/>
        <w:rPr>
          <w:rFonts w:ascii="Calibri" w:eastAsiaTheme="minorHAnsi" w:hAnsi="Calibri" w:cs="Calibri"/>
          <w:i/>
          <w:iCs/>
          <w:color w:val="4F81BD" w:themeColor="accent1"/>
          <w:lang w:val="ro-MD"/>
        </w:rPr>
      </w:pPr>
      <w:r w:rsidRPr="005B7111">
        <w:rPr>
          <w:rFonts w:ascii="Calibri" w:eastAsiaTheme="minorHAnsi" w:hAnsi="Calibri" w:cs="Calibri"/>
          <w:i/>
          <w:iCs/>
          <w:color w:val="4F81BD" w:themeColor="accent1"/>
          <w:lang w:val="ro-MD"/>
        </w:rPr>
        <w:t>A se include numele solicitant</w:t>
      </w:r>
      <w:r>
        <w:rPr>
          <w:rFonts w:ascii="Calibri" w:eastAsiaTheme="minorHAnsi" w:hAnsi="Calibri" w:cs="Calibri"/>
          <w:i/>
          <w:iCs/>
          <w:color w:val="4F81BD" w:themeColor="accent1"/>
          <w:lang w:val="ro-MD"/>
        </w:rPr>
        <w:t>ei</w:t>
      </w:r>
    </w:p>
    <w:p w14:paraId="66FF5C3F" w14:textId="7C3B86A2" w:rsidR="00A80FCA" w:rsidRPr="00F13AC9" w:rsidRDefault="00891681" w:rsidP="00F12B01">
      <w:pPr>
        <w:spacing w:after="60"/>
        <w:jc w:val="right"/>
        <w:rPr>
          <w:rFonts w:ascii="Calibri" w:hAnsi="Calibri" w:cs="Calibri"/>
          <w:b/>
          <w:bCs/>
          <w:lang w:val="ro-RO"/>
        </w:rPr>
      </w:pPr>
      <w:r w:rsidRPr="00F13AC9">
        <w:rPr>
          <w:rFonts w:ascii="Calibri" w:hAnsi="Calibri" w:cs="Calibri"/>
          <w:b/>
          <w:bCs/>
          <w:lang w:val="ro-RO"/>
        </w:rPr>
        <w:t>ANEXA</w:t>
      </w:r>
      <w:r w:rsidR="00F12B01" w:rsidRPr="00F13AC9">
        <w:rPr>
          <w:rFonts w:ascii="Calibri" w:hAnsi="Calibri" w:cs="Calibri"/>
          <w:b/>
          <w:bCs/>
          <w:lang w:val="ro-RO"/>
        </w:rPr>
        <w:t xml:space="preserve"> </w:t>
      </w:r>
      <w:r w:rsidR="00764027">
        <w:rPr>
          <w:rFonts w:ascii="Calibri" w:hAnsi="Calibri" w:cs="Calibri"/>
          <w:b/>
          <w:bCs/>
          <w:lang w:val="ro-RO"/>
        </w:rPr>
        <w:t>B</w:t>
      </w:r>
    </w:p>
    <w:p w14:paraId="2F37516F" w14:textId="77777777" w:rsidR="00F12B01" w:rsidRPr="00F13AC9" w:rsidRDefault="00F12B01" w:rsidP="00F12B01">
      <w:pPr>
        <w:spacing w:after="60"/>
        <w:jc w:val="right"/>
        <w:rPr>
          <w:rFonts w:ascii="Calibri" w:hAnsi="Calibri" w:cs="Calibri"/>
          <w:b/>
          <w:bCs/>
          <w:lang w:val="ro-RO"/>
        </w:rPr>
      </w:pPr>
    </w:p>
    <w:p w14:paraId="4BF85CDB" w14:textId="077B9A3E" w:rsidR="006B53A1" w:rsidRPr="00672FA5" w:rsidRDefault="006F3F72" w:rsidP="006B53A1">
      <w:pPr>
        <w:snapToGrid w:val="0"/>
        <w:spacing w:after="0" w:line="240" w:lineRule="auto"/>
        <w:ind w:left="714" w:hanging="357"/>
        <w:jc w:val="center"/>
        <w:rPr>
          <w:rFonts w:ascii="Calibri" w:hAnsi="Calibri" w:cs="Calibri"/>
          <w:b/>
          <w:bCs/>
          <w:sz w:val="28"/>
          <w:szCs w:val="28"/>
          <w:lang w:val="ro-RO"/>
        </w:rPr>
      </w:pPr>
      <w:r w:rsidRPr="006F3F72">
        <w:rPr>
          <w:rFonts w:ascii="Calibri" w:hAnsi="Calibri" w:cs="Calibri"/>
          <w:b/>
          <w:bCs/>
          <w:sz w:val="28"/>
          <w:szCs w:val="28"/>
          <w:lang w:val="ro-MD"/>
        </w:rPr>
        <w:t>Declarație de aplicare și angajament</w:t>
      </w:r>
    </w:p>
    <w:p w14:paraId="4F2C5B41" w14:textId="6FEEC21F" w:rsidR="00A80FCA" w:rsidRPr="00F13AC9" w:rsidRDefault="00891681" w:rsidP="475704D4">
      <w:pPr>
        <w:spacing w:before="120" w:after="80"/>
        <w:rPr>
          <w:rFonts w:ascii="Calibri" w:hAnsi="Calibri" w:cs="Calibri"/>
          <w:b/>
          <w:bCs/>
          <w:lang w:val="ro-RO"/>
        </w:rPr>
      </w:pPr>
      <w:r w:rsidRPr="00F13AC9">
        <w:rPr>
          <w:rFonts w:ascii="Calibri" w:hAnsi="Calibri" w:cs="Calibri"/>
          <w:b/>
          <w:bCs/>
          <w:lang w:val="ro-RO"/>
        </w:rPr>
        <w:t>Datele de identificare ale solicitan</w:t>
      </w:r>
      <w:r w:rsidR="007513A6">
        <w:rPr>
          <w:rFonts w:ascii="Calibri" w:hAnsi="Calibri" w:cs="Calibri"/>
          <w:b/>
          <w:bCs/>
          <w:lang w:val="ro-RO"/>
        </w:rPr>
        <w:t>tei</w:t>
      </w:r>
      <w:r w:rsidRPr="00F13AC9">
        <w:rPr>
          <w:rFonts w:ascii="Calibri" w:hAnsi="Calibri" w:cs="Calibri"/>
          <w:b/>
          <w:bCs/>
          <w:lang w:val="ro-RO"/>
        </w:rPr>
        <w:t>:</w:t>
      </w:r>
    </w:p>
    <w:p w14:paraId="73B59EF5" w14:textId="423A0538" w:rsidR="00A80FCA" w:rsidRPr="00F13AC9" w:rsidRDefault="005A58BD" w:rsidP="475704D4">
      <w:pPr>
        <w:spacing w:after="40"/>
        <w:rPr>
          <w:rFonts w:ascii="Calibri" w:hAnsi="Calibri" w:cs="Calibri"/>
          <w:lang w:val="ro-RO"/>
        </w:rPr>
      </w:pPr>
      <w:r w:rsidRPr="00F13AC9">
        <w:rPr>
          <w:rFonts w:ascii="Calibri" w:hAnsi="Calibri" w:cs="Calibri"/>
          <w:lang w:val="ro-RO"/>
        </w:rPr>
        <w:t xml:space="preserve">Nume, Prenume </w:t>
      </w:r>
      <w:r>
        <w:rPr>
          <w:rFonts w:ascii="Calibri" w:hAnsi="Calibri" w:cs="Calibri"/>
          <w:lang w:val="ro-RO"/>
        </w:rPr>
        <w:t xml:space="preserve">/ </w:t>
      </w:r>
      <w:r w:rsidR="00891681" w:rsidRPr="00F13AC9">
        <w:rPr>
          <w:rFonts w:ascii="Calibri" w:hAnsi="Calibri" w:cs="Calibri"/>
          <w:lang w:val="ro-RO"/>
        </w:rPr>
        <w:t>Denumirea întreprinderii: _______________________________________________</w:t>
      </w:r>
    </w:p>
    <w:p w14:paraId="2C628509" w14:textId="2B99F497" w:rsidR="00A80FCA" w:rsidRPr="00F13AC9" w:rsidRDefault="00891681" w:rsidP="475704D4">
      <w:pPr>
        <w:spacing w:after="40"/>
        <w:rPr>
          <w:rFonts w:ascii="Calibri" w:hAnsi="Calibri" w:cs="Calibri"/>
          <w:lang w:val="ro-RO"/>
        </w:rPr>
      </w:pPr>
      <w:r w:rsidRPr="00F13AC9">
        <w:rPr>
          <w:rFonts w:ascii="Calibri" w:hAnsi="Calibri" w:cs="Calibri"/>
          <w:lang w:val="ro-RO"/>
        </w:rPr>
        <w:t>IDN</w:t>
      </w:r>
      <w:r w:rsidR="005A58BD">
        <w:rPr>
          <w:rFonts w:ascii="Calibri" w:hAnsi="Calibri" w:cs="Calibri"/>
          <w:lang w:val="ro-RO"/>
        </w:rPr>
        <w:t>P</w:t>
      </w:r>
      <w:r w:rsidRPr="00F13AC9">
        <w:rPr>
          <w:rFonts w:ascii="Calibri" w:hAnsi="Calibri" w:cs="Calibri"/>
          <w:lang w:val="ro-RO"/>
        </w:rPr>
        <w:t xml:space="preserve"> / </w:t>
      </w:r>
      <w:r w:rsidR="005A58BD">
        <w:rPr>
          <w:rFonts w:ascii="Calibri" w:hAnsi="Calibri" w:cs="Calibri"/>
          <w:lang w:val="ro-RO"/>
        </w:rPr>
        <w:t>CF</w:t>
      </w:r>
      <w:r w:rsidRPr="00F13AC9">
        <w:rPr>
          <w:rFonts w:ascii="Calibri" w:hAnsi="Calibri" w:cs="Calibri"/>
          <w:lang w:val="ro-RO"/>
        </w:rPr>
        <w:t>: ___________________________________________________________________________</w:t>
      </w:r>
    </w:p>
    <w:p w14:paraId="5BD29248" w14:textId="77777777" w:rsidR="00A80FCA" w:rsidRPr="00F13AC9" w:rsidRDefault="00891681" w:rsidP="475704D4">
      <w:pPr>
        <w:spacing w:after="40"/>
        <w:rPr>
          <w:rFonts w:ascii="Calibri" w:hAnsi="Calibri" w:cs="Calibri"/>
          <w:lang w:val="ro-RO"/>
        </w:rPr>
      </w:pPr>
      <w:r w:rsidRPr="00F13AC9">
        <w:rPr>
          <w:rFonts w:ascii="Calibri" w:hAnsi="Calibri" w:cs="Calibri"/>
          <w:lang w:val="ro-RO"/>
        </w:rPr>
        <w:t>Telefon: _______________________________   E-mail: _________________________________________</w:t>
      </w:r>
    </w:p>
    <w:p w14:paraId="733928DD" w14:textId="39EF5913" w:rsidR="00A80FCA" w:rsidRPr="00F13AC9" w:rsidRDefault="0011733F" w:rsidP="475704D4">
      <w:pPr>
        <w:spacing w:before="160" w:after="160"/>
        <w:jc w:val="both"/>
        <w:rPr>
          <w:rFonts w:ascii="Calibri" w:hAnsi="Calibri" w:cs="Calibri"/>
          <w:lang w:val="ro-RO"/>
        </w:rPr>
      </w:pPr>
      <w:r w:rsidRPr="005B7111">
        <w:rPr>
          <w:rFonts w:ascii="Calibri" w:hAnsi="Calibri" w:cs="Calibri"/>
          <w:lang w:val="ro-MD"/>
        </w:rPr>
        <w:t>Prin prezenta, _________________________ (numele</w:t>
      </w:r>
      <w:r>
        <w:rPr>
          <w:rFonts w:ascii="Calibri" w:hAnsi="Calibri" w:cs="Calibri"/>
          <w:lang w:val="ro-MD"/>
        </w:rPr>
        <w:t xml:space="preserve">, </w:t>
      </w:r>
      <w:r w:rsidRPr="005B7111">
        <w:rPr>
          <w:rFonts w:ascii="Calibri" w:hAnsi="Calibri" w:cs="Calibri"/>
          <w:lang w:val="ro-MD"/>
        </w:rPr>
        <w:t>prenumele) îmi exprim intenția de a participa ca solicitant</w:t>
      </w:r>
      <w:r>
        <w:rPr>
          <w:rFonts w:ascii="Calibri" w:hAnsi="Calibri" w:cs="Calibri"/>
          <w:lang w:val="ro-MD"/>
        </w:rPr>
        <w:t>a</w:t>
      </w:r>
      <w:r w:rsidRPr="00F13AC9">
        <w:rPr>
          <w:rFonts w:ascii="Calibri" w:hAnsi="Calibri" w:cs="Calibri"/>
          <w:lang w:val="ro-RO"/>
        </w:rPr>
        <w:t xml:space="preserve"> </w:t>
      </w:r>
      <w:r w:rsidR="00891681" w:rsidRPr="00F13AC9">
        <w:rPr>
          <w:rFonts w:ascii="Calibri" w:hAnsi="Calibri" w:cs="Calibri"/>
          <w:lang w:val="ro-RO"/>
        </w:rPr>
        <w:t xml:space="preserve">la </w:t>
      </w:r>
      <w:r w:rsidR="009B35FD">
        <w:rPr>
          <w:rFonts w:ascii="Calibri" w:hAnsi="Calibri" w:cs="Calibri"/>
          <w:lang w:val="ro-RO"/>
        </w:rPr>
        <w:t>apelul</w:t>
      </w:r>
      <w:r w:rsidR="00891681" w:rsidRPr="00F13AC9">
        <w:rPr>
          <w:rFonts w:ascii="Calibri" w:hAnsi="Calibri" w:cs="Calibri"/>
          <w:i/>
          <w:iCs/>
          <w:lang w:val="ro-RO"/>
        </w:rPr>
        <w:t xml:space="preserve"> </w:t>
      </w:r>
      <w:r w:rsidR="00590E5F" w:rsidRPr="009B35FD">
        <w:rPr>
          <w:rFonts w:ascii="Calibri" w:hAnsi="Calibri" w:cs="Calibri"/>
          <w:lang w:val="ro-RO"/>
        </w:rPr>
        <w:t>de</w:t>
      </w:r>
      <w:r w:rsidR="00590E5F" w:rsidRPr="00F13AC9">
        <w:rPr>
          <w:rFonts w:ascii="Calibri" w:hAnsi="Calibri" w:cs="Calibri"/>
          <w:i/>
          <w:iCs/>
          <w:lang w:val="ro-RO"/>
        </w:rPr>
        <w:t xml:space="preserve"> selectarea femeilor deținătoare de terenuri pentru testarea practica a culturilor subtropicale în cadrul proiectului </w:t>
      </w:r>
      <w:r w:rsidR="00891681" w:rsidRPr="00F13AC9">
        <w:rPr>
          <w:rFonts w:ascii="Calibri" w:hAnsi="Calibri" w:cs="Calibri"/>
          <w:i/>
          <w:iCs/>
          <w:lang w:val="ro-RO"/>
        </w:rPr>
        <w:t>„</w:t>
      </w:r>
      <w:r w:rsidR="00376A3D" w:rsidRPr="00F13AC9">
        <w:rPr>
          <w:rFonts w:ascii="Calibri" w:hAnsi="Calibri" w:cs="Calibri"/>
          <w:b/>
          <w:bCs/>
          <w:color w:val="767676"/>
          <w:sz w:val="21"/>
          <w:szCs w:val="21"/>
          <w:shd w:val="clear" w:color="auto" w:fill="FFFFFF"/>
          <w:lang w:val="ro-RO"/>
        </w:rPr>
        <w:t xml:space="preserve"> </w:t>
      </w:r>
      <w:r w:rsidR="000E301D" w:rsidRPr="00F13AC9">
        <w:rPr>
          <w:rFonts w:ascii="Calibri" w:hAnsi="Calibri" w:cs="Calibri"/>
          <w:b/>
          <w:bCs/>
          <w:i/>
          <w:iCs/>
          <w:lang w:val="ro-MD"/>
        </w:rPr>
        <w:t>Avansarea rezilienței la schimbările climatice si abilitarea femeilor in Moldova</w:t>
      </w:r>
      <w:r w:rsidR="00891681" w:rsidRPr="00F13AC9">
        <w:rPr>
          <w:rFonts w:ascii="Calibri" w:hAnsi="Calibri" w:cs="Calibri"/>
          <w:i/>
          <w:iCs/>
          <w:lang w:val="ro-RO"/>
        </w:rPr>
        <w:t>”</w:t>
      </w:r>
      <w:r w:rsidR="00891681" w:rsidRPr="00F13AC9">
        <w:rPr>
          <w:rFonts w:ascii="Calibri" w:hAnsi="Calibri" w:cs="Calibri"/>
          <w:lang w:val="ro-RO"/>
        </w:rPr>
        <w:t>, declar pe propria răspundere că:</w:t>
      </w:r>
    </w:p>
    <w:p w14:paraId="72E19A6C" w14:textId="263641CD" w:rsidR="00A80FCA" w:rsidRPr="00F13AC9" w:rsidRDefault="00891681" w:rsidP="475704D4">
      <w:pPr>
        <w:pStyle w:val="ListNumber"/>
        <w:spacing w:after="80" w:line="269" w:lineRule="auto"/>
        <w:jc w:val="both"/>
        <w:rPr>
          <w:rFonts w:ascii="Calibri" w:hAnsi="Calibri" w:cs="Calibri"/>
          <w:lang w:val="ro-RO"/>
        </w:rPr>
      </w:pPr>
      <w:r w:rsidRPr="00F13AC9">
        <w:rPr>
          <w:rFonts w:ascii="Calibri" w:hAnsi="Calibri" w:cs="Calibri"/>
          <w:lang w:val="ro-RO"/>
        </w:rPr>
        <w:t>Sunt direct responsabilă de pregătirea și implementarea proiectului propus și nu acționez în calitate de intermediar pentru alt solicitant sau pentru o altă inițiativă.</w:t>
      </w:r>
    </w:p>
    <w:p w14:paraId="53EE100D" w14:textId="6BCAD377" w:rsidR="00A80FCA" w:rsidRPr="00F13AC9" w:rsidRDefault="00891681" w:rsidP="475704D4">
      <w:pPr>
        <w:pStyle w:val="ListNumber"/>
        <w:spacing w:after="80" w:line="269" w:lineRule="auto"/>
        <w:jc w:val="both"/>
        <w:rPr>
          <w:rFonts w:ascii="Calibri" w:hAnsi="Calibri" w:cs="Calibri"/>
          <w:lang w:val="ro-RO"/>
        </w:rPr>
      </w:pPr>
      <w:r w:rsidRPr="00F13AC9">
        <w:rPr>
          <w:rFonts w:ascii="Calibri" w:hAnsi="Calibri" w:cs="Calibri"/>
          <w:lang w:val="ro-RO"/>
        </w:rPr>
        <w:t>Datele furnizate în formularul de aplicare</w:t>
      </w:r>
      <w:r w:rsidR="00D039E6" w:rsidRPr="00F13AC9">
        <w:rPr>
          <w:rFonts w:ascii="Calibri" w:hAnsi="Calibri" w:cs="Calibri"/>
          <w:lang w:val="ro-RO"/>
        </w:rPr>
        <w:t xml:space="preserve"> </w:t>
      </w:r>
      <w:r w:rsidRPr="00F13AC9">
        <w:rPr>
          <w:rFonts w:ascii="Calibri" w:hAnsi="Calibri" w:cs="Calibri"/>
          <w:lang w:val="ro-RO"/>
        </w:rPr>
        <w:t>și documentele anexate sunt complete, corecte și corespund realității, iar la solicitarea organizatorului mă oblig să prezint documentele justificative relevante.</w:t>
      </w:r>
    </w:p>
    <w:p w14:paraId="6EEAB56F" w14:textId="54C535BD" w:rsidR="00A80FCA" w:rsidRPr="00F13AC9" w:rsidRDefault="00891681" w:rsidP="475704D4">
      <w:pPr>
        <w:pStyle w:val="ListNumber"/>
        <w:spacing w:after="80" w:line="269" w:lineRule="auto"/>
        <w:jc w:val="both"/>
        <w:rPr>
          <w:rFonts w:ascii="Calibri" w:hAnsi="Calibri" w:cs="Calibri"/>
          <w:lang w:val="ro-RO"/>
        </w:rPr>
      </w:pPr>
      <w:r w:rsidRPr="00F13AC9">
        <w:rPr>
          <w:rFonts w:ascii="Calibri" w:hAnsi="Calibri" w:cs="Calibri"/>
          <w:lang w:val="ro-RO"/>
        </w:rPr>
        <w:t xml:space="preserve">Solicitantul întrunește condițiile de eligibilitate prevăzute în apelul de aplicații și în </w:t>
      </w:r>
      <w:r w:rsidR="001212F8">
        <w:rPr>
          <w:rFonts w:ascii="Calibri" w:hAnsi="Calibri" w:cs="Calibri"/>
          <w:lang w:val="ro-RO"/>
        </w:rPr>
        <w:t>g</w:t>
      </w:r>
      <w:r w:rsidRPr="00F13AC9">
        <w:rPr>
          <w:rFonts w:ascii="Calibri" w:hAnsi="Calibri" w:cs="Calibri"/>
          <w:lang w:val="ro-RO"/>
        </w:rPr>
        <w:t xml:space="preserve">hidul </w:t>
      </w:r>
      <w:r w:rsidR="001212F8">
        <w:rPr>
          <w:rFonts w:ascii="Calibri" w:hAnsi="Calibri" w:cs="Calibri"/>
          <w:lang w:val="ro-RO"/>
        </w:rPr>
        <w:t>aplicantului</w:t>
      </w:r>
      <w:r w:rsidRPr="00F13AC9">
        <w:rPr>
          <w:rFonts w:ascii="Calibri" w:hAnsi="Calibri" w:cs="Calibri"/>
          <w:lang w:val="ro-RO"/>
        </w:rPr>
        <w:t xml:space="preserve"> pentru lotul la care aplică</w:t>
      </w:r>
      <w:r w:rsidR="00F94ABE" w:rsidRPr="00F13AC9">
        <w:rPr>
          <w:rFonts w:ascii="Calibri" w:hAnsi="Calibri" w:cs="Calibri"/>
          <w:lang w:val="ro-RO"/>
        </w:rPr>
        <w:t xml:space="preserve"> si nu are </w:t>
      </w:r>
      <w:r w:rsidR="00DB4850" w:rsidRPr="00F13AC9">
        <w:rPr>
          <w:rFonts w:ascii="Calibri" w:hAnsi="Calibri" w:cs="Calibri"/>
          <w:lang w:val="ro-RO"/>
        </w:rPr>
        <w:t>litigii nerezolvate care ar putea afecta implementarea proiectului</w:t>
      </w:r>
      <w:r w:rsidRPr="00F13AC9">
        <w:rPr>
          <w:rFonts w:ascii="Calibri" w:hAnsi="Calibri" w:cs="Calibri"/>
          <w:lang w:val="ro-RO"/>
        </w:rPr>
        <w:t>.</w:t>
      </w:r>
    </w:p>
    <w:p w14:paraId="0C31FEFE" w14:textId="0F149872" w:rsidR="00E16F9C" w:rsidRPr="00F13AC9" w:rsidRDefault="00891681" w:rsidP="475704D4">
      <w:pPr>
        <w:pStyle w:val="ListNumber"/>
        <w:spacing w:after="80" w:line="269" w:lineRule="auto"/>
        <w:jc w:val="both"/>
        <w:rPr>
          <w:rFonts w:ascii="Calibri" w:hAnsi="Calibri" w:cs="Calibri"/>
          <w:lang w:val="ro-RO"/>
        </w:rPr>
      </w:pPr>
      <w:r w:rsidRPr="00F13AC9">
        <w:rPr>
          <w:rFonts w:ascii="Calibri" w:hAnsi="Calibri" w:cs="Calibri"/>
          <w:lang w:val="ro-RO"/>
        </w:rPr>
        <w:t>Solicitantul nu se află în proces de insolvabilitate, reorganizare judiciară sau lichidare și, după cunoștința mea, nu există o cerere depusă în instanță privind intentarea unui proces de insolvabilitate împotriva solicitantului.</w:t>
      </w:r>
    </w:p>
    <w:p w14:paraId="7930167F" w14:textId="3448ABFD" w:rsidR="0B1ECF99" w:rsidRPr="00F13AC9" w:rsidRDefault="0B1ECF99" w:rsidP="475704D4">
      <w:pPr>
        <w:pStyle w:val="ListNumber"/>
        <w:spacing w:after="80" w:line="269" w:lineRule="auto"/>
        <w:jc w:val="both"/>
        <w:rPr>
          <w:rFonts w:ascii="Calibri" w:hAnsi="Calibri" w:cs="Calibri"/>
          <w:lang w:val="ro-RO"/>
        </w:rPr>
      </w:pPr>
      <w:r w:rsidRPr="00F13AC9">
        <w:rPr>
          <w:rFonts w:ascii="Calibri" w:hAnsi="Calibri" w:cs="Calibri"/>
          <w:lang w:val="ro-RO"/>
        </w:rPr>
        <w:t>Confirm că solicitantul deține sau va obține, înainte de implementarea activităților relevante, toate autorizațiile, avizele și permisele necesare, inclusiv cele de mediu, dacă sunt aplicabile proiectului propus.</w:t>
      </w:r>
    </w:p>
    <w:p w14:paraId="1AA03D81" w14:textId="7A4AA702" w:rsidR="00A80FCA" w:rsidRPr="00F13AC9" w:rsidRDefault="00891681" w:rsidP="475704D4">
      <w:pPr>
        <w:pStyle w:val="ListNumber"/>
        <w:spacing w:after="80" w:line="269" w:lineRule="auto"/>
        <w:jc w:val="both"/>
        <w:rPr>
          <w:rFonts w:ascii="Calibri" w:hAnsi="Calibri" w:cs="Calibri"/>
          <w:lang w:val="ro-RO"/>
        </w:rPr>
      </w:pPr>
      <w:r w:rsidRPr="00F13AC9">
        <w:rPr>
          <w:rFonts w:ascii="Calibri" w:hAnsi="Calibri" w:cs="Calibri"/>
          <w:lang w:val="ro-RO"/>
        </w:rPr>
        <w:t xml:space="preserve">Înțeleg și accept că suportul oferit în cadrul </w:t>
      </w:r>
      <w:r w:rsidR="009B35FD">
        <w:rPr>
          <w:rFonts w:ascii="Calibri" w:hAnsi="Calibri" w:cs="Calibri"/>
          <w:lang w:val="ro-RO"/>
        </w:rPr>
        <w:t>apelului</w:t>
      </w:r>
      <w:r w:rsidRPr="00F13AC9">
        <w:rPr>
          <w:rFonts w:ascii="Calibri" w:hAnsi="Calibri" w:cs="Calibri"/>
          <w:lang w:val="ro-RO"/>
        </w:rPr>
        <w:t xml:space="preserve"> este nerambursabil și non-</w:t>
      </w:r>
      <w:r w:rsidR="00E15F71" w:rsidRPr="00F13AC9">
        <w:rPr>
          <w:rFonts w:ascii="Calibri" w:hAnsi="Calibri" w:cs="Calibri"/>
          <w:lang w:val="ro-RO"/>
        </w:rPr>
        <w:t>monetar</w:t>
      </w:r>
      <w:r w:rsidRPr="00F13AC9">
        <w:rPr>
          <w:rFonts w:ascii="Calibri" w:hAnsi="Calibri" w:cs="Calibri"/>
          <w:lang w:val="ro-RO"/>
        </w:rPr>
        <w:t>, fiind acordat sub formă de bunuri.</w:t>
      </w:r>
    </w:p>
    <w:p w14:paraId="1064402E" w14:textId="01C32344" w:rsidR="00A80FCA" w:rsidRPr="00F13AC9" w:rsidRDefault="00891681" w:rsidP="475704D4">
      <w:pPr>
        <w:pStyle w:val="ListNumber"/>
        <w:spacing w:after="80" w:line="269" w:lineRule="auto"/>
        <w:jc w:val="both"/>
        <w:rPr>
          <w:rFonts w:ascii="Calibri" w:hAnsi="Calibri" w:cs="Calibri"/>
          <w:lang w:val="ro-RO"/>
        </w:rPr>
      </w:pPr>
      <w:r w:rsidRPr="00F13AC9">
        <w:rPr>
          <w:rFonts w:ascii="Calibri" w:hAnsi="Calibri" w:cs="Calibri"/>
          <w:lang w:val="ro-RO"/>
        </w:rPr>
        <w:t>Mă angajez să utilizez bunurile</w:t>
      </w:r>
      <w:r w:rsidR="00835554" w:rsidRPr="00F13AC9">
        <w:rPr>
          <w:rFonts w:ascii="Calibri" w:hAnsi="Calibri" w:cs="Calibri"/>
          <w:lang w:val="ro-RO"/>
        </w:rPr>
        <w:t xml:space="preserve"> </w:t>
      </w:r>
      <w:r w:rsidRPr="00F13AC9">
        <w:rPr>
          <w:rFonts w:ascii="Calibri" w:hAnsi="Calibri" w:cs="Calibri"/>
          <w:lang w:val="ro-RO"/>
        </w:rPr>
        <w:t>primite exclusiv în scopul implementării proiectului aprobat și în conformitate cu condițiile stabilite în acordul de suport.</w:t>
      </w:r>
    </w:p>
    <w:p w14:paraId="7A4B6B88" w14:textId="17FD4274" w:rsidR="00A80FCA" w:rsidRPr="00F13AC9" w:rsidRDefault="00891681" w:rsidP="475704D4">
      <w:pPr>
        <w:pStyle w:val="ListNumber"/>
        <w:spacing w:after="80" w:line="269" w:lineRule="auto"/>
        <w:jc w:val="both"/>
        <w:rPr>
          <w:rFonts w:ascii="Calibri" w:hAnsi="Calibri" w:cs="Calibri"/>
          <w:lang w:val="ro-RO"/>
        </w:rPr>
      </w:pPr>
      <w:r w:rsidRPr="00F13AC9">
        <w:rPr>
          <w:rFonts w:ascii="Calibri" w:hAnsi="Calibri" w:cs="Calibri"/>
          <w:lang w:val="ro-RO"/>
        </w:rPr>
        <w:t xml:space="preserve">Îmi exprim acordul pentru furnizarea, accesarea și prelucrarea datelor cu caracter personal și a datelor aferente întreprinderii, în scopul evaluării aplicației, contractării, monitorizării, raportării și promovării rezultatelor </w:t>
      </w:r>
      <w:r w:rsidR="00A87368">
        <w:rPr>
          <w:rFonts w:ascii="Calibri" w:hAnsi="Calibri" w:cs="Calibri"/>
          <w:lang w:val="ro-RO"/>
        </w:rPr>
        <w:t>apelului</w:t>
      </w:r>
      <w:r w:rsidRPr="00F13AC9">
        <w:rPr>
          <w:rFonts w:ascii="Calibri" w:hAnsi="Calibri" w:cs="Calibri"/>
          <w:lang w:val="ro-RO"/>
        </w:rPr>
        <w:t>, în conformitate cu legislația aplicabilă.</w:t>
      </w:r>
    </w:p>
    <w:p w14:paraId="3A693286" w14:textId="77777777" w:rsidR="00A80FCA" w:rsidRPr="00F13AC9" w:rsidRDefault="00891681" w:rsidP="475704D4">
      <w:pPr>
        <w:pStyle w:val="ListNumber"/>
        <w:spacing w:after="80" w:line="269" w:lineRule="auto"/>
        <w:jc w:val="both"/>
        <w:rPr>
          <w:rFonts w:ascii="Calibri" w:hAnsi="Calibri" w:cs="Calibri"/>
          <w:lang w:val="ro-RO"/>
        </w:rPr>
      </w:pPr>
      <w:r w:rsidRPr="00F13AC9">
        <w:rPr>
          <w:rFonts w:ascii="Calibri" w:hAnsi="Calibri" w:cs="Calibri"/>
          <w:lang w:val="ro-RO"/>
        </w:rPr>
        <w:t>Declar că adresa electronică indicată în dosarul de aplicare este veridică, funcțională și verificată în mod regulat și accept că informațiile transmise de echipa proiectului la această adresă vor fi considerate oficial comunicate. În cazul modificării acesteia, mă oblig să informez prompt echipa proiectului.</w:t>
      </w:r>
    </w:p>
    <w:p w14:paraId="70C40ABB" w14:textId="77777777" w:rsidR="00A80FCA" w:rsidRDefault="00891681" w:rsidP="475704D4">
      <w:pPr>
        <w:pStyle w:val="ListNumber"/>
        <w:spacing w:after="80" w:line="269" w:lineRule="auto"/>
        <w:jc w:val="both"/>
        <w:rPr>
          <w:rFonts w:ascii="Calibri" w:hAnsi="Calibri" w:cs="Calibri"/>
          <w:lang w:val="ro-RO"/>
        </w:rPr>
      </w:pPr>
      <w:r w:rsidRPr="00F13AC9">
        <w:rPr>
          <w:rFonts w:ascii="Calibri" w:hAnsi="Calibri" w:cs="Calibri"/>
          <w:lang w:val="ro-RO"/>
        </w:rPr>
        <w:t>Îmi exprim acordul privind utilizarea și diseminarea, de către organizatori, a informațiilor neconfidențiale, a rezultatelor proiectului, a imaginilor și materialelor aferente inițiativei susținute, în scopuri de vizibilitate, comunicare publică și raportare.</w:t>
      </w:r>
    </w:p>
    <w:p w14:paraId="268AC1B8" w14:textId="77777777" w:rsidR="005B4691" w:rsidRPr="005B4691" w:rsidRDefault="005B4691" w:rsidP="005B4691">
      <w:pPr>
        <w:pStyle w:val="ListNumber"/>
        <w:spacing w:after="80" w:line="269" w:lineRule="auto"/>
        <w:jc w:val="both"/>
        <w:rPr>
          <w:rFonts w:ascii="Calibri" w:hAnsi="Calibri" w:cs="Calibri"/>
          <w:lang w:val="ro-RO"/>
        </w:rPr>
      </w:pPr>
      <w:r w:rsidRPr="005B4691">
        <w:rPr>
          <w:rFonts w:ascii="Calibri" w:hAnsi="Calibri" w:cs="Calibri"/>
          <w:lang w:val="ro-RO"/>
        </w:rPr>
        <w:lastRenderedPageBreak/>
        <w:t>Mă angajez odată ce sunt selectata să particip la toate etapele apelului(24 luni);</w:t>
      </w:r>
    </w:p>
    <w:p w14:paraId="34368809" w14:textId="77777777" w:rsidR="005B4691" w:rsidRPr="005B4691" w:rsidRDefault="005B4691" w:rsidP="005B4691">
      <w:pPr>
        <w:pStyle w:val="ListNumber"/>
        <w:spacing w:after="80" w:line="269" w:lineRule="auto"/>
        <w:jc w:val="both"/>
        <w:rPr>
          <w:rFonts w:ascii="Calibri" w:hAnsi="Calibri" w:cs="Calibri"/>
          <w:lang w:val="ro-RO"/>
        </w:rPr>
      </w:pPr>
      <w:r w:rsidRPr="005B4691">
        <w:rPr>
          <w:rFonts w:ascii="Calibri" w:hAnsi="Calibri" w:cs="Calibri"/>
          <w:lang w:val="ro-RO"/>
        </w:rPr>
        <w:t>Am luat cunoștință de faptul că prezentarea eronată sau falsă a datelor/informațiilor conținute în dosarul de aplicare poate duce la respingerea acesteia ori la neselectarea aplicantului.</w:t>
      </w:r>
    </w:p>
    <w:p w14:paraId="02D8084C" w14:textId="77777777" w:rsidR="00522617" w:rsidRPr="005B4691" w:rsidRDefault="00522617" w:rsidP="005B4691">
      <w:pPr>
        <w:pStyle w:val="ListNumber"/>
        <w:numPr>
          <w:ilvl w:val="0"/>
          <w:numId w:val="0"/>
        </w:numPr>
        <w:spacing w:after="80" w:line="269" w:lineRule="auto"/>
        <w:ind w:left="360"/>
        <w:jc w:val="both"/>
        <w:rPr>
          <w:rFonts w:ascii="Calibri" w:hAnsi="Calibri" w:cs="Calibri"/>
          <w:lang w:val="ro-RO"/>
        </w:rPr>
      </w:pPr>
    </w:p>
    <w:p w14:paraId="364B117B" w14:textId="77777777" w:rsidR="00522617" w:rsidRPr="00F13AC9" w:rsidRDefault="00522617" w:rsidP="00522617">
      <w:pPr>
        <w:pStyle w:val="ListNumber"/>
        <w:numPr>
          <w:ilvl w:val="0"/>
          <w:numId w:val="0"/>
        </w:numPr>
        <w:spacing w:after="80" w:line="269" w:lineRule="auto"/>
        <w:ind w:left="360"/>
        <w:jc w:val="both"/>
        <w:rPr>
          <w:rFonts w:ascii="Calibri" w:hAnsi="Calibri" w:cs="Calibri"/>
          <w:lang w:val="ro-RO"/>
        </w:rPr>
      </w:pPr>
    </w:p>
    <w:p w14:paraId="531924F7" w14:textId="77777777" w:rsidR="00522617" w:rsidRPr="00F13AC9" w:rsidRDefault="00522617" w:rsidP="00522617">
      <w:pPr>
        <w:pStyle w:val="ListNumber"/>
        <w:numPr>
          <w:ilvl w:val="0"/>
          <w:numId w:val="0"/>
        </w:numPr>
        <w:spacing w:after="80" w:line="269" w:lineRule="auto"/>
        <w:ind w:left="360"/>
        <w:jc w:val="both"/>
        <w:rPr>
          <w:rFonts w:ascii="Calibri" w:hAnsi="Calibri" w:cs="Calibri"/>
          <w:lang w:val="ro-RO"/>
        </w:rPr>
      </w:pPr>
    </w:p>
    <w:tbl>
      <w:tblPr>
        <w:tblW w:w="0" w:type="auto"/>
        <w:tblLayout w:type="fixed"/>
        <w:tblLook w:val="04A0" w:firstRow="1" w:lastRow="0" w:firstColumn="1" w:lastColumn="0" w:noHBand="0" w:noVBand="1"/>
      </w:tblPr>
      <w:tblGrid>
        <w:gridCol w:w="5130"/>
        <w:gridCol w:w="4446"/>
      </w:tblGrid>
      <w:tr w:rsidR="00A80FCA" w:rsidRPr="00F13AC9" w14:paraId="3166DDC1" w14:textId="77777777" w:rsidTr="00543676">
        <w:tc>
          <w:tcPr>
            <w:tcW w:w="5130" w:type="dxa"/>
            <w:tcBorders>
              <w:top w:val="nil"/>
              <w:left w:val="nil"/>
              <w:bottom w:val="nil"/>
              <w:right w:val="nil"/>
            </w:tcBorders>
            <w:tcMar>
              <w:top w:w="90" w:type="dxa"/>
              <w:left w:w="90" w:type="dxa"/>
              <w:bottom w:w="90" w:type="dxa"/>
              <w:right w:w="90" w:type="dxa"/>
            </w:tcMar>
          </w:tcPr>
          <w:p w14:paraId="4FF4B8A1" w14:textId="29257719" w:rsidR="00A80FCA" w:rsidRPr="00065966" w:rsidRDefault="00891681" w:rsidP="475704D4">
            <w:pPr>
              <w:spacing w:before="40" w:after="120" w:line="264" w:lineRule="auto"/>
              <w:rPr>
                <w:rFonts w:ascii="Calibri" w:hAnsi="Calibri" w:cs="Calibri"/>
                <w:lang w:val="ru-MD"/>
              </w:rPr>
            </w:pPr>
            <w:r w:rsidRPr="00F13AC9">
              <w:rPr>
                <w:rFonts w:ascii="Calibri" w:hAnsi="Calibri" w:cs="Calibri"/>
                <w:lang w:val="ro-RO"/>
              </w:rPr>
              <w:t>Data: ____ / _________</w:t>
            </w:r>
            <w:r w:rsidR="007A2BE3">
              <w:rPr>
                <w:rFonts w:ascii="Calibri" w:hAnsi="Calibri" w:cs="Calibri"/>
                <w:lang w:val="ro-RO"/>
              </w:rPr>
              <w:t>________</w:t>
            </w:r>
            <w:r w:rsidRPr="00F13AC9">
              <w:rPr>
                <w:rFonts w:ascii="Calibri" w:hAnsi="Calibri" w:cs="Calibri"/>
                <w:lang w:val="ro-RO"/>
              </w:rPr>
              <w:t>_ / 202</w:t>
            </w:r>
            <w:r w:rsidR="00065966">
              <w:rPr>
                <w:rFonts w:ascii="Calibri" w:hAnsi="Calibri" w:cs="Calibri"/>
                <w:lang w:val="ru-MD"/>
              </w:rPr>
              <w:t>7</w:t>
            </w:r>
          </w:p>
        </w:tc>
        <w:tc>
          <w:tcPr>
            <w:tcW w:w="4446" w:type="dxa"/>
            <w:tcBorders>
              <w:top w:val="nil"/>
              <w:left w:val="nil"/>
              <w:bottom w:val="nil"/>
              <w:right w:val="nil"/>
            </w:tcBorders>
            <w:tcMar>
              <w:top w:w="90" w:type="dxa"/>
              <w:left w:w="90" w:type="dxa"/>
              <w:bottom w:w="90" w:type="dxa"/>
              <w:right w:w="90" w:type="dxa"/>
            </w:tcMar>
          </w:tcPr>
          <w:p w14:paraId="7A5BDE2A" w14:textId="77777777" w:rsidR="00A80FCA" w:rsidRPr="00F13AC9" w:rsidRDefault="00A80FCA" w:rsidP="475704D4">
            <w:pPr>
              <w:spacing w:before="40" w:after="120" w:line="264" w:lineRule="auto"/>
              <w:rPr>
                <w:rFonts w:ascii="Calibri" w:hAnsi="Calibri" w:cs="Calibri"/>
                <w:lang w:val="ro-RO"/>
              </w:rPr>
            </w:pPr>
          </w:p>
        </w:tc>
      </w:tr>
      <w:tr w:rsidR="00A80FCA" w:rsidRPr="00F13AC9" w14:paraId="62AFBD93" w14:textId="77777777" w:rsidTr="00543676">
        <w:tc>
          <w:tcPr>
            <w:tcW w:w="5130" w:type="dxa"/>
            <w:tcBorders>
              <w:top w:val="nil"/>
              <w:left w:val="nil"/>
              <w:bottom w:val="nil"/>
              <w:right w:val="nil"/>
            </w:tcBorders>
            <w:tcMar>
              <w:top w:w="90" w:type="dxa"/>
              <w:left w:w="90" w:type="dxa"/>
              <w:bottom w:w="90" w:type="dxa"/>
              <w:right w:w="90" w:type="dxa"/>
            </w:tcMar>
          </w:tcPr>
          <w:p w14:paraId="52560F8D" w14:textId="686C600B" w:rsidR="00A80FCA" w:rsidRPr="00F13AC9" w:rsidRDefault="00891681" w:rsidP="475704D4">
            <w:pPr>
              <w:spacing w:before="40" w:after="120" w:line="264" w:lineRule="auto"/>
              <w:rPr>
                <w:rFonts w:ascii="Calibri" w:hAnsi="Calibri" w:cs="Calibri"/>
                <w:lang w:val="ro-RO"/>
              </w:rPr>
            </w:pPr>
            <w:r w:rsidRPr="00F13AC9">
              <w:rPr>
                <w:rFonts w:ascii="Calibri" w:hAnsi="Calibri" w:cs="Calibri"/>
                <w:lang w:val="ro-RO"/>
              </w:rPr>
              <w:t>Nume și prenume: ___________________________</w:t>
            </w:r>
          </w:p>
        </w:tc>
        <w:tc>
          <w:tcPr>
            <w:tcW w:w="4446" w:type="dxa"/>
            <w:tcBorders>
              <w:top w:val="nil"/>
              <w:left w:val="nil"/>
              <w:bottom w:val="nil"/>
              <w:right w:val="nil"/>
            </w:tcBorders>
            <w:tcMar>
              <w:top w:w="90" w:type="dxa"/>
              <w:left w:w="90" w:type="dxa"/>
              <w:bottom w:w="90" w:type="dxa"/>
              <w:right w:w="90" w:type="dxa"/>
            </w:tcMar>
          </w:tcPr>
          <w:p w14:paraId="4A9F7747" w14:textId="5251E6F3" w:rsidR="00A80FCA" w:rsidRPr="00F13AC9" w:rsidRDefault="00891681" w:rsidP="475704D4">
            <w:pPr>
              <w:spacing w:before="40" w:after="120" w:line="264" w:lineRule="auto"/>
              <w:rPr>
                <w:rFonts w:ascii="Calibri" w:hAnsi="Calibri" w:cs="Calibri"/>
                <w:lang w:val="ro-RO"/>
              </w:rPr>
            </w:pPr>
            <w:r w:rsidRPr="00F13AC9">
              <w:rPr>
                <w:rFonts w:ascii="Calibri" w:hAnsi="Calibri" w:cs="Calibri"/>
                <w:lang w:val="ro-RO"/>
              </w:rPr>
              <w:t>Funcția</w:t>
            </w:r>
            <w:r w:rsidR="00543676" w:rsidRPr="00F13AC9">
              <w:rPr>
                <w:rFonts w:ascii="Calibri" w:hAnsi="Calibri" w:cs="Calibri"/>
                <w:lang w:val="ro-RO"/>
              </w:rPr>
              <w:t>(după caz)</w:t>
            </w:r>
            <w:r w:rsidRPr="00F13AC9">
              <w:rPr>
                <w:rFonts w:ascii="Calibri" w:hAnsi="Calibri" w:cs="Calibri"/>
                <w:lang w:val="ro-RO"/>
              </w:rPr>
              <w:t>: ______________________</w:t>
            </w:r>
          </w:p>
        </w:tc>
      </w:tr>
      <w:tr w:rsidR="00A80FCA" w:rsidRPr="00F13AC9" w14:paraId="2B0D1426" w14:textId="77777777" w:rsidTr="00543676">
        <w:tc>
          <w:tcPr>
            <w:tcW w:w="5130" w:type="dxa"/>
            <w:tcBorders>
              <w:top w:val="nil"/>
              <w:left w:val="nil"/>
              <w:bottom w:val="dotted" w:sz="4" w:space="0" w:color="auto"/>
              <w:right w:val="nil"/>
            </w:tcBorders>
            <w:tcMar>
              <w:top w:w="90" w:type="dxa"/>
              <w:left w:w="90" w:type="dxa"/>
              <w:bottom w:w="90" w:type="dxa"/>
              <w:right w:w="90" w:type="dxa"/>
            </w:tcMar>
          </w:tcPr>
          <w:p w14:paraId="06F3AF75" w14:textId="77777777" w:rsidR="008804A6" w:rsidRPr="00F13AC9" w:rsidRDefault="00891681" w:rsidP="475704D4">
            <w:pPr>
              <w:spacing w:before="40" w:after="120" w:line="264" w:lineRule="auto"/>
              <w:rPr>
                <w:rFonts w:ascii="Calibri" w:hAnsi="Calibri" w:cs="Calibri"/>
                <w:lang w:val="ro-RO"/>
              </w:rPr>
            </w:pPr>
            <w:r w:rsidRPr="00F13AC9">
              <w:rPr>
                <w:rFonts w:ascii="Calibri" w:hAnsi="Calibri" w:cs="Calibri"/>
                <w:lang w:val="ro-RO"/>
              </w:rPr>
              <w:t>Semnătura:</w:t>
            </w:r>
          </w:p>
          <w:p w14:paraId="0B08A7FE" w14:textId="7959D956" w:rsidR="00A80FCA" w:rsidRPr="00F13AC9" w:rsidRDefault="00891681" w:rsidP="475704D4">
            <w:pPr>
              <w:spacing w:before="40" w:after="120" w:line="264" w:lineRule="auto"/>
              <w:rPr>
                <w:rFonts w:ascii="Calibri" w:hAnsi="Calibri" w:cs="Calibri"/>
                <w:lang w:val="ro-RO"/>
              </w:rPr>
            </w:pPr>
            <w:r w:rsidRPr="00F13AC9">
              <w:rPr>
                <w:rFonts w:ascii="Calibri" w:hAnsi="Calibri" w:cs="Calibri"/>
                <w:lang w:val="ro-RO"/>
              </w:rPr>
              <w:t xml:space="preserve"> _________________________________________</w:t>
            </w:r>
          </w:p>
        </w:tc>
        <w:tc>
          <w:tcPr>
            <w:tcW w:w="4446" w:type="dxa"/>
            <w:tcBorders>
              <w:top w:val="nil"/>
              <w:left w:val="nil"/>
              <w:bottom w:val="nil"/>
              <w:right w:val="nil"/>
            </w:tcBorders>
            <w:tcMar>
              <w:top w:w="90" w:type="dxa"/>
              <w:left w:w="90" w:type="dxa"/>
              <w:bottom w:w="90" w:type="dxa"/>
              <w:right w:w="90" w:type="dxa"/>
            </w:tcMar>
          </w:tcPr>
          <w:p w14:paraId="7EA0C95C" w14:textId="77777777" w:rsidR="008804A6" w:rsidRPr="00F13AC9" w:rsidRDefault="00891681" w:rsidP="475704D4">
            <w:pPr>
              <w:spacing w:before="40" w:after="120" w:line="264" w:lineRule="auto"/>
              <w:rPr>
                <w:rFonts w:ascii="Calibri" w:hAnsi="Calibri" w:cs="Calibri"/>
                <w:lang w:val="ro-RO"/>
              </w:rPr>
            </w:pPr>
            <w:r w:rsidRPr="00F13AC9">
              <w:rPr>
                <w:rFonts w:ascii="Calibri" w:hAnsi="Calibri" w:cs="Calibri"/>
                <w:lang w:val="ro-RO"/>
              </w:rPr>
              <w:t xml:space="preserve">Ștampila (după caz): </w:t>
            </w:r>
          </w:p>
          <w:p w14:paraId="66216ADA" w14:textId="4D9ECEAE" w:rsidR="00A80FCA" w:rsidRPr="00F13AC9" w:rsidRDefault="00A80FCA" w:rsidP="475704D4">
            <w:pPr>
              <w:spacing w:before="40" w:after="120" w:line="264" w:lineRule="auto"/>
              <w:rPr>
                <w:rFonts w:ascii="Calibri" w:hAnsi="Calibri" w:cs="Calibri"/>
                <w:lang w:val="ro-RO"/>
              </w:rPr>
            </w:pPr>
          </w:p>
        </w:tc>
      </w:tr>
    </w:tbl>
    <w:p w14:paraId="4FBA0C36" w14:textId="77777777" w:rsidR="006F4EB4" w:rsidRPr="00F13AC9" w:rsidRDefault="006F4EB4" w:rsidP="475704D4">
      <w:pPr>
        <w:rPr>
          <w:rFonts w:ascii="Calibri" w:hAnsi="Calibri" w:cs="Calibri"/>
          <w:lang w:val="ro-RO"/>
        </w:rPr>
      </w:pPr>
    </w:p>
    <w:sectPr w:rsidR="006F4EB4" w:rsidRPr="00F13AC9" w:rsidSect="00802FE1">
      <w:headerReference w:type="default" r:id="rId11"/>
      <w:pgSz w:w="12240" w:h="15840"/>
      <w:pgMar w:top="2236" w:right="124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97992" w14:textId="77777777" w:rsidR="003E60A6" w:rsidRDefault="003E60A6" w:rsidP="00802FE1">
      <w:pPr>
        <w:spacing w:after="0" w:line="240" w:lineRule="auto"/>
      </w:pPr>
      <w:r>
        <w:separator/>
      </w:r>
    </w:p>
  </w:endnote>
  <w:endnote w:type="continuationSeparator" w:id="0">
    <w:p w14:paraId="461AFF62" w14:textId="77777777" w:rsidR="003E60A6" w:rsidRDefault="003E60A6" w:rsidP="00802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CD060" w14:textId="77777777" w:rsidR="003E60A6" w:rsidRDefault="003E60A6" w:rsidP="00802FE1">
      <w:pPr>
        <w:spacing w:after="0" w:line="240" w:lineRule="auto"/>
      </w:pPr>
      <w:r>
        <w:separator/>
      </w:r>
    </w:p>
  </w:footnote>
  <w:footnote w:type="continuationSeparator" w:id="0">
    <w:p w14:paraId="5CD0E919" w14:textId="77777777" w:rsidR="003E60A6" w:rsidRDefault="003E60A6" w:rsidP="00802F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4A434" w14:textId="65BFBB86" w:rsidR="00802FE1" w:rsidRDefault="004115CF">
    <w:pPr>
      <w:pStyle w:val="Header"/>
    </w:pPr>
    <w:r w:rsidRPr="00027659">
      <w:rPr>
        <w:noProof/>
      </w:rPr>
      <w:drawing>
        <wp:anchor distT="0" distB="0" distL="114300" distR="114300" simplePos="0" relativeHeight="251674624" behindDoc="1" locked="0" layoutInCell="1" allowOverlap="1" wp14:anchorId="5D7ED5CB" wp14:editId="0CB2255C">
          <wp:simplePos x="0" y="0"/>
          <wp:positionH relativeFrom="column">
            <wp:posOffset>509905</wp:posOffset>
          </wp:positionH>
          <wp:positionV relativeFrom="paragraph">
            <wp:posOffset>-76200</wp:posOffset>
          </wp:positionV>
          <wp:extent cx="1752600" cy="701040"/>
          <wp:effectExtent l="0" t="0" r="0" b="3810"/>
          <wp:wrapSquare wrapText="bothSides"/>
          <wp:docPr id="1000084450" name="Picture 1000084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52600" cy="701040"/>
                  </a:xfrm>
                  <a:prstGeom prst="rect">
                    <a:avLst/>
                  </a:prstGeom>
                </pic:spPr>
              </pic:pic>
            </a:graphicData>
          </a:graphic>
        </wp:anchor>
      </w:drawing>
    </w:r>
    <w:r w:rsidRPr="00027659">
      <w:rPr>
        <w:noProof/>
      </w:rPr>
      <w:drawing>
        <wp:anchor distT="0" distB="0" distL="114300" distR="114300" simplePos="0" relativeHeight="251660288" behindDoc="1" locked="0" layoutInCell="1" allowOverlap="1" wp14:anchorId="7992DDBB" wp14:editId="3BD2C807">
          <wp:simplePos x="0" y="0"/>
          <wp:positionH relativeFrom="column">
            <wp:posOffset>3082290</wp:posOffset>
          </wp:positionH>
          <wp:positionV relativeFrom="paragraph">
            <wp:posOffset>19050</wp:posOffset>
          </wp:positionV>
          <wp:extent cx="1732280" cy="766445"/>
          <wp:effectExtent l="0" t="0" r="1270" b="0"/>
          <wp:wrapNone/>
          <wp:docPr id="1999321491" name="Picture 1999321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1732280" cy="766445"/>
                  </a:xfrm>
                  <a:prstGeom prst="rect">
                    <a:avLst/>
                  </a:prstGeom>
                </pic:spPr>
              </pic:pic>
            </a:graphicData>
          </a:graphic>
        </wp:anchor>
      </w:drawing>
    </w:r>
    <w:r w:rsidR="00821CC9">
      <w:rPr>
        <w:noProof/>
      </w:rPr>
      <w:drawing>
        <wp:anchor distT="0" distB="0" distL="114300" distR="114300" simplePos="0" relativeHeight="251644928" behindDoc="1" locked="0" layoutInCell="1" allowOverlap="1" wp14:anchorId="79743F21" wp14:editId="1B2F2753">
          <wp:simplePos x="0" y="0"/>
          <wp:positionH relativeFrom="column">
            <wp:posOffset>5491480</wp:posOffset>
          </wp:positionH>
          <wp:positionV relativeFrom="paragraph">
            <wp:posOffset>-295275</wp:posOffset>
          </wp:positionV>
          <wp:extent cx="781050" cy="1181100"/>
          <wp:effectExtent l="0" t="0" r="0" b="0"/>
          <wp:wrapNone/>
          <wp:docPr id="2126559863" name="drawing" title="A blue and white logo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559863" name="Picture 2126559863"/>
                  <pic:cNvPicPr/>
                </pic:nvPicPr>
                <pic:blipFill>
                  <a:blip r:embed="rId3">
                    <a:extLst>
                      <a:ext uri="{28A0092B-C50C-407E-A947-70E740481C1C}">
                        <a14:useLocalDpi xmlns:a14="http://schemas.microsoft.com/office/drawing/2010/main"/>
                      </a:ext>
                    </a:extLst>
                  </a:blip>
                  <a:stretch>
                    <a:fillRect/>
                  </a:stretch>
                </pic:blipFill>
                <pic:spPr>
                  <a:xfrm>
                    <a:off x="0" y="0"/>
                    <a:ext cx="781050" cy="1181100"/>
                  </a:xfrm>
                  <a:prstGeom prst="rect">
                    <a:avLst/>
                  </a:prstGeom>
                </pic:spPr>
              </pic:pic>
            </a:graphicData>
          </a:graphic>
          <wp14:sizeRelH relativeFrom="page">
            <wp14:pctWidth>0</wp14:pctWidth>
          </wp14:sizeRelH>
          <wp14:sizeRelV relativeFrom="page">
            <wp14:pctHeight>0</wp14:pctHeight>
          </wp14:sizeRelV>
        </wp:anchor>
      </w:drawing>
    </w:r>
  </w:p>
  <w:p w14:paraId="262AA04B" w14:textId="00353FD8" w:rsidR="16B3E719" w:rsidRDefault="16B3E719" w:rsidP="64EFEC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543E3D78"/>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55B2169"/>
    <w:multiLevelType w:val="hybridMultilevel"/>
    <w:tmpl w:val="A066184A"/>
    <w:lvl w:ilvl="0" w:tplc="0E541048">
      <w:start w:val="1"/>
      <w:numFmt w:val="decimal"/>
      <w:lvlText w:val="%1."/>
      <w:lvlJc w:val="left"/>
      <w:pPr>
        <w:ind w:left="345" w:hanging="360"/>
      </w:pPr>
      <w:rPr>
        <w:rFonts w:hint="default"/>
        <w:b w:val="0"/>
        <w:bCs/>
      </w:rPr>
    </w:lvl>
    <w:lvl w:ilvl="1" w:tplc="FFFFFFFF" w:tentative="1">
      <w:start w:val="1"/>
      <w:numFmt w:val="lowerLetter"/>
      <w:lvlText w:val="%2."/>
      <w:lvlJc w:val="left"/>
      <w:pPr>
        <w:ind w:left="1065" w:hanging="360"/>
      </w:pPr>
    </w:lvl>
    <w:lvl w:ilvl="2" w:tplc="FFFFFFFF" w:tentative="1">
      <w:start w:val="1"/>
      <w:numFmt w:val="lowerRoman"/>
      <w:lvlText w:val="%3."/>
      <w:lvlJc w:val="right"/>
      <w:pPr>
        <w:ind w:left="1785" w:hanging="180"/>
      </w:pPr>
    </w:lvl>
    <w:lvl w:ilvl="3" w:tplc="FFFFFFFF" w:tentative="1">
      <w:start w:val="1"/>
      <w:numFmt w:val="decimal"/>
      <w:lvlText w:val="%4."/>
      <w:lvlJc w:val="left"/>
      <w:pPr>
        <w:ind w:left="2505" w:hanging="360"/>
      </w:pPr>
    </w:lvl>
    <w:lvl w:ilvl="4" w:tplc="FFFFFFFF" w:tentative="1">
      <w:start w:val="1"/>
      <w:numFmt w:val="lowerLetter"/>
      <w:lvlText w:val="%5."/>
      <w:lvlJc w:val="left"/>
      <w:pPr>
        <w:ind w:left="3225" w:hanging="360"/>
      </w:pPr>
    </w:lvl>
    <w:lvl w:ilvl="5" w:tplc="FFFFFFFF" w:tentative="1">
      <w:start w:val="1"/>
      <w:numFmt w:val="lowerRoman"/>
      <w:lvlText w:val="%6."/>
      <w:lvlJc w:val="right"/>
      <w:pPr>
        <w:ind w:left="3945" w:hanging="180"/>
      </w:pPr>
    </w:lvl>
    <w:lvl w:ilvl="6" w:tplc="FFFFFFFF" w:tentative="1">
      <w:start w:val="1"/>
      <w:numFmt w:val="decimal"/>
      <w:lvlText w:val="%7."/>
      <w:lvlJc w:val="left"/>
      <w:pPr>
        <w:ind w:left="4665" w:hanging="360"/>
      </w:pPr>
    </w:lvl>
    <w:lvl w:ilvl="7" w:tplc="FFFFFFFF" w:tentative="1">
      <w:start w:val="1"/>
      <w:numFmt w:val="lowerLetter"/>
      <w:lvlText w:val="%8."/>
      <w:lvlJc w:val="left"/>
      <w:pPr>
        <w:ind w:left="5385" w:hanging="360"/>
      </w:pPr>
    </w:lvl>
    <w:lvl w:ilvl="8" w:tplc="FFFFFFFF" w:tentative="1">
      <w:start w:val="1"/>
      <w:numFmt w:val="lowerRoman"/>
      <w:lvlText w:val="%9."/>
      <w:lvlJc w:val="right"/>
      <w:pPr>
        <w:ind w:left="6105" w:hanging="180"/>
      </w:pPr>
    </w:lvl>
  </w:abstractNum>
  <w:abstractNum w:abstractNumId="10" w15:restartNumberingAfterBreak="0">
    <w:nsid w:val="47ED9606"/>
    <w:multiLevelType w:val="hybridMultilevel"/>
    <w:tmpl w:val="E500D57E"/>
    <w:lvl w:ilvl="0" w:tplc="FCF88206">
      <w:start w:val="1"/>
      <w:numFmt w:val="decimal"/>
      <w:lvlText w:val="%1."/>
      <w:lvlJc w:val="left"/>
      <w:pPr>
        <w:ind w:left="720" w:hanging="360"/>
      </w:pPr>
    </w:lvl>
    <w:lvl w:ilvl="1" w:tplc="855A2D54">
      <w:start w:val="1"/>
      <w:numFmt w:val="lowerLetter"/>
      <w:lvlText w:val="%2."/>
      <w:lvlJc w:val="left"/>
      <w:pPr>
        <w:ind w:left="1440" w:hanging="360"/>
      </w:pPr>
    </w:lvl>
    <w:lvl w:ilvl="2" w:tplc="50542094">
      <w:start w:val="1"/>
      <w:numFmt w:val="lowerRoman"/>
      <w:lvlText w:val="%3."/>
      <w:lvlJc w:val="right"/>
      <w:pPr>
        <w:ind w:left="2160" w:hanging="180"/>
      </w:pPr>
    </w:lvl>
    <w:lvl w:ilvl="3" w:tplc="42960254">
      <w:start w:val="1"/>
      <w:numFmt w:val="decimal"/>
      <w:lvlText w:val="%4."/>
      <w:lvlJc w:val="left"/>
      <w:pPr>
        <w:ind w:left="2880" w:hanging="360"/>
      </w:pPr>
    </w:lvl>
    <w:lvl w:ilvl="4" w:tplc="C7BAC7E8">
      <w:start w:val="1"/>
      <w:numFmt w:val="lowerLetter"/>
      <w:lvlText w:val="%5."/>
      <w:lvlJc w:val="left"/>
      <w:pPr>
        <w:ind w:left="3600" w:hanging="360"/>
      </w:pPr>
    </w:lvl>
    <w:lvl w:ilvl="5" w:tplc="996C6122">
      <w:start w:val="1"/>
      <w:numFmt w:val="lowerRoman"/>
      <w:lvlText w:val="%6."/>
      <w:lvlJc w:val="right"/>
      <w:pPr>
        <w:ind w:left="4320" w:hanging="180"/>
      </w:pPr>
    </w:lvl>
    <w:lvl w:ilvl="6" w:tplc="BCD6D578">
      <w:start w:val="1"/>
      <w:numFmt w:val="decimal"/>
      <w:lvlText w:val="%7."/>
      <w:lvlJc w:val="left"/>
      <w:pPr>
        <w:ind w:left="5040" w:hanging="360"/>
      </w:pPr>
    </w:lvl>
    <w:lvl w:ilvl="7" w:tplc="18921B22">
      <w:start w:val="1"/>
      <w:numFmt w:val="lowerLetter"/>
      <w:lvlText w:val="%8."/>
      <w:lvlJc w:val="left"/>
      <w:pPr>
        <w:ind w:left="5760" w:hanging="360"/>
      </w:pPr>
    </w:lvl>
    <w:lvl w:ilvl="8" w:tplc="4D36A910">
      <w:start w:val="1"/>
      <w:numFmt w:val="lowerRoman"/>
      <w:lvlText w:val="%9."/>
      <w:lvlJc w:val="right"/>
      <w:pPr>
        <w:ind w:left="6480" w:hanging="180"/>
      </w:pPr>
    </w:lvl>
  </w:abstractNum>
  <w:num w:numId="1" w16cid:durableId="1904413432">
    <w:abstractNumId w:val="10"/>
  </w:num>
  <w:num w:numId="2" w16cid:durableId="487404242">
    <w:abstractNumId w:val="8"/>
  </w:num>
  <w:num w:numId="3" w16cid:durableId="1825928694">
    <w:abstractNumId w:val="6"/>
  </w:num>
  <w:num w:numId="4" w16cid:durableId="948466331">
    <w:abstractNumId w:val="5"/>
  </w:num>
  <w:num w:numId="5" w16cid:durableId="1232810562">
    <w:abstractNumId w:val="4"/>
  </w:num>
  <w:num w:numId="6" w16cid:durableId="1700738957">
    <w:abstractNumId w:val="7"/>
  </w:num>
  <w:num w:numId="7" w16cid:durableId="1724526891">
    <w:abstractNumId w:val="3"/>
  </w:num>
  <w:num w:numId="8" w16cid:durableId="798037500">
    <w:abstractNumId w:val="2"/>
  </w:num>
  <w:num w:numId="9" w16cid:durableId="2081520926">
    <w:abstractNumId w:val="1"/>
  </w:num>
  <w:num w:numId="10" w16cid:durableId="1640455085">
    <w:abstractNumId w:val="0"/>
  </w:num>
  <w:num w:numId="11" w16cid:durableId="1930967046">
    <w:abstractNumId w:val="7"/>
  </w:num>
  <w:num w:numId="12" w16cid:durableId="1283340298">
    <w:abstractNumId w:val="7"/>
  </w:num>
  <w:num w:numId="13" w16cid:durableId="452943385">
    <w:abstractNumId w:val="7"/>
  </w:num>
  <w:num w:numId="14" w16cid:durableId="152529274">
    <w:abstractNumId w:val="7"/>
  </w:num>
  <w:num w:numId="15" w16cid:durableId="74329017">
    <w:abstractNumId w:val="9"/>
  </w:num>
  <w:num w:numId="16" w16cid:durableId="6235864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5B44"/>
    <w:rsid w:val="0006063C"/>
    <w:rsid w:val="00065966"/>
    <w:rsid w:val="000938D0"/>
    <w:rsid w:val="000D061A"/>
    <w:rsid w:val="000E301D"/>
    <w:rsid w:val="0010563D"/>
    <w:rsid w:val="0011733F"/>
    <w:rsid w:val="001212F8"/>
    <w:rsid w:val="00125349"/>
    <w:rsid w:val="0015074B"/>
    <w:rsid w:val="001B15B6"/>
    <w:rsid w:val="001B3717"/>
    <w:rsid w:val="001E15B4"/>
    <w:rsid w:val="001F6683"/>
    <w:rsid w:val="0029639D"/>
    <w:rsid w:val="002970A0"/>
    <w:rsid w:val="00326F90"/>
    <w:rsid w:val="00330569"/>
    <w:rsid w:val="00331BB1"/>
    <w:rsid w:val="003531EC"/>
    <w:rsid w:val="00376A3D"/>
    <w:rsid w:val="003A3C0A"/>
    <w:rsid w:val="003E60A6"/>
    <w:rsid w:val="004115CF"/>
    <w:rsid w:val="00482E89"/>
    <w:rsid w:val="00484ECA"/>
    <w:rsid w:val="00485DFC"/>
    <w:rsid w:val="00490350"/>
    <w:rsid w:val="00522617"/>
    <w:rsid w:val="00526B1A"/>
    <w:rsid w:val="00543676"/>
    <w:rsid w:val="005838EC"/>
    <w:rsid w:val="00590E5F"/>
    <w:rsid w:val="005A58BD"/>
    <w:rsid w:val="005B4691"/>
    <w:rsid w:val="00624E28"/>
    <w:rsid w:val="0066530C"/>
    <w:rsid w:val="006664D1"/>
    <w:rsid w:val="00672FA5"/>
    <w:rsid w:val="0067521D"/>
    <w:rsid w:val="00690725"/>
    <w:rsid w:val="006B53A1"/>
    <w:rsid w:val="006C4ECC"/>
    <w:rsid w:val="006F3F72"/>
    <w:rsid w:val="006F4EB4"/>
    <w:rsid w:val="006F5CF4"/>
    <w:rsid w:val="007513A6"/>
    <w:rsid w:val="00764027"/>
    <w:rsid w:val="007735A3"/>
    <w:rsid w:val="00776204"/>
    <w:rsid w:val="007A2BE3"/>
    <w:rsid w:val="007C72A2"/>
    <w:rsid w:val="00802FE1"/>
    <w:rsid w:val="00821CC9"/>
    <w:rsid w:val="00822457"/>
    <w:rsid w:val="00835554"/>
    <w:rsid w:val="008804A6"/>
    <w:rsid w:val="00891681"/>
    <w:rsid w:val="008F687D"/>
    <w:rsid w:val="0095271F"/>
    <w:rsid w:val="009552CD"/>
    <w:rsid w:val="009B35FD"/>
    <w:rsid w:val="00A20945"/>
    <w:rsid w:val="00A80FCA"/>
    <w:rsid w:val="00A87368"/>
    <w:rsid w:val="00AA1D8D"/>
    <w:rsid w:val="00B47730"/>
    <w:rsid w:val="00BC7105"/>
    <w:rsid w:val="00BD3448"/>
    <w:rsid w:val="00CA1019"/>
    <w:rsid w:val="00CB0664"/>
    <w:rsid w:val="00D039E6"/>
    <w:rsid w:val="00D76EBA"/>
    <w:rsid w:val="00DB4850"/>
    <w:rsid w:val="00DC0FC4"/>
    <w:rsid w:val="00DF6F88"/>
    <w:rsid w:val="00E15F71"/>
    <w:rsid w:val="00E16F9C"/>
    <w:rsid w:val="00E57AEA"/>
    <w:rsid w:val="00F04F15"/>
    <w:rsid w:val="00F079CC"/>
    <w:rsid w:val="00F12B01"/>
    <w:rsid w:val="00F13AC9"/>
    <w:rsid w:val="00F51945"/>
    <w:rsid w:val="00F61089"/>
    <w:rsid w:val="00F94ABE"/>
    <w:rsid w:val="00FC0F98"/>
    <w:rsid w:val="00FC693F"/>
    <w:rsid w:val="06AC298A"/>
    <w:rsid w:val="0B1ECF99"/>
    <w:rsid w:val="16B3E719"/>
    <w:rsid w:val="17F391C4"/>
    <w:rsid w:val="1EB960D5"/>
    <w:rsid w:val="450F5771"/>
    <w:rsid w:val="475704D4"/>
    <w:rsid w:val="483E86E8"/>
    <w:rsid w:val="64EFEC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5A3CF4AF-66EE-403A-8051-EEB3FF043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2"/>
      </w:numPr>
      <w:contextualSpacing/>
    </w:pPr>
  </w:style>
  <w:style w:type="paragraph" w:styleId="ListBullet2">
    <w:name w:val="List Bullet 2"/>
    <w:basedOn w:val="Normal"/>
    <w:uiPriority w:val="99"/>
    <w:unhideWhenUsed/>
    <w:rsid w:val="00326F90"/>
    <w:pPr>
      <w:numPr>
        <w:numId w:val="3"/>
      </w:numPr>
      <w:contextualSpacing/>
    </w:pPr>
  </w:style>
  <w:style w:type="paragraph" w:styleId="ListBullet3">
    <w:name w:val="List Bullet 3"/>
    <w:basedOn w:val="Normal"/>
    <w:uiPriority w:val="99"/>
    <w:unhideWhenUsed/>
    <w:rsid w:val="00326F90"/>
    <w:pPr>
      <w:numPr>
        <w:numId w:val="4"/>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7"/>
      </w:numPr>
      <w:contextualSpacing/>
    </w:pPr>
  </w:style>
  <w:style w:type="paragraph" w:styleId="ListNumber3">
    <w:name w:val="List Number 3"/>
    <w:basedOn w:val="Normal"/>
    <w:uiPriority w:val="99"/>
    <w:unhideWhenUsed/>
    <w:rsid w:val="0029639D"/>
    <w:pPr>
      <w:numPr>
        <w:numId w:val="8"/>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ListParagraphChar">
    <w:name w:val="List Paragraph Char"/>
    <w:basedOn w:val="DefaultParagraphFont"/>
    <w:link w:val="ListParagraph"/>
    <w:uiPriority w:val="34"/>
    <w:locked/>
    <w:rsid w:val="005B4691"/>
    <w:rPr>
      <w:rFonts w:ascii="Aptos" w:hAnsi="Apto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1bfcb1a-24dc-4dc8-af53-96eee3eaa63a" xsi:nil="true"/>
    <lcf76f155ced4ddcb4097134ff3c332f xmlns="7b2e75b7-6bbb-4116-8235-13c7bb1361b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4E626DB608D148B88213EB39F9A226" ma:contentTypeVersion="12" ma:contentTypeDescription="Create a new document." ma:contentTypeScope="" ma:versionID="ece3f683b147b0d79d0733ba57978b09">
  <xsd:schema xmlns:xsd="http://www.w3.org/2001/XMLSchema" xmlns:xs="http://www.w3.org/2001/XMLSchema" xmlns:p="http://schemas.microsoft.com/office/2006/metadata/properties" xmlns:ns2="7b2e75b7-6bbb-4116-8235-13c7bb1361bc" xmlns:ns3="51bfcb1a-24dc-4dc8-af53-96eee3eaa63a" targetNamespace="http://schemas.microsoft.com/office/2006/metadata/properties" ma:root="true" ma:fieldsID="575f27a3ee813c874bb08d7dc83fd6eb" ns2:_="" ns3:_="">
    <xsd:import namespace="7b2e75b7-6bbb-4116-8235-13c7bb1361bc"/>
    <xsd:import namespace="51bfcb1a-24dc-4dc8-af53-96eee3eaa6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2e75b7-6bbb-4116-8235-13c7bb1361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bfcb1a-24dc-4dc8-af53-96eee3eaa6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f175010-19d6-4685-bcae-cd81dcb37fac}" ma:internalName="TaxCatchAll" ma:showField="CatchAllData" ma:web="51bfcb1a-24dc-4dc8-af53-96eee3eaa6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12B1C2-6D05-4CE7-A026-B812173EEE5B}">
  <ds:schemaRefs>
    <ds:schemaRef ds:uri="http://schemas.microsoft.com/office/2006/metadata/properties"/>
    <ds:schemaRef ds:uri="http://schemas.microsoft.com/office/infopath/2007/PartnerControls"/>
    <ds:schemaRef ds:uri="51bfcb1a-24dc-4dc8-af53-96eee3eaa63a"/>
    <ds:schemaRef ds:uri="7b2e75b7-6bbb-4116-8235-13c7bb1361bc"/>
  </ds:schemaRefs>
</ds:datastoreItem>
</file>

<file path=customXml/itemProps2.xml><?xml version="1.0" encoding="utf-8"?>
<ds:datastoreItem xmlns:ds="http://schemas.openxmlformats.org/officeDocument/2006/customXml" ds:itemID="{04C3FC56-CBF9-4E1F-8841-45170F0BBC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2e75b7-6bbb-4116-8235-13c7bb1361bc"/>
    <ds:schemaRef ds:uri="51bfcb1a-24dc-4dc8-af53-96eee3eaa6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70E0F030-9BA7-4BEF-A893-8CE95CA889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507</Words>
  <Characters>2895</Characters>
  <Application>Microsoft Office Word</Application>
  <DocSecurity>0</DocSecurity>
  <Lines>24</Lines>
  <Paragraphs>6</Paragraphs>
  <ScaleCrop>false</ScaleCrop>
  <Manager/>
  <Company/>
  <LinksUpToDate>false</LinksUpToDate>
  <CharactersWithSpaces>3396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Carina Ilescu</cp:lastModifiedBy>
  <cp:revision>62</cp:revision>
  <dcterms:created xsi:type="dcterms:W3CDTF">2013-12-23T23:15:00Z</dcterms:created>
  <dcterms:modified xsi:type="dcterms:W3CDTF">2026-10-28T13:47:00Z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0x010100ED4E626DB608D148B88213EB39F9A226</vt:lpwstr>
  </property>
  <property fmtid="{D5CDD505-2E9C-101B-9397-08002B2CF9AE}" pid="3" name="MediaServiceImageTags">
    <vt:lpwstr/>
  </property>
</Properties>
</file>