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17BC1" w14:textId="77777777" w:rsidR="00822457" w:rsidRPr="005B7111" w:rsidRDefault="00822457" w:rsidP="00822457">
      <w:pPr>
        <w:spacing w:after="13" w:line="248" w:lineRule="auto"/>
        <w:ind w:left="-5" w:right="74"/>
        <w:rPr>
          <w:rFonts w:ascii="Calibri" w:eastAsiaTheme="minorHAnsi" w:hAnsi="Calibri" w:cs="Calibri"/>
          <w:i/>
          <w:iCs/>
          <w:color w:val="4F81BD" w:themeColor="accent1"/>
          <w:lang w:val="ru-RU"/>
        </w:rPr>
      </w:pPr>
      <w:r>
        <w:rPr>
          <w:rFonts w:ascii="Calibri" w:eastAsiaTheme="minorHAnsi" w:hAnsi="Calibri" w:cs="Calibri"/>
          <w:i/>
          <w:iCs/>
          <w:color w:val="4F81BD" w:themeColor="accent1"/>
          <w:lang w:val="ru-RU"/>
        </w:rPr>
        <w:t>Указывается имя заявительницы</w:t>
      </w:r>
    </w:p>
    <w:p w14:paraId="66FF5C3F" w14:textId="7C3B86A2" w:rsidR="00A80FCA" w:rsidRPr="00F13AC9" w:rsidRDefault="00891681" w:rsidP="00F12B01">
      <w:pPr>
        <w:spacing w:after="60"/>
        <w:jc w:val="right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b/>
          <w:bCs/>
          <w:lang w:val="ru-RU"/>
        </w:rPr>
        <w:t>ПРИЛОЖЕНИЕ B</w:t>
      </w:r>
    </w:p>
    <w:p w14:paraId="2F37516F" w14:textId="77777777" w:rsidR="00F12B01" w:rsidRPr="00F13AC9" w:rsidRDefault="00F12B01" w:rsidP="00F12B01">
      <w:pPr>
        <w:spacing w:after="60"/>
        <w:jc w:val="right"/>
        <w:rPr>
          <w:rFonts w:ascii="Calibri" w:hAnsi="Calibri" w:cs="Calibri"/>
          <w:b/>
          <w:bCs/>
          <w:lang w:val="ru-RU"/>
        </w:rPr>
      </w:pPr>
    </w:p>
    <w:p w14:paraId="4BF85CDB" w14:textId="077B9A3E" w:rsidR="006B53A1" w:rsidRPr="00672FA5" w:rsidRDefault="006F3F72" w:rsidP="006B53A1">
      <w:pPr>
        <w:snapToGrid w:val="0"/>
        <w:spacing w:after="0" w:line="240" w:lineRule="auto"/>
        <w:ind w:left="714" w:hanging="357"/>
        <w:jc w:val="center"/>
        <w:rPr>
          <w:rFonts w:ascii="Calibri" w:hAnsi="Calibri" w:cs="Calibri"/>
          <w:b/>
          <w:bCs/>
          <w:sz w:val="28"/>
          <w:szCs w:val="28"/>
          <w:lang w:val="ru-RU"/>
        </w:rPr>
      </w:pPr>
      <w:r>
        <w:rPr>
          <w:rFonts w:ascii="Calibri" w:hAnsi="Calibri" w:cs="Calibri"/>
          <w:b/>
          <w:bCs/>
          <w:sz w:val="28"/>
          <w:szCs w:val="28"/>
          <w:lang w:val="ru-RU"/>
        </w:rPr>
        <w:t>Декларация об участии и обязательство</w:t>
      </w:r>
    </w:p>
    <w:p w14:paraId="4F2C5B41" w14:textId="6FEEC21F" w:rsidR="00A80FCA" w:rsidRPr="00F13AC9" w:rsidRDefault="00891681" w:rsidP="475704D4">
      <w:pPr>
        <w:spacing w:before="120" w:after="80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b/>
          <w:bCs/>
          <w:lang w:val="ru-RU"/>
        </w:rPr>
        <w:t>Идентификационные данные заявительницы:</w:t>
      </w:r>
    </w:p>
    <w:p w14:paraId="73B59EF5" w14:textId="423A0538" w:rsidR="00A80FCA" w:rsidRPr="00F13AC9" w:rsidRDefault="005A58BD" w:rsidP="475704D4">
      <w:pPr>
        <w:spacing w:after="4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Фамилия, имя / Наименование предприятия: _______________________________________</w:t>
      </w:r>
    </w:p>
    <w:p w14:paraId="2C628509" w14:textId="2B99F497" w:rsidR="00A80FCA" w:rsidRPr="00F13AC9" w:rsidRDefault="00891681" w:rsidP="475704D4">
      <w:pPr>
        <w:spacing w:after="4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IDNP / Налоговый код: _____________________________________________________________</w:t>
      </w:r>
    </w:p>
    <w:p w14:paraId="5BD29248" w14:textId="77777777" w:rsidR="00A80FCA" w:rsidRPr="00F13AC9" w:rsidRDefault="00891681" w:rsidP="475704D4">
      <w:pPr>
        <w:spacing w:after="4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Телефон: _________________________   E-mail: ___________________________________</w:t>
      </w:r>
    </w:p>
    <w:p w14:paraId="733928DD" w14:textId="39EF5913" w:rsidR="00A80FCA" w:rsidRPr="00F13AC9" w:rsidRDefault="0011733F" w:rsidP="475704D4">
      <w:pPr>
        <w:spacing w:before="160" w:after="160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Настоящим я, _________________________ (фамилия, имя) выражаю намерение участвовать в качестве заявительницы в конкурсе</w:t>
      </w:r>
      <w:r>
        <w:rPr>
          <w:rFonts w:ascii="Calibri" w:hAnsi="Calibri" w:cs="Calibri"/>
          <w:i/>
          <w:iCs/>
          <w:lang w:val="ru-RU"/>
        </w:rPr>
        <w:t xml:space="preserve"> </w:t>
      </w:r>
      <w:r>
        <w:rPr>
          <w:rFonts w:ascii="Calibri" w:hAnsi="Calibri" w:cs="Calibri"/>
          <w:lang w:val="ru-RU"/>
        </w:rPr>
        <w:t>по</w:t>
      </w:r>
      <w:r>
        <w:rPr>
          <w:rFonts w:ascii="Calibri" w:hAnsi="Calibri" w:cs="Calibri"/>
          <w:i/>
          <w:iCs/>
          <w:lang w:val="ru-RU"/>
        </w:rPr>
        <w:t xml:space="preserve"> отбору женщин – владелиц земельных участков для практического испытания субтропических культур в рамках проекта «</w:t>
      </w:r>
      <w:r>
        <w:rPr>
          <w:rFonts w:ascii="Calibri" w:hAnsi="Calibri" w:cs="Calibri"/>
          <w:b/>
          <w:bCs/>
          <w:i/>
          <w:iCs/>
          <w:lang w:val="ru-RU"/>
        </w:rPr>
        <w:t>Повышение устойчивости к изменению климата и расширение прав и возможностей женщин в Молдове</w:t>
      </w:r>
      <w:r>
        <w:rPr>
          <w:rFonts w:ascii="Calibri" w:hAnsi="Calibri" w:cs="Calibri"/>
          <w:i/>
          <w:iCs/>
          <w:lang w:val="ru-RU"/>
        </w:rPr>
        <w:t>»</w:t>
      </w:r>
      <w:r>
        <w:rPr>
          <w:rFonts w:ascii="Calibri" w:hAnsi="Calibri" w:cs="Calibri"/>
          <w:lang w:val="ru-RU"/>
        </w:rPr>
        <w:t>, заявляю под собственную ответственность, что:</w:t>
      </w:r>
    </w:p>
    <w:p w14:paraId="72E19A6C" w14:textId="263641CD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Я непосредственно отвечаю за подготовку и реализацию предлагаемого проекта и не выступаю в качестве посредника для другого заявителя или для другой инициативы.</w:t>
      </w:r>
    </w:p>
    <w:p w14:paraId="53EE100D" w14:textId="6BCAD377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Данные, представленные в форме заявки, и приложенные документы являются полными, верными и соответствуют действительности, а по требованию организатора я обязуюсь представить соответствующие подтверждающие документы.</w:t>
      </w:r>
    </w:p>
    <w:p w14:paraId="6EEAB56F" w14:textId="54C535BD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Заявительница отвечает условиям приемлемости, предусмотренным в объявлении о конкурсе и в руководстве заявителя, в отношении участка, на который подаёт заявку, и не имеет неурегулированных споров, которые могли бы повлиять на реализацию проекта.</w:t>
      </w:r>
    </w:p>
    <w:p w14:paraId="0C31FEFE" w14:textId="0F149872" w:rsidR="00E16F9C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Заявительница не находится в процессе несостоятельности (банкротства), судебной реорганизации или ликвидации и, насколько мне известно, в суд не подано заявление о возбуждении процесса несостоятельности (банкротства) в отношении заявительницы.</w:t>
      </w:r>
    </w:p>
    <w:p w14:paraId="7930167F" w14:textId="3448ABFD" w:rsidR="0B1ECF99" w:rsidRPr="00F13AC9" w:rsidRDefault="0B1ECF99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Подтверждаю, что заявительница имеет или получит до начала соответствующих мероприятий все необходимые разрешения, заключения и согласования, включая экологические, если они применимы к предлагаемому проекту.</w:t>
      </w:r>
    </w:p>
    <w:p w14:paraId="1AA03D81" w14:textId="7A4AA702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Я понимаю и принимаю, что поддержка, предоставляемая в рамках конкурса, является безвозвратной и неденежной и предоставляется в виде товаров.</w:t>
      </w:r>
    </w:p>
    <w:p w14:paraId="1064402E" w14:textId="01C32344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Я обязуюсь использовать полученные товары исключительно для реализации утверждённого проекта и в соответствии с условиями, установленными в соглашении о поддержке.</w:t>
      </w:r>
    </w:p>
    <w:p w14:paraId="7A4B6B88" w14:textId="17FD4274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Я даю согласие на предоставление, доступ и обработку персональных данных и данных, относящихся к предприятию, в целях оценки заявки, заключения договора, мониторинга, отчётности и популяризации результатов конкурса в соответствии с применимым законодательством.</w:t>
      </w:r>
    </w:p>
    <w:p w14:paraId="3A693286" w14:textId="77777777" w:rsidR="00A80FCA" w:rsidRPr="00F13AC9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Заявляю, что электронный адрес, указанный в пакете документов заявки, является достоверным, действующим и регулярно проверяется, и принимаю, что информация, направленная командой </w:t>
      </w:r>
      <w:r>
        <w:rPr>
          <w:rFonts w:ascii="Calibri" w:hAnsi="Calibri" w:cs="Calibri"/>
          <w:lang w:val="ru-RU"/>
        </w:rPr>
        <w:lastRenderedPageBreak/>
        <w:t>проекта на этот адрес, будет считаться официально сообщённой. В случае его изменения я обязуюсь незамедлительно уведомить команду проекта.</w:t>
      </w:r>
    </w:p>
    <w:p w14:paraId="70C40ABB" w14:textId="77777777" w:rsidR="00A80FCA" w:rsidRDefault="00891681" w:rsidP="475704D4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Я даю согласие на использование и распространение организаторами </w:t>
      </w:r>
      <w:proofErr w:type="spellStart"/>
      <w:r>
        <w:rPr>
          <w:rFonts w:ascii="Calibri" w:hAnsi="Calibri" w:cs="Calibri"/>
          <w:lang w:val="ru-RU"/>
        </w:rPr>
        <w:t>неконфиденциальной</w:t>
      </w:r>
      <w:proofErr w:type="spellEnd"/>
      <w:r>
        <w:rPr>
          <w:rFonts w:ascii="Calibri" w:hAnsi="Calibri" w:cs="Calibri"/>
          <w:lang w:val="ru-RU"/>
        </w:rPr>
        <w:t xml:space="preserve"> информации, результатов проекта, изображений и материалов, связанных с поддерживаемой инициативой, в целях обеспечения узнаваемости, публичного информирования и отчётности.</w:t>
      </w:r>
    </w:p>
    <w:p w14:paraId="268AC1B8" w14:textId="77777777" w:rsidR="005B4691" w:rsidRPr="005B4691" w:rsidRDefault="005B4691" w:rsidP="005B4691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В случае отбора я обязуюсь участвовать во всех этапах конкурса (24 месяца);</w:t>
      </w:r>
    </w:p>
    <w:p w14:paraId="34368809" w14:textId="51CFF6FC" w:rsidR="005B4691" w:rsidRPr="005B4691" w:rsidRDefault="005B4691" w:rsidP="005B4691">
      <w:pPr>
        <w:pStyle w:val="ListNumber"/>
        <w:spacing w:after="80" w:line="269" w:lineRule="auto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Я ознакомлена с тем, что неверное или ложное представление данных/информации, содержащихся в пакете документов заявки, может повлечь её отклонение либо </w:t>
      </w:r>
      <w:r w:rsidR="00780E7D">
        <w:rPr>
          <w:rFonts w:ascii="Calibri" w:hAnsi="Calibri" w:cs="Calibri"/>
          <w:lang w:val="ru-RU"/>
        </w:rPr>
        <w:t>не отбор</w:t>
      </w:r>
      <w:r>
        <w:rPr>
          <w:rFonts w:ascii="Calibri" w:hAnsi="Calibri" w:cs="Calibri"/>
          <w:lang w:val="ru-RU"/>
        </w:rPr>
        <w:t xml:space="preserve"> заявительницы.</w:t>
      </w:r>
    </w:p>
    <w:p w14:paraId="02D8084C" w14:textId="77777777" w:rsidR="00522617" w:rsidRPr="005B4691" w:rsidRDefault="00522617" w:rsidP="005B4691">
      <w:pPr>
        <w:pStyle w:val="ListNumber"/>
        <w:numPr>
          <w:ilvl w:val="0"/>
          <w:numId w:val="0"/>
        </w:numPr>
        <w:spacing w:after="80" w:line="269" w:lineRule="auto"/>
        <w:ind w:left="360"/>
        <w:jc w:val="both"/>
        <w:rPr>
          <w:rFonts w:ascii="Calibri" w:hAnsi="Calibri" w:cs="Calibri"/>
          <w:lang w:val="ru-RU"/>
        </w:rPr>
      </w:pPr>
    </w:p>
    <w:p w14:paraId="364B117B" w14:textId="77777777" w:rsidR="00522617" w:rsidRPr="00F13AC9" w:rsidRDefault="00522617" w:rsidP="00522617">
      <w:pPr>
        <w:pStyle w:val="ListNumber"/>
        <w:numPr>
          <w:ilvl w:val="0"/>
          <w:numId w:val="0"/>
        </w:numPr>
        <w:spacing w:after="80" w:line="269" w:lineRule="auto"/>
        <w:ind w:left="360"/>
        <w:jc w:val="both"/>
        <w:rPr>
          <w:rFonts w:ascii="Calibri" w:hAnsi="Calibri" w:cs="Calibri"/>
          <w:lang w:val="ru-RU"/>
        </w:rPr>
      </w:pPr>
    </w:p>
    <w:p w14:paraId="531924F7" w14:textId="77777777" w:rsidR="00522617" w:rsidRPr="00F13AC9" w:rsidRDefault="00522617" w:rsidP="00522617">
      <w:pPr>
        <w:pStyle w:val="ListNumber"/>
        <w:numPr>
          <w:ilvl w:val="0"/>
          <w:numId w:val="0"/>
        </w:numPr>
        <w:spacing w:after="80" w:line="269" w:lineRule="auto"/>
        <w:ind w:left="360"/>
        <w:jc w:val="both"/>
        <w:rPr>
          <w:rFonts w:ascii="Calibri" w:hAnsi="Calibri" w:cs="Calibri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30"/>
        <w:gridCol w:w="4446"/>
      </w:tblGrid>
      <w:tr w:rsidR="00A80FCA" w:rsidRPr="00F13AC9" w14:paraId="3166DDC1" w14:textId="77777777" w:rsidTr="00543676"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F4B8A1" w14:textId="74024BB0" w:rsidR="00A80FCA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Дата: ____ / __________________ / 202</w:t>
            </w:r>
            <w:r w:rsidR="00190FA8">
              <w:rPr>
                <w:rFonts w:ascii="Calibri" w:hAnsi="Calibri" w:cs="Calibri"/>
                <w:lang w:val="ru-RU"/>
              </w:rPr>
              <w:t>7</w:t>
            </w: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5BDE2A" w14:textId="77777777" w:rsidR="00A80FCA" w:rsidRPr="00F13AC9" w:rsidRDefault="00A80FCA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</w:p>
        </w:tc>
      </w:tr>
      <w:tr w:rsidR="00A80FCA" w:rsidRPr="00F13AC9" w14:paraId="62AFBD93" w14:textId="77777777" w:rsidTr="00543676"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560F8D" w14:textId="686C600B" w:rsidR="00A80FCA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Фамилия и имя: ___________________________</w:t>
            </w: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9F7747" w14:textId="5251E6F3" w:rsidR="00A80FCA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Должность (при необходимости): ______________________</w:t>
            </w:r>
          </w:p>
        </w:tc>
      </w:tr>
      <w:tr w:rsidR="00A80FCA" w:rsidRPr="00F13AC9" w14:paraId="2B0D1426" w14:textId="77777777" w:rsidTr="00543676">
        <w:tc>
          <w:tcPr>
            <w:tcW w:w="5130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F3AF75" w14:textId="77777777" w:rsidR="008804A6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Подпись:</w:t>
            </w:r>
          </w:p>
          <w:p w14:paraId="0B08A7FE" w14:textId="7959D956" w:rsidR="00A80FCA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 xml:space="preserve"> _________________________________________</w:t>
            </w: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A0C95C" w14:textId="77777777" w:rsidR="008804A6" w:rsidRPr="00F13AC9" w:rsidRDefault="00891681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 xml:space="preserve">Печать (при наличии): </w:t>
            </w:r>
          </w:p>
          <w:p w14:paraId="66216ADA" w14:textId="4D9ECEAE" w:rsidR="00A80FCA" w:rsidRPr="00F13AC9" w:rsidRDefault="00A80FCA" w:rsidP="475704D4">
            <w:pPr>
              <w:spacing w:before="40" w:after="120" w:line="264" w:lineRule="auto"/>
              <w:rPr>
                <w:rFonts w:ascii="Calibri" w:hAnsi="Calibri" w:cs="Calibri"/>
                <w:lang w:val="ru-RU"/>
              </w:rPr>
            </w:pPr>
          </w:p>
        </w:tc>
      </w:tr>
    </w:tbl>
    <w:p w14:paraId="4FBA0C36" w14:textId="77777777" w:rsidR="006F4EB4" w:rsidRPr="00F13AC9" w:rsidRDefault="006F4EB4" w:rsidP="475704D4">
      <w:pPr>
        <w:rPr>
          <w:rFonts w:ascii="Calibri" w:hAnsi="Calibri" w:cs="Calibri"/>
          <w:lang w:val="ru-RU"/>
        </w:rPr>
      </w:pPr>
    </w:p>
    <w:sectPr w:rsidR="006F4EB4" w:rsidRPr="00F13AC9" w:rsidSect="00802FE1">
      <w:headerReference w:type="default" r:id="rId11"/>
      <w:pgSz w:w="12240" w:h="15840"/>
      <w:pgMar w:top="2236" w:right="124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CF7A2" w14:textId="77777777" w:rsidR="00B33918" w:rsidRDefault="00B33918" w:rsidP="00802FE1">
      <w:pPr>
        <w:spacing w:after="0" w:line="240" w:lineRule="auto"/>
      </w:pPr>
      <w:r>
        <w:separator/>
      </w:r>
    </w:p>
  </w:endnote>
  <w:endnote w:type="continuationSeparator" w:id="0">
    <w:p w14:paraId="2D48B313" w14:textId="77777777" w:rsidR="00B33918" w:rsidRDefault="00B33918" w:rsidP="00802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B634" w14:textId="77777777" w:rsidR="00B33918" w:rsidRDefault="00B33918" w:rsidP="00802FE1">
      <w:pPr>
        <w:spacing w:after="0" w:line="240" w:lineRule="auto"/>
      </w:pPr>
      <w:r>
        <w:separator/>
      </w:r>
    </w:p>
  </w:footnote>
  <w:footnote w:type="continuationSeparator" w:id="0">
    <w:p w14:paraId="7B7A94DA" w14:textId="77777777" w:rsidR="00B33918" w:rsidRDefault="00B33918" w:rsidP="00802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A434" w14:textId="65BFBB86" w:rsidR="00802FE1" w:rsidRDefault="004115CF">
    <w:pPr>
      <w:pStyle w:val="Header"/>
    </w:pPr>
    <w:r w:rsidRPr="00027659">
      <w:rPr>
        <w:noProof/>
      </w:rPr>
      <w:drawing>
        <wp:anchor distT="0" distB="0" distL="114300" distR="114300" simplePos="0" relativeHeight="251674624" behindDoc="1" locked="0" layoutInCell="1" allowOverlap="1" wp14:anchorId="5D7ED5CB" wp14:editId="0CB2255C">
          <wp:simplePos x="0" y="0"/>
          <wp:positionH relativeFrom="column">
            <wp:posOffset>509905</wp:posOffset>
          </wp:positionH>
          <wp:positionV relativeFrom="paragraph">
            <wp:posOffset>-76200</wp:posOffset>
          </wp:positionV>
          <wp:extent cx="1752600" cy="701040"/>
          <wp:effectExtent l="0" t="0" r="0" b="3810"/>
          <wp:wrapSquare wrapText="bothSides"/>
          <wp:docPr id="1000084450" name="Picture 1000084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27659">
      <w:rPr>
        <w:noProof/>
      </w:rPr>
      <w:drawing>
        <wp:anchor distT="0" distB="0" distL="114300" distR="114300" simplePos="0" relativeHeight="251660288" behindDoc="1" locked="0" layoutInCell="1" allowOverlap="1" wp14:anchorId="7992DDBB" wp14:editId="3BD2C807">
          <wp:simplePos x="0" y="0"/>
          <wp:positionH relativeFrom="column">
            <wp:posOffset>3082290</wp:posOffset>
          </wp:positionH>
          <wp:positionV relativeFrom="paragraph">
            <wp:posOffset>19050</wp:posOffset>
          </wp:positionV>
          <wp:extent cx="1732280" cy="766445"/>
          <wp:effectExtent l="0" t="0" r="1270" b="0"/>
          <wp:wrapNone/>
          <wp:docPr id="1999321491" name="Picture 1999321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280" cy="766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1CC9">
      <w:rPr>
        <w:noProof/>
      </w:rPr>
      <w:drawing>
        <wp:anchor distT="0" distB="0" distL="114300" distR="114300" simplePos="0" relativeHeight="251644928" behindDoc="1" locked="0" layoutInCell="1" allowOverlap="1" wp14:anchorId="79743F21" wp14:editId="1B2F2753">
          <wp:simplePos x="0" y="0"/>
          <wp:positionH relativeFrom="column">
            <wp:posOffset>5491480</wp:posOffset>
          </wp:positionH>
          <wp:positionV relativeFrom="paragraph">
            <wp:posOffset>-295275</wp:posOffset>
          </wp:positionV>
          <wp:extent cx="781050" cy="1181100"/>
          <wp:effectExtent l="0" t="0" r="0" b="0"/>
          <wp:wrapNone/>
          <wp:docPr id="2126559863" name="drawing" title="A blue and white logo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559863" name="Picture 212655986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2AA04B" w14:textId="00353FD8" w:rsidR="16B3E719" w:rsidRDefault="16B3E719" w:rsidP="64EFE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43E3D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5B2169"/>
    <w:multiLevelType w:val="hybridMultilevel"/>
    <w:tmpl w:val="A066184A"/>
    <w:lvl w:ilvl="0" w:tplc="0E541048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65" w:hanging="360"/>
      </w:pPr>
    </w:lvl>
    <w:lvl w:ilvl="2" w:tplc="FFFFFFFF" w:tentative="1">
      <w:start w:val="1"/>
      <w:numFmt w:val="lowerRoman"/>
      <w:lvlText w:val="%3."/>
      <w:lvlJc w:val="right"/>
      <w:pPr>
        <w:ind w:left="1785" w:hanging="180"/>
      </w:pPr>
    </w:lvl>
    <w:lvl w:ilvl="3" w:tplc="FFFFFFFF" w:tentative="1">
      <w:start w:val="1"/>
      <w:numFmt w:val="decimal"/>
      <w:lvlText w:val="%4."/>
      <w:lvlJc w:val="left"/>
      <w:pPr>
        <w:ind w:left="2505" w:hanging="360"/>
      </w:pPr>
    </w:lvl>
    <w:lvl w:ilvl="4" w:tplc="FFFFFFFF" w:tentative="1">
      <w:start w:val="1"/>
      <w:numFmt w:val="lowerLetter"/>
      <w:lvlText w:val="%5."/>
      <w:lvlJc w:val="left"/>
      <w:pPr>
        <w:ind w:left="3225" w:hanging="360"/>
      </w:pPr>
    </w:lvl>
    <w:lvl w:ilvl="5" w:tplc="FFFFFFFF" w:tentative="1">
      <w:start w:val="1"/>
      <w:numFmt w:val="lowerRoman"/>
      <w:lvlText w:val="%6."/>
      <w:lvlJc w:val="right"/>
      <w:pPr>
        <w:ind w:left="3945" w:hanging="180"/>
      </w:pPr>
    </w:lvl>
    <w:lvl w:ilvl="6" w:tplc="FFFFFFFF" w:tentative="1">
      <w:start w:val="1"/>
      <w:numFmt w:val="decimal"/>
      <w:lvlText w:val="%7."/>
      <w:lvlJc w:val="left"/>
      <w:pPr>
        <w:ind w:left="4665" w:hanging="360"/>
      </w:pPr>
    </w:lvl>
    <w:lvl w:ilvl="7" w:tplc="FFFFFFFF" w:tentative="1">
      <w:start w:val="1"/>
      <w:numFmt w:val="lowerLetter"/>
      <w:lvlText w:val="%8."/>
      <w:lvlJc w:val="left"/>
      <w:pPr>
        <w:ind w:left="5385" w:hanging="360"/>
      </w:pPr>
    </w:lvl>
    <w:lvl w:ilvl="8" w:tplc="FFFFFFFF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47ED9606"/>
    <w:multiLevelType w:val="hybridMultilevel"/>
    <w:tmpl w:val="E500D57E"/>
    <w:lvl w:ilvl="0" w:tplc="FCF88206">
      <w:start w:val="1"/>
      <w:numFmt w:val="decimal"/>
      <w:lvlText w:val="%1."/>
      <w:lvlJc w:val="left"/>
      <w:pPr>
        <w:ind w:left="720" w:hanging="360"/>
      </w:pPr>
    </w:lvl>
    <w:lvl w:ilvl="1" w:tplc="855A2D54">
      <w:start w:val="1"/>
      <w:numFmt w:val="lowerLetter"/>
      <w:lvlText w:val="%2."/>
      <w:lvlJc w:val="left"/>
      <w:pPr>
        <w:ind w:left="1440" w:hanging="360"/>
      </w:pPr>
    </w:lvl>
    <w:lvl w:ilvl="2" w:tplc="50542094">
      <w:start w:val="1"/>
      <w:numFmt w:val="lowerRoman"/>
      <w:lvlText w:val="%3."/>
      <w:lvlJc w:val="right"/>
      <w:pPr>
        <w:ind w:left="2160" w:hanging="180"/>
      </w:pPr>
    </w:lvl>
    <w:lvl w:ilvl="3" w:tplc="42960254">
      <w:start w:val="1"/>
      <w:numFmt w:val="decimal"/>
      <w:lvlText w:val="%4."/>
      <w:lvlJc w:val="left"/>
      <w:pPr>
        <w:ind w:left="2880" w:hanging="360"/>
      </w:pPr>
    </w:lvl>
    <w:lvl w:ilvl="4" w:tplc="C7BAC7E8">
      <w:start w:val="1"/>
      <w:numFmt w:val="lowerLetter"/>
      <w:lvlText w:val="%5."/>
      <w:lvlJc w:val="left"/>
      <w:pPr>
        <w:ind w:left="3600" w:hanging="360"/>
      </w:pPr>
    </w:lvl>
    <w:lvl w:ilvl="5" w:tplc="996C6122">
      <w:start w:val="1"/>
      <w:numFmt w:val="lowerRoman"/>
      <w:lvlText w:val="%6."/>
      <w:lvlJc w:val="right"/>
      <w:pPr>
        <w:ind w:left="4320" w:hanging="180"/>
      </w:pPr>
    </w:lvl>
    <w:lvl w:ilvl="6" w:tplc="BCD6D578">
      <w:start w:val="1"/>
      <w:numFmt w:val="decimal"/>
      <w:lvlText w:val="%7."/>
      <w:lvlJc w:val="left"/>
      <w:pPr>
        <w:ind w:left="5040" w:hanging="360"/>
      </w:pPr>
    </w:lvl>
    <w:lvl w:ilvl="7" w:tplc="18921B22">
      <w:start w:val="1"/>
      <w:numFmt w:val="lowerLetter"/>
      <w:lvlText w:val="%8."/>
      <w:lvlJc w:val="left"/>
      <w:pPr>
        <w:ind w:left="5760" w:hanging="360"/>
      </w:pPr>
    </w:lvl>
    <w:lvl w:ilvl="8" w:tplc="4D36A910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13432">
    <w:abstractNumId w:val="10"/>
  </w:num>
  <w:num w:numId="2" w16cid:durableId="487404242">
    <w:abstractNumId w:val="8"/>
  </w:num>
  <w:num w:numId="3" w16cid:durableId="1825928694">
    <w:abstractNumId w:val="6"/>
  </w:num>
  <w:num w:numId="4" w16cid:durableId="948466331">
    <w:abstractNumId w:val="5"/>
  </w:num>
  <w:num w:numId="5" w16cid:durableId="1232810562">
    <w:abstractNumId w:val="4"/>
  </w:num>
  <w:num w:numId="6" w16cid:durableId="1700738957">
    <w:abstractNumId w:val="7"/>
  </w:num>
  <w:num w:numId="7" w16cid:durableId="1724526891">
    <w:abstractNumId w:val="3"/>
  </w:num>
  <w:num w:numId="8" w16cid:durableId="798037500">
    <w:abstractNumId w:val="2"/>
  </w:num>
  <w:num w:numId="9" w16cid:durableId="2081520926">
    <w:abstractNumId w:val="1"/>
  </w:num>
  <w:num w:numId="10" w16cid:durableId="1640455085">
    <w:abstractNumId w:val="0"/>
  </w:num>
  <w:num w:numId="11" w16cid:durableId="1930967046">
    <w:abstractNumId w:val="7"/>
  </w:num>
  <w:num w:numId="12" w16cid:durableId="1283340298">
    <w:abstractNumId w:val="7"/>
  </w:num>
  <w:num w:numId="13" w16cid:durableId="452943385">
    <w:abstractNumId w:val="7"/>
  </w:num>
  <w:num w:numId="14" w16cid:durableId="152529274">
    <w:abstractNumId w:val="7"/>
  </w:num>
  <w:num w:numId="15" w16cid:durableId="74329017">
    <w:abstractNumId w:val="9"/>
  </w:num>
  <w:num w:numId="16" w16cid:durableId="623586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B44"/>
    <w:rsid w:val="0006063C"/>
    <w:rsid w:val="000938D0"/>
    <w:rsid w:val="000D061A"/>
    <w:rsid w:val="000E301D"/>
    <w:rsid w:val="0010563D"/>
    <w:rsid w:val="0011733F"/>
    <w:rsid w:val="001212F8"/>
    <w:rsid w:val="00125349"/>
    <w:rsid w:val="0015074B"/>
    <w:rsid w:val="00190FA8"/>
    <w:rsid w:val="001B15B6"/>
    <w:rsid w:val="001B3717"/>
    <w:rsid w:val="001E15B4"/>
    <w:rsid w:val="001F6683"/>
    <w:rsid w:val="0029639D"/>
    <w:rsid w:val="002970A0"/>
    <w:rsid w:val="00326F90"/>
    <w:rsid w:val="00330569"/>
    <w:rsid w:val="00331BB1"/>
    <w:rsid w:val="003531EC"/>
    <w:rsid w:val="00376A3D"/>
    <w:rsid w:val="003A3C0A"/>
    <w:rsid w:val="00404729"/>
    <w:rsid w:val="004115CF"/>
    <w:rsid w:val="00482E89"/>
    <w:rsid w:val="00484ECA"/>
    <w:rsid w:val="00485DFC"/>
    <w:rsid w:val="00490350"/>
    <w:rsid w:val="00522617"/>
    <w:rsid w:val="00526B1A"/>
    <w:rsid w:val="00543676"/>
    <w:rsid w:val="005838EC"/>
    <w:rsid w:val="00590E5F"/>
    <w:rsid w:val="005A58BD"/>
    <w:rsid w:val="005B4691"/>
    <w:rsid w:val="005B7F76"/>
    <w:rsid w:val="00624E28"/>
    <w:rsid w:val="0066530C"/>
    <w:rsid w:val="006664D1"/>
    <w:rsid w:val="00672FA5"/>
    <w:rsid w:val="0067521D"/>
    <w:rsid w:val="00690725"/>
    <w:rsid w:val="006B53A1"/>
    <w:rsid w:val="006C4ECC"/>
    <w:rsid w:val="006F3F72"/>
    <w:rsid w:val="006F4EB4"/>
    <w:rsid w:val="006F5CF4"/>
    <w:rsid w:val="007513A6"/>
    <w:rsid w:val="00764027"/>
    <w:rsid w:val="007735A3"/>
    <w:rsid w:val="00776204"/>
    <w:rsid w:val="00780E7D"/>
    <w:rsid w:val="007A2BE3"/>
    <w:rsid w:val="007C72A2"/>
    <w:rsid w:val="00802FE1"/>
    <w:rsid w:val="00821CC9"/>
    <w:rsid w:val="00822457"/>
    <w:rsid w:val="00835554"/>
    <w:rsid w:val="008804A6"/>
    <w:rsid w:val="00891681"/>
    <w:rsid w:val="008F687D"/>
    <w:rsid w:val="0095271F"/>
    <w:rsid w:val="009552CD"/>
    <w:rsid w:val="009B35FD"/>
    <w:rsid w:val="00A80FCA"/>
    <w:rsid w:val="00A87368"/>
    <w:rsid w:val="00AA1D8D"/>
    <w:rsid w:val="00B33918"/>
    <w:rsid w:val="00B410BB"/>
    <w:rsid w:val="00B47730"/>
    <w:rsid w:val="00BC7105"/>
    <w:rsid w:val="00BD3448"/>
    <w:rsid w:val="00CA1019"/>
    <w:rsid w:val="00CB0664"/>
    <w:rsid w:val="00D039E6"/>
    <w:rsid w:val="00D76EBA"/>
    <w:rsid w:val="00DB4850"/>
    <w:rsid w:val="00DC0FC4"/>
    <w:rsid w:val="00DF6F88"/>
    <w:rsid w:val="00E15F71"/>
    <w:rsid w:val="00E16F9C"/>
    <w:rsid w:val="00E57AEA"/>
    <w:rsid w:val="00F04F15"/>
    <w:rsid w:val="00F079CC"/>
    <w:rsid w:val="00F12B01"/>
    <w:rsid w:val="00F13AC9"/>
    <w:rsid w:val="00F51945"/>
    <w:rsid w:val="00F61089"/>
    <w:rsid w:val="00F94ABE"/>
    <w:rsid w:val="00FC0F98"/>
    <w:rsid w:val="00FC693F"/>
    <w:rsid w:val="06AC298A"/>
    <w:rsid w:val="0B1ECF99"/>
    <w:rsid w:val="16B3E719"/>
    <w:rsid w:val="17F391C4"/>
    <w:rsid w:val="1EB960D5"/>
    <w:rsid w:val="450F5771"/>
    <w:rsid w:val="475704D4"/>
    <w:rsid w:val="483E86E8"/>
    <w:rsid w:val="64EFE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A3CF4AF-66EE-403A-8051-EEB3FF04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B4691"/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E626DB608D148B88213EB39F9A226" ma:contentTypeVersion="12" ma:contentTypeDescription="Create a new document." ma:contentTypeScope="" ma:versionID="ece3f683b147b0d79d0733ba57978b09">
  <xsd:schema xmlns:xsd="http://www.w3.org/2001/XMLSchema" xmlns:xs="http://www.w3.org/2001/XMLSchema" xmlns:p="http://schemas.microsoft.com/office/2006/metadata/properties" xmlns:ns2="7b2e75b7-6bbb-4116-8235-13c7bb1361bc" xmlns:ns3="51bfcb1a-24dc-4dc8-af53-96eee3eaa63a" targetNamespace="http://schemas.microsoft.com/office/2006/metadata/properties" ma:root="true" ma:fieldsID="575f27a3ee813c874bb08d7dc83fd6eb" ns2:_="" ns3:_="">
    <xsd:import namespace="7b2e75b7-6bbb-4116-8235-13c7bb1361bc"/>
    <xsd:import namespace="51bfcb1a-24dc-4dc8-af53-96eee3eaa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e75b7-6bbb-4116-8235-13c7bb136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fcb1a-24dc-4dc8-af53-96eee3eaa6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175010-19d6-4685-bcae-cd81dcb37fac}" ma:internalName="TaxCatchAll" ma:showField="CatchAllData" ma:web="51bfcb1a-24dc-4dc8-af53-96eee3eaa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fcb1a-24dc-4dc8-af53-96eee3eaa63a" xsi:nil="true"/>
    <lcf76f155ced4ddcb4097134ff3c332f xmlns="7b2e75b7-6bbb-4116-8235-13c7bb1361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E0F030-9BA7-4BEF-A893-8CE95CA88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C3FC56-CBF9-4E1F-8841-45170F0BB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e75b7-6bbb-4116-8235-13c7bb1361bc"/>
    <ds:schemaRef ds:uri="51bfcb1a-24dc-4dc8-af53-96eee3eaa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12B1C2-6D05-4CE7-A026-B812173EEE5B}">
  <ds:schemaRefs>
    <ds:schemaRef ds:uri="http://schemas.microsoft.com/office/2006/metadata/properties"/>
    <ds:schemaRef ds:uri="http://schemas.microsoft.com/office/infopath/2007/PartnerControls"/>
    <ds:schemaRef ds:uri="51bfcb1a-24dc-4dc8-af53-96eee3eaa63a"/>
    <ds:schemaRef ds:uri="7b2e75b7-6bbb-4116-8235-13c7bb1361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512</Words>
  <Characters>2924</Characters>
  <Application>Microsoft Office Word</Application>
  <DocSecurity>0</DocSecurity>
  <Lines>24</Lines>
  <Paragraphs>6</Paragraphs>
  <ScaleCrop>false</ScaleCrop>
  <Manager/>
  <Company/>
  <LinksUpToDate>false</LinksUpToDate>
  <CharactersWithSpaces>3430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Urechi</cp:lastModifiedBy>
  <cp:revision>63</cp:revision>
  <dcterms:created xsi:type="dcterms:W3CDTF">2013-12-23T23:15:00Z</dcterms:created>
  <dcterms:modified xsi:type="dcterms:W3CDTF">2026-10-29T13:10:00Z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0x010100ED4E626DB608D148B88213EB39F9A226</vt:lpwstr>
  </property>
  <property fmtid="{D5CDD505-2E9C-101B-9397-08002B2CF9AE}" pid="3" name="MediaServiceImageTags">
    <vt:lpwstr/>
  </property>
</Properties>
</file>